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E771D" w14:textId="77777777" w:rsidR="00677BF7" w:rsidRDefault="00FB779F" w:rsidP="002320CF">
      <w:pPr>
        <w:spacing w:after="0" w:line="240" w:lineRule="auto"/>
        <w:jc w:val="center"/>
        <w:rPr>
          <w:rStyle w:val="s1"/>
          <w:b/>
          <w:bCs/>
          <w:sz w:val="28"/>
          <w:szCs w:val="24"/>
          <w:lang w:val="id-ID"/>
        </w:rPr>
      </w:pPr>
      <w:r w:rsidRPr="00E22388">
        <w:rPr>
          <w:rStyle w:val="s1"/>
          <w:b/>
          <w:bCs/>
          <w:sz w:val="28"/>
          <w:szCs w:val="24"/>
          <w:lang w:val="id-ID"/>
        </w:rPr>
        <w:t>PENGARUH PEMASARAN AFFILIATE DAN PEMASARAN DIGITAL TERHADAP KEPUTUSAN PEMBELIAN</w:t>
      </w:r>
    </w:p>
    <w:p w14:paraId="3258642E" w14:textId="77777777" w:rsidR="002320CF" w:rsidRDefault="00FB779F" w:rsidP="002320CF">
      <w:pPr>
        <w:spacing w:after="0" w:line="240" w:lineRule="auto"/>
        <w:jc w:val="center"/>
        <w:rPr>
          <w:rStyle w:val="s1"/>
          <w:b/>
          <w:bCs/>
          <w:sz w:val="28"/>
          <w:szCs w:val="24"/>
          <w:lang w:val="id-ID"/>
        </w:rPr>
      </w:pPr>
      <w:r w:rsidRPr="00E22388">
        <w:rPr>
          <w:rStyle w:val="s1"/>
          <w:b/>
          <w:bCs/>
          <w:sz w:val="28"/>
          <w:szCs w:val="24"/>
          <w:lang w:val="id-ID"/>
        </w:rPr>
        <w:t xml:space="preserve"> KONSUMEN ASTROCUSTOM DI </w:t>
      </w:r>
    </w:p>
    <w:p w14:paraId="18B59381" w14:textId="5F5A9D7B" w:rsidR="00FB779F" w:rsidRPr="00E22388" w:rsidRDefault="00FB779F" w:rsidP="002320CF">
      <w:pPr>
        <w:spacing w:after="0" w:line="240" w:lineRule="auto"/>
        <w:jc w:val="center"/>
        <w:rPr>
          <w:rStyle w:val="s1"/>
          <w:b/>
          <w:bCs/>
          <w:sz w:val="28"/>
          <w:szCs w:val="24"/>
          <w:lang w:val="id-ID"/>
        </w:rPr>
      </w:pPr>
      <w:r w:rsidRPr="00E22388">
        <w:rPr>
          <w:rStyle w:val="s1"/>
          <w:b/>
          <w:bCs/>
          <w:sz w:val="28"/>
          <w:szCs w:val="24"/>
          <w:lang w:val="id-ID"/>
        </w:rPr>
        <w:t>MARKETPLACE SHOPEE</w:t>
      </w:r>
    </w:p>
    <w:p w14:paraId="15C1A867" w14:textId="5E3FF466" w:rsidR="00DE5587" w:rsidRPr="00E22388" w:rsidRDefault="009D2666" w:rsidP="00042916">
      <w:pPr>
        <w:pStyle w:val="Heading1"/>
        <w:numPr>
          <w:ilvl w:val="0"/>
          <w:numId w:val="0"/>
        </w:numPr>
        <w:spacing w:after="0" w:line="240" w:lineRule="auto"/>
        <w:ind w:left="432"/>
        <w:rPr>
          <w:color w:val="FFFFFF" w:themeColor="background1"/>
          <w:lang w:val="id-ID"/>
        </w:rPr>
      </w:pPr>
      <w:bookmarkStart w:id="0" w:name="_Toc236747613"/>
      <w:r w:rsidRPr="00C72055">
        <w:rPr>
          <w:color w:val="FFFFFF" w:themeColor="background1"/>
          <w:sz w:val="24"/>
          <w:szCs w:val="24"/>
          <w:lang w:val="id-ID"/>
        </w:rPr>
        <w:t>LEMBAR</w:t>
      </w:r>
      <w:r w:rsidRPr="00E22388">
        <w:rPr>
          <w:color w:val="FFFFFF" w:themeColor="background1"/>
          <w:lang w:val="id-ID"/>
        </w:rPr>
        <w:t xml:space="preserve"> JUDUL</w:t>
      </w:r>
      <w:bookmarkEnd w:id="0"/>
    </w:p>
    <w:p w14:paraId="16CCF3CE" w14:textId="08FE140E" w:rsidR="00262723" w:rsidRPr="00E22388" w:rsidRDefault="00DE5587" w:rsidP="00042916">
      <w:pPr>
        <w:spacing w:after="0" w:line="240" w:lineRule="auto"/>
        <w:jc w:val="center"/>
        <w:rPr>
          <w:rStyle w:val="s1"/>
          <w:b/>
          <w:bCs/>
          <w:i/>
          <w:iCs/>
          <w:sz w:val="28"/>
          <w:szCs w:val="24"/>
          <w:lang w:val="id-ID"/>
        </w:rPr>
      </w:pPr>
      <w:r w:rsidRPr="00E22388">
        <w:rPr>
          <w:rStyle w:val="s1"/>
          <w:b/>
          <w:bCs/>
          <w:i/>
          <w:iCs/>
          <w:sz w:val="28"/>
          <w:szCs w:val="24"/>
          <w:lang w:val="id-ID"/>
        </w:rPr>
        <w:t>THE INFLUENCE OF AFFILIATE MARKETING AND DIGITAL MARKETING ON CONSUMER PURCHASE DECISIONS OF ASTROCUSTOM ON THE SHOPEE MARKETPLACE</w:t>
      </w:r>
    </w:p>
    <w:p w14:paraId="74358BE1" w14:textId="77777777" w:rsidR="00262723" w:rsidRPr="00042916" w:rsidRDefault="00262723" w:rsidP="00042916">
      <w:pPr>
        <w:spacing w:after="0" w:line="240" w:lineRule="auto"/>
        <w:jc w:val="center"/>
        <w:rPr>
          <w:rStyle w:val="s1"/>
          <w:b/>
          <w:bCs/>
          <w:szCs w:val="24"/>
          <w:lang w:val="id-ID"/>
        </w:rPr>
      </w:pPr>
    </w:p>
    <w:p w14:paraId="1FA847A7" w14:textId="41D8DB9A" w:rsidR="00C721D1" w:rsidRDefault="00C721D1" w:rsidP="00042916">
      <w:pPr>
        <w:spacing w:after="0" w:line="240" w:lineRule="auto"/>
        <w:jc w:val="center"/>
        <w:rPr>
          <w:rStyle w:val="s1"/>
          <w:szCs w:val="24"/>
          <w:lang w:val="id-ID"/>
        </w:rPr>
      </w:pPr>
    </w:p>
    <w:p w14:paraId="376D713F" w14:textId="77777777" w:rsidR="00042916" w:rsidRPr="00042916" w:rsidRDefault="00042916" w:rsidP="00042916">
      <w:pPr>
        <w:spacing w:after="0" w:line="240" w:lineRule="auto"/>
        <w:jc w:val="center"/>
        <w:rPr>
          <w:rStyle w:val="s1"/>
          <w:szCs w:val="24"/>
          <w:lang w:val="id-ID"/>
        </w:rPr>
      </w:pPr>
    </w:p>
    <w:p w14:paraId="15D187D8" w14:textId="77777777" w:rsidR="00C721D1" w:rsidRPr="00E22388" w:rsidRDefault="00C721D1" w:rsidP="006E35AB">
      <w:pPr>
        <w:spacing w:after="0" w:line="240" w:lineRule="auto"/>
        <w:jc w:val="center"/>
        <w:rPr>
          <w:rStyle w:val="s1"/>
          <w:b/>
          <w:bCs/>
          <w:lang w:val="id-ID"/>
        </w:rPr>
      </w:pPr>
      <w:r w:rsidRPr="00E22388">
        <w:rPr>
          <w:rStyle w:val="s1"/>
          <w:b/>
          <w:bCs/>
          <w:lang w:val="id-ID"/>
        </w:rPr>
        <w:t>Oleh:</w:t>
      </w:r>
    </w:p>
    <w:p w14:paraId="22552976" w14:textId="77777777" w:rsidR="00C721D1" w:rsidRPr="00E22388" w:rsidRDefault="00C721D1" w:rsidP="006E35AB">
      <w:pPr>
        <w:spacing w:after="0" w:line="240" w:lineRule="auto"/>
        <w:jc w:val="center"/>
        <w:rPr>
          <w:rStyle w:val="s1"/>
          <w:b/>
          <w:bCs/>
          <w:lang w:val="id-ID"/>
        </w:rPr>
      </w:pPr>
      <w:r w:rsidRPr="00E22388">
        <w:rPr>
          <w:rStyle w:val="s1"/>
          <w:b/>
          <w:bCs/>
          <w:lang w:val="id-ID"/>
        </w:rPr>
        <w:t>Shaskia Azahra</w:t>
      </w:r>
    </w:p>
    <w:p w14:paraId="38244BFD" w14:textId="7BABD06E" w:rsidR="00C721D1" w:rsidRPr="00E22388" w:rsidRDefault="00C721D1" w:rsidP="006E35AB">
      <w:pPr>
        <w:spacing w:after="0" w:line="240" w:lineRule="auto"/>
        <w:jc w:val="center"/>
        <w:rPr>
          <w:rStyle w:val="s1"/>
          <w:b/>
          <w:bCs/>
          <w:lang w:val="id-ID"/>
        </w:rPr>
      </w:pPr>
      <w:r w:rsidRPr="00E22388">
        <w:rPr>
          <w:rStyle w:val="s1"/>
          <w:b/>
          <w:bCs/>
          <w:lang w:val="id-ID"/>
        </w:rPr>
        <w:t>61201022009175</w:t>
      </w:r>
    </w:p>
    <w:p w14:paraId="6384049F" w14:textId="77777777" w:rsidR="00C721D1" w:rsidRPr="00042916" w:rsidRDefault="00C721D1" w:rsidP="00042916">
      <w:pPr>
        <w:spacing w:after="0" w:line="240" w:lineRule="auto"/>
        <w:jc w:val="center"/>
        <w:rPr>
          <w:rStyle w:val="s1"/>
          <w:szCs w:val="24"/>
          <w:lang w:val="id-ID"/>
        </w:rPr>
      </w:pPr>
    </w:p>
    <w:p w14:paraId="08E877CF" w14:textId="5DEA59C3" w:rsidR="00FB779F" w:rsidRDefault="00FB779F" w:rsidP="00042916">
      <w:pPr>
        <w:spacing w:after="0" w:line="240" w:lineRule="auto"/>
        <w:jc w:val="center"/>
        <w:rPr>
          <w:rStyle w:val="s1"/>
          <w:b/>
          <w:bCs/>
          <w:szCs w:val="24"/>
          <w:lang w:val="id-ID"/>
        </w:rPr>
      </w:pPr>
    </w:p>
    <w:p w14:paraId="02826642" w14:textId="77777777" w:rsidR="00042916" w:rsidRPr="00042916" w:rsidRDefault="00042916" w:rsidP="00042916">
      <w:pPr>
        <w:spacing w:after="0" w:line="240" w:lineRule="auto"/>
        <w:jc w:val="center"/>
        <w:rPr>
          <w:rStyle w:val="s1"/>
          <w:b/>
          <w:bCs/>
          <w:szCs w:val="24"/>
          <w:lang w:val="id-ID"/>
        </w:rPr>
      </w:pPr>
    </w:p>
    <w:p w14:paraId="5948FFAA" w14:textId="65605742" w:rsidR="00FB779F" w:rsidRPr="005A6B90" w:rsidRDefault="005A6B90" w:rsidP="00042916">
      <w:pPr>
        <w:spacing w:after="0" w:line="240" w:lineRule="auto"/>
        <w:jc w:val="center"/>
        <w:rPr>
          <w:rStyle w:val="s1"/>
          <w:b/>
          <w:bCs/>
          <w:szCs w:val="24"/>
          <w:lang w:val="en-GB"/>
        </w:rPr>
      </w:pPr>
      <w:r>
        <w:rPr>
          <w:rStyle w:val="s1"/>
          <w:b/>
          <w:bCs/>
          <w:szCs w:val="24"/>
          <w:lang w:val="en-GB"/>
        </w:rPr>
        <w:t>SKRIPSI</w:t>
      </w:r>
    </w:p>
    <w:p w14:paraId="6084F0D3" w14:textId="77777777" w:rsidR="00FB779F" w:rsidRPr="00042916" w:rsidRDefault="00FB779F" w:rsidP="00042916">
      <w:pPr>
        <w:spacing w:after="0" w:line="240" w:lineRule="auto"/>
        <w:jc w:val="center"/>
        <w:rPr>
          <w:rStyle w:val="s1"/>
          <w:b/>
          <w:bCs/>
          <w:szCs w:val="24"/>
          <w:lang w:val="id-ID"/>
        </w:rPr>
      </w:pPr>
    </w:p>
    <w:p w14:paraId="079474FB" w14:textId="1F25F8F5" w:rsidR="00FB779F" w:rsidRPr="00042916" w:rsidRDefault="00FB779F" w:rsidP="00042916">
      <w:pPr>
        <w:spacing w:after="0" w:line="240" w:lineRule="auto"/>
        <w:jc w:val="center"/>
        <w:rPr>
          <w:rStyle w:val="s1"/>
          <w:szCs w:val="24"/>
          <w:lang w:val="id-ID"/>
        </w:rPr>
      </w:pPr>
    </w:p>
    <w:p w14:paraId="65586931" w14:textId="22642D91" w:rsidR="00FB779F" w:rsidRPr="00042916" w:rsidRDefault="00FB779F" w:rsidP="00042916">
      <w:pPr>
        <w:spacing w:after="0" w:line="240" w:lineRule="auto"/>
        <w:jc w:val="center"/>
        <w:rPr>
          <w:rStyle w:val="s1"/>
          <w:szCs w:val="24"/>
          <w:lang w:val="id-ID"/>
        </w:rPr>
      </w:pPr>
    </w:p>
    <w:p w14:paraId="7399011F" w14:textId="77777777" w:rsidR="00042916" w:rsidRDefault="00042916" w:rsidP="00FB779F">
      <w:pPr>
        <w:jc w:val="center"/>
        <w:rPr>
          <w:rStyle w:val="s1"/>
          <w:lang w:val="id-ID"/>
        </w:rPr>
      </w:pPr>
    </w:p>
    <w:p w14:paraId="06FFAFCA" w14:textId="77777777" w:rsidR="00042916" w:rsidRDefault="00042916" w:rsidP="00FB779F">
      <w:pPr>
        <w:jc w:val="center"/>
        <w:rPr>
          <w:rStyle w:val="s1"/>
          <w:lang w:val="id-ID"/>
        </w:rPr>
      </w:pPr>
    </w:p>
    <w:p w14:paraId="28A5E51F" w14:textId="2111248B" w:rsidR="00FB779F" w:rsidRPr="00E22388" w:rsidRDefault="00042916" w:rsidP="00FB779F">
      <w:pPr>
        <w:jc w:val="center"/>
        <w:rPr>
          <w:rStyle w:val="s1"/>
          <w:lang w:val="id-ID"/>
        </w:rPr>
      </w:pPr>
      <w:r w:rsidRPr="00E22388">
        <w:rPr>
          <w:rStyle w:val="s1"/>
          <w:noProof/>
          <w:lang w:val="id-ID"/>
        </w:rPr>
        <w:drawing>
          <wp:anchor distT="0" distB="0" distL="114300" distR="114300" simplePos="0" relativeHeight="251658257" behindDoc="0" locked="0" layoutInCell="1" allowOverlap="1" wp14:anchorId="0AC2C731" wp14:editId="1C14D386">
            <wp:simplePos x="0" y="0"/>
            <wp:positionH relativeFrom="margin">
              <wp:posOffset>1051560</wp:posOffset>
            </wp:positionH>
            <wp:positionV relativeFrom="paragraph">
              <wp:posOffset>71755</wp:posOffset>
            </wp:positionV>
            <wp:extent cx="3097676" cy="1220301"/>
            <wp:effectExtent l="0" t="0" r="7620" b="0"/>
            <wp:wrapNone/>
            <wp:docPr id="1583760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9328" t="5550"/>
                    <a:stretch/>
                  </pic:blipFill>
                  <pic:spPr bwMode="auto">
                    <a:xfrm>
                      <a:off x="0" y="0"/>
                      <a:ext cx="3097676" cy="12203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538D08" w14:textId="42AA79D8" w:rsidR="00FB779F" w:rsidRPr="00E22388" w:rsidRDefault="00FB779F" w:rsidP="00FB779F">
      <w:pPr>
        <w:jc w:val="center"/>
        <w:rPr>
          <w:rStyle w:val="s1"/>
          <w:lang w:val="id-ID"/>
        </w:rPr>
      </w:pPr>
    </w:p>
    <w:p w14:paraId="435663A4" w14:textId="3BACCADA" w:rsidR="00FB779F" w:rsidRPr="00E22388" w:rsidRDefault="00FB779F" w:rsidP="00FB779F">
      <w:pPr>
        <w:rPr>
          <w:lang w:val="id-ID"/>
        </w:rPr>
      </w:pPr>
    </w:p>
    <w:p w14:paraId="64396E9B" w14:textId="77777777" w:rsidR="00FB779F" w:rsidRPr="00E22388" w:rsidRDefault="00FB779F" w:rsidP="00FB779F">
      <w:pPr>
        <w:rPr>
          <w:lang w:val="id-ID"/>
        </w:rPr>
      </w:pPr>
    </w:p>
    <w:p w14:paraId="0A551CF5" w14:textId="77777777" w:rsidR="00FB779F" w:rsidRPr="00042916" w:rsidRDefault="00FB779F" w:rsidP="00042916">
      <w:pPr>
        <w:spacing w:after="0" w:line="240" w:lineRule="auto"/>
        <w:jc w:val="center"/>
        <w:rPr>
          <w:szCs w:val="24"/>
          <w:lang w:val="id-ID"/>
        </w:rPr>
      </w:pPr>
    </w:p>
    <w:p w14:paraId="400B5931" w14:textId="77777777" w:rsidR="001A40B2" w:rsidRPr="00042916" w:rsidRDefault="001A40B2" w:rsidP="00042916">
      <w:pPr>
        <w:spacing w:after="0" w:line="240" w:lineRule="auto"/>
        <w:jc w:val="center"/>
        <w:rPr>
          <w:b/>
          <w:bCs/>
          <w:szCs w:val="24"/>
          <w:lang w:val="id-ID"/>
        </w:rPr>
      </w:pPr>
    </w:p>
    <w:p w14:paraId="71EAC011" w14:textId="77777777" w:rsidR="001A40B2" w:rsidRPr="00042916" w:rsidRDefault="001A40B2" w:rsidP="00042916">
      <w:pPr>
        <w:spacing w:after="0" w:line="240" w:lineRule="auto"/>
        <w:jc w:val="center"/>
        <w:rPr>
          <w:b/>
          <w:bCs/>
          <w:szCs w:val="24"/>
          <w:lang w:val="id-ID"/>
        </w:rPr>
      </w:pPr>
    </w:p>
    <w:p w14:paraId="6CC098B1" w14:textId="2C6787BB" w:rsidR="001A40B2" w:rsidRDefault="001A40B2" w:rsidP="00042916">
      <w:pPr>
        <w:spacing w:after="0" w:line="240" w:lineRule="auto"/>
        <w:jc w:val="center"/>
        <w:rPr>
          <w:b/>
          <w:bCs/>
          <w:szCs w:val="24"/>
          <w:lang w:val="id-ID"/>
        </w:rPr>
      </w:pPr>
    </w:p>
    <w:p w14:paraId="1ACEE11C" w14:textId="0D9EB04A" w:rsidR="00042916" w:rsidRDefault="00042916" w:rsidP="00042916">
      <w:pPr>
        <w:spacing w:after="0" w:line="240" w:lineRule="auto"/>
        <w:jc w:val="center"/>
        <w:rPr>
          <w:b/>
          <w:bCs/>
          <w:szCs w:val="24"/>
          <w:lang w:val="id-ID"/>
        </w:rPr>
      </w:pPr>
    </w:p>
    <w:p w14:paraId="1BDDB471" w14:textId="77777777" w:rsidR="00042916" w:rsidRPr="00042916" w:rsidRDefault="00042916" w:rsidP="00042916">
      <w:pPr>
        <w:spacing w:after="0" w:line="240" w:lineRule="auto"/>
        <w:jc w:val="center"/>
        <w:rPr>
          <w:b/>
          <w:bCs/>
          <w:szCs w:val="24"/>
          <w:lang w:val="id-ID"/>
        </w:rPr>
      </w:pPr>
    </w:p>
    <w:p w14:paraId="3B4F66DF" w14:textId="1CA2CA2C" w:rsidR="00273865" w:rsidRPr="00E22388" w:rsidRDefault="00C713FB" w:rsidP="006E35AB">
      <w:pPr>
        <w:spacing w:after="0" w:line="240" w:lineRule="auto"/>
        <w:jc w:val="center"/>
        <w:rPr>
          <w:b/>
          <w:bCs/>
          <w:sz w:val="28"/>
          <w:szCs w:val="24"/>
          <w:lang w:val="id-ID"/>
        </w:rPr>
      </w:pPr>
      <w:r w:rsidRPr="00E22388">
        <w:rPr>
          <w:b/>
          <w:bCs/>
          <w:sz w:val="28"/>
          <w:szCs w:val="24"/>
          <w:lang w:val="id-ID"/>
        </w:rPr>
        <w:t>JURUSAN</w:t>
      </w:r>
      <w:r w:rsidR="00273865" w:rsidRPr="00E22388">
        <w:rPr>
          <w:b/>
          <w:bCs/>
          <w:sz w:val="28"/>
          <w:szCs w:val="24"/>
          <w:lang w:val="id-ID"/>
        </w:rPr>
        <w:t xml:space="preserve"> MANAJEMEN</w:t>
      </w:r>
    </w:p>
    <w:p w14:paraId="702A5000" w14:textId="77777777" w:rsidR="00273865" w:rsidRPr="00E22388" w:rsidRDefault="00273865" w:rsidP="006E35AB">
      <w:pPr>
        <w:spacing w:after="0" w:line="240" w:lineRule="auto"/>
        <w:jc w:val="center"/>
        <w:rPr>
          <w:b/>
          <w:bCs/>
          <w:sz w:val="28"/>
          <w:szCs w:val="24"/>
          <w:lang w:val="id-ID"/>
        </w:rPr>
      </w:pPr>
      <w:r w:rsidRPr="00E22388">
        <w:rPr>
          <w:b/>
          <w:bCs/>
          <w:sz w:val="28"/>
          <w:szCs w:val="24"/>
          <w:lang w:val="id-ID"/>
        </w:rPr>
        <w:t>SEKOLAH TINGGI ILMU EKONOMI GICI</w:t>
      </w:r>
    </w:p>
    <w:p w14:paraId="587F4B39" w14:textId="29B21D19" w:rsidR="00042916" w:rsidRDefault="00273865" w:rsidP="00B96FC5">
      <w:pPr>
        <w:spacing w:after="0" w:line="240" w:lineRule="auto"/>
        <w:jc w:val="center"/>
        <w:rPr>
          <w:b/>
          <w:bCs/>
          <w:sz w:val="28"/>
          <w:szCs w:val="24"/>
          <w:lang w:val="id-ID"/>
        </w:rPr>
      </w:pPr>
      <w:r w:rsidRPr="00E22388">
        <w:rPr>
          <w:b/>
          <w:bCs/>
          <w:sz w:val="28"/>
          <w:szCs w:val="24"/>
          <w:lang w:val="id-ID"/>
        </w:rPr>
        <w:t>2026</w:t>
      </w:r>
      <w:r w:rsidR="00042916">
        <w:rPr>
          <w:b/>
          <w:bCs/>
          <w:sz w:val="28"/>
          <w:szCs w:val="24"/>
          <w:lang w:val="id-ID"/>
        </w:rPr>
        <w:br w:type="page"/>
      </w:r>
    </w:p>
    <w:p w14:paraId="7763D0EC" w14:textId="77777777" w:rsidR="002320CF" w:rsidRDefault="00FB29D0" w:rsidP="002320CF">
      <w:pPr>
        <w:spacing w:after="0" w:line="240" w:lineRule="auto"/>
        <w:jc w:val="center"/>
        <w:rPr>
          <w:rStyle w:val="s1"/>
          <w:b/>
          <w:bCs/>
          <w:sz w:val="28"/>
          <w:szCs w:val="24"/>
          <w:lang w:val="id-ID"/>
        </w:rPr>
      </w:pPr>
      <w:bookmarkStart w:id="1" w:name="_Toc222743223"/>
      <w:bookmarkStart w:id="2" w:name="_Toc222742529"/>
      <w:r w:rsidRPr="00E22388">
        <w:rPr>
          <w:rStyle w:val="s1"/>
          <w:b/>
          <w:bCs/>
          <w:sz w:val="28"/>
          <w:szCs w:val="24"/>
          <w:lang w:val="id-ID"/>
        </w:rPr>
        <w:lastRenderedPageBreak/>
        <w:t xml:space="preserve">PENGARUH PEMASARAN AFFILIATE DAN PEMASARAN DIGITAL TERHADAP KEPUTUSAN PEMBELIAN KONSUMEN ASTROCUSTOM DI </w:t>
      </w:r>
    </w:p>
    <w:p w14:paraId="358456C8" w14:textId="0293B3C2" w:rsidR="00FB29D0" w:rsidRDefault="00FB29D0" w:rsidP="002320CF">
      <w:pPr>
        <w:spacing w:after="0" w:line="240" w:lineRule="auto"/>
        <w:jc w:val="center"/>
        <w:rPr>
          <w:rStyle w:val="s1"/>
          <w:b/>
          <w:bCs/>
          <w:sz w:val="28"/>
          <w:szCs w:val="24"/>
          <w:lang w:val="id-ID"/>
        </w:rPr>
      </w:pPr>
      <w:r w:rsidRPr="00E22388">
        <w:rPr>
          <w:rStyle w:val="s1"/>
          <w:b/>
          <w:bCs/>
          <w:sz w:val="28"/>
          <w:szCs w:val="24"/>
          <w:lang w:val="id-ID"/>
        </w:rPr>
        <w:t>MARKETPLACE SHOPEE</w:t>
      </w:r>
    </w:p>
    <w:p w14:paraId="3101F526" w14:textId="77777777" w:rsidR="00FB29D0" w:rsidRPr="00D14DE0" w:rsidRDefault="00FB29D0" w:rsidP="00ED5B90">
      <w:pPr>
        <w:pStyle w:val="Heading1"/>
        <w:numPr>
          <w:ilvl w:val="0"/>
          <w:numId w:val="0"/>
        </w:numPr>
        <w:spacing w:after="0" w:line="240" w:lineRule="auto"/>
        <w:ind w:left="432"/>
        <w:rPr>
          <w:rStyle w:val="s1"/>
          <w:color w:val="FFFFFF" w:themeColor="background1"/>
          <w:lang w:val="en-GB"/>
        </w:rPr>
      </w:pPr>
      <w:bookmarkStart w:id="3" w:name="_Toc233099856"/>
      <w:bookmarkStart w:id="4" w:name="_Toc236747614"/>
      <w:r w:rsidRPr="001864DE">
        <w:rPr>
          <w:color w:val="FFFFFF" w:themeColor="background1"/>
          <w:lang w:val="id-ID"/>
        </w:rPr>
        <w:t xml:space="preserve">LEMBAR </w:t>
      </w:r>
      <w:r w:rsidRPr="00ED5B90">
        <w:rPr>
          <w:color w:val="FFFFFF" w:themeColor="background1"/>
          <w:sz w:val="24"/>
          <w:szCs w:val="24"/>
          <w:lang w:val="id-ID"/>
        </w:rPr>
        <w:t>PERSETUJUAN</w:t>
      </w:r>
      <w:r w:rsidRPr="001864DE">
        <w:rPr>
          <w:color w:val="FFFFFF" w:themeColor="background1"/>
          <w:lang w:val="id-ID"/>
        </w:rPr>
        <w:t xml:space="preserve"> </w:t>
      </w:r>
      <w:r w:rsidRPr="001864DE">
        <w:rPr>
          <w:color w:val="FFFFFF" w:themeColor="background1"/>
          <w:lang w:val="en-GB"/>
        </w:rPr>
        <w:t>SKRIPSI</w:t>
      </w:r>
      <w:bookmarkEnd w:id="3"/>
      <w:bookmarkEnd w:id="4"/>
    </w:p>
    <w:p w14:paraId="33267903" w14:textId="77777777" w:rsidR="00FB29D0" w:rsidRPr="00E22388" w:rsidRDefault="00FB29D0" w:rsidP="00FB29D0">
      <w:pPr>
        <w:spacing w:line="240" w:lineRule="auto"/>
        <w:jc w:val="center"/>
        <w:rPr>
          <w:rStyle w:val="s1"/>
          <w:b/>
          <w:bCs/>
          <w:i/>
          <w:iCs/>
          <w:sz w:val="28"/>
          <w:szCs w:val="24"/>
          <w:lang w:val="id-ID"/>
        </w:rPr>
      </w:pPr>
      <w:r w:rsidRPr="00E22388">
        <w:rPr>
          <w:rStyle w:val="s1"/>
          <w:b/>
          <w:bCs/>
          <w:i/>
          <w:iCs/>
          <w:sz w:val="28"/>
          <w:szCs w:val="24"/>
          <w:lang w:val="id-ID"/>
        </w:rPr>
        <w:t>THE INFLUENCE OF AFFILIATE MARKETING AND DIGITAL MARKETING ON CONSUMER PURCHASE DECISIONS OF ASTROCUSTOM ON THE SHOPEE MARKETPLACE</w:t>
      </w:r>
    </w:p>
    <w:p w14:paraId="65FD497F" w14:textId="77777777" w:rsidR="00FB29D0" w:rsidRPr="00E22388" w:rsidRDefault="00FB29D0" w:rsidP="00FB29D0">
      <w:pPr>
        <w:spacing w:line="240" w:lineRule="auto"/>
        <w:jc w:val="center"/>
        <w:rPr>
          <w:b/>
          <w:bCs/>
          <w:i/>
          <w:iCs/>
          <w:sz w:val="28"/>
          <w:szCs w:val="24"/>
          <w:lang w:val="id-ID"/>
        </w:rPr>
      </w:pPr>
    </w:p>
    <w:p w14:paraId="40F96C12" w14:textId="77777777" w:rsidR="00FB29D0" w:rsidRPr="00E22388" w:rsidRDefault="00FB29D0" w:rsidP="00FB29D0">
      <w:pPr>
        <w:spacing w:after="0" w:line="240" w:lineRule="auto"/>
        <w:jc w:val="center"/>
        <w:rPr>
          <w:rStyle w:val="s1"/>
          <w:b/>
          <w:bCs/>
          <w:lang w:val="id-ID"/>
        </w:rPr>
      </w:pPr>
      <w:r w:rsidRPr="00E22388">
        <w:rPr>
          <w:rStyle w:val="s1"/>
          <w:b/>
          <w:bCs/>
          <w:lang w:val="id-ID"/>
        </w:rPr>
        <w:t>Oleh:</w:t>
      </w:r>
    </w:p>
    <w:p w14:paraId="3BB3CDB3" w14:textId="77777777" w:rsidR="00FB29D0" w:rsidRPr="00E22388" w:rsidRDefault="00FB29D0" w:rsidP="00FB29D0">
      <w:pPr>
        <w:spacing w:after="0" w:line="240" w:lineRule="auto"/>
        <w:jc w:val="center"/>
        <w:rPr>
          <w:rStyle w:val="s1"/>
          <w:b/>
          <w:bCs/>
          <w:lang w:val="id-ID"/>
        </w:rPr>
      </w:pPr>
      <w:r w:rsidRPr="00E22388">
        <w:rPr>
          <w:rStyle w:val="s1"/>
          <w:b/>
          <w:bCs/>
          <w:lang w:val="id-ID"/>
        </w:rPr>
        <w:t>Shaskia Azahra</w:t>
      </w:r>
    </w:p>
    <w:p w14:paraId="7BE719BA" w14:textId="7CF45E2D" w:rsidR="00FB29D0" w:rsidRPr="00E22388" w:rsidRDefault="00FB29D0" w:rsidP="00FB29D0">
      <w:pPr>
        <w:spacing w:after="0" w:line="240" w:lineRule="auto"/>
        <w:jc w:val="center"/>
        <w:rPr>
          <w:rStyle w:val="s1"/>
          <w:b/>
          <w:bCs/>
          <w:lang w:val="id-ID"/>
        </w:rPr>
      </w:pPr>
      <w:r w:rsidRPr="00E22388">
        <w:rPr>
          <w:rStyle w:val="s1"/>
          <w:b/>
          <w:bCs/>
          <w:lang w:val="id-ID"/>
        </w:rPr>
        <w:t>61201022009175</w:t>
      </w:r>
    </w:p>
    <w:p w14:paraId="6BD2DC45" w14:textId="77777777" w:rsidR="00FB29D0" w:rsidRPr="00E22388" w:rsidRDefault="00FB29D0" w:rsidP="00FB29D0">
      <w:pPr>
        <w:spacing w:line="240" w:lineRule="auto"/>
        <w:rPr>
          <w:rStyle w:val="s1"/>
          <w:b/>
          <w:bCs/>
          <w:sz w:val="28"/>
          <w:szCs w:val="24"/>
          <w:lang w:val="id-ID"/>
        </w:rPr>
      </w:pPr>
    </w:p>
    <w:p w14:paraId="13592BE5" w14:textId="77777777" w:rsidR="00FB29D0" w:rsidRPr="00E22388" w:rsidRDefault="00FB29D0" w:rsidP="00FB29D0">
      <w:pPr>
        <w:spacing w:line="240" w:lineRule="auto"/>
        <w:jc w:val="center"/>
        <w:rPr>
          <w:b/>
          <w:bCs/>
          <w:szCs w:val="24"/>
          <w:lang w:val="id-ID"/>
        </w:rPr>
      </w:pPr>
      <w:r>
        <w:rPr>
          <w:rStyle w:val="s1"/>
          <w:b/>
          <w:bCs/>
          <w:szCs w:val="24"/>
          <w:lang w:val="id-ID"/>
        </w:rPr>
        <w:t>SKRIPSI</w:t>
      </w:r>
    </w:p>
    <w:p w14:paraId="5EF5A829" w14:textId="77777777" w:rsidR="00FB29D0" w:rsidRPr="00E22388" w:rsidRDefault="00FB29D0" w:rsidP="00FB29D0">
      <w:pPr>
        <w:spacing w:after="0" w:line="240" w:lineRule="auto"/>
        <w:rPr>
          <w:sz w:val="28"/>
          <w:szCs w:val="24"/>
          <w:lang w:val="id-ID"/>
        </w:rPr>
      </w:pPr>
    </w:p>
    <w:p w14:paraId="11412109" w14:textId="77777777" w:rsidR="00FB29D0" w:rsidRPr="00E22388" w:rsidRDefault="00FB29D0" w:rsidP="007A297D">
      <w:pPr>
        <w:spacing w:after="0" w:line="240" w:lineRule="auto"/>
        <w:ind w:left="1440" w:firstLine="720"/>
        <w:rPr>
          <w:lang w:val="id-ID"/>
        </w:rPr>
      </w:pPr>
      <w:r w:rsidRPr="00E22388">
        <w:rPr>
          <w:lang w:val="id-ID"/>
        </w:rPr>
        <w:t xml:space="preserve">Telah </w:t>
      </w:r>
      <w:r>
        <w:t>D</w:t>
      </w:r>
      <w:r w:rsidRPr="00E22388">
        <w:rPr>
          <w:lang w:val="id-ID"/>
        </w:rPr>
        <w:t xml:space="preserve">isahkan dan </w:t>
      </w:r>
      <w:r>
        <w:t>D</w:t>
      </w:r>
      <w:r w:rsidRPr="00E22388">
        <w:rPr>
          <w:lang w:val="id-ID"/>
        </w:rPr>
        <w:t>isetujui pada:</w:t>
      </w:r>
    </w:p>
    <w:p w14:paraId="0A9D1E94" w14:textId="3CBA1EF4" w:rsidR="00FB29D0" w:rsidRPr="00E22388" w:rsidRDefault="00FB29D0" w:rsidP="00FB29D0">
      <w:pPr>
        <w:spacing w:after="0" w:line="240" w:lineRule="auto"/>
        <w:ind w:left="1440" w:firstLine="720"/>
        <w:jc w:val="both"/>
        <w:rPr>
          <w:szCs w:val="24"/>
          <w:lang w:val="id-ID"/>
        </w:rPr>
      </w:pPr>
      <w:r w:rsidRPr="00E22388">
        <w:rPr>
          <w:szCs w:val="24"/>
          <w:lang w:val="id-ID"/>
        </w:rPr>
        <w:t>Tempat</w:t>
      </w:r>
      <w:r w:rsidRPr="00E22388">
        <w:rPr>
          <w:szCs w:val="24"/>
          <w:lang w:val="id-ID"/>
        </w:rPr>
        <w:tab/>
        <w:t>: Depok</w:t>
      </w:r>
    </w:p>
    <w:p w14:paraId="48AAD21B" w14:textId="537827DF" w:rsidR="00FB29D0" w:rsidRPr="00E22388" w:rsidRDefault="00FB29D0" w:rsidP="00FB29D0">
      <w:pPr>
        <w:spacing w:after="0" w:line="240" w:lineRule="auto"/>
        <w:ind w:left="1440" w:firstLine="720"/>
        <w:jc w:val="both"/>
        <w:rPr>
          <w:rStyle w:val="s1"/>
          <w:lang w:val="id-ID"/>
        </w:rPr>
      </w:pPr>
      <w:r w:rsidRPr="00E22388">
        <w:rPr>
          <w:rStyle w:val="s1"/>
          <w:lang w:val="id-ID"/>
        </w:rPr>
        <w:t>Tanggal</w:t>
      </w:r>
      <w:r w:rsidRPr="00E22388">
        <w:rPr>
          <w:rStyle w:val="s1"/>
          <w:lang w:val="id-ID"/>
        </w:rPr>
        <w:tab/>
        <w:t xml:space="preserve">: </w:t>
      </w:r>
      <w:r w:rsidR="007318E7">
        <w:rPr>
          <w:rStyle w:val="s1"/>
        </w:rPr>
        <w:t xml:space="preserve">10 </w:t>
      </w:r>
      <w:proofErr w:type="spellStart"/>
      <w:r w:rsidR="007318E7">
        <w:rPr>
          <w:rStyle w:val="s1"/>
        </w:rPr>
        <w:t>Juli</w:t>
      </w:r>
      <w:proofErr w:type="spellEnd"/>
      <w:r>
        <w:rPr>
          <w:rStyle w:val="s1"/>
          <w:lang w:val="id-ID"/>
        </w:rPr>
        <w:t xml:space="preserve"> 2026</w:t>
      </w:r>
    </w:p>
    <w:p w14:paraId="5C4B3471" w14:textId="77777777" w:rsidR="00FB29D0" w:rsidRPr="00E22388" w:rsidRDefault="00FB29D0" w:rsidP="00FB29D0">
      <w:pPr>
        <w:spacing w:after="0" w:line="240" w:lineRule="auto"/>
        <w:jc w:val="both"/>
        <w:rPr>
          <w:lang w:val="id-ID"/>
        </w:rPr>
      </w:pPr>
    </w:p>
    <w:p w14:paraId="2B7EFD37" w14:textId="77777777" w:rsidR="00FB29D0" w:rsidRPr="00E22388" w:rsidRDefault="00FB29D0" w:rsidP="00FB29D0">
      <w:pPr>
        <w:spacing w:after="0" w:line="240" w:lineRule="auto"/>
        <w:jc w:val="center"/>
        <w:rPr>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877"/>
      </w:tblGrid>
      <w:tr w:rsidR="00FB29D0" w:rsidRPr="00E22388" w14:paraId="2859B3B3" w14:textId="77777777" w:rsidTr="00271389">
        <w:tc>
          <w:tcPr>
            <w:tcW w:w="4050" w:type="dxa"/>
          </w:tcPr>
          <w:p w14:paraId="41C4E6D2" w14:textId="77777777" w:rsidR="00FB29D0" w:rsidRPr="00E22388" w:rsidRDefault="00FB29D0" w:rsidP="00271389">
            <w:pPr>
              <w:jc w:val="both"/>
              <w:rPr>
                <w:b/>
                <w:bCs/>
                <w:lang w:val="id-ID"/>
              </w:rPr>
            </w:pPr>
            <w:r w:rsidRPr="00E22388">
              <w:rPr>
                <w:b/>
                <w:bCs/>
                <w:lang w:val="id-ID"/>
              </w:rPr>
              <w:t>Dosen Pembimbing,</w:t>
            </w:r>
          </w:p>
        </w:tc>
        <w:tc>
          <w:tcPr>
            <w:tcW w:w="3877" w:type="dxa"/>
          </w:tcPr>
          <w:p w14:paraId="39D7D6D6" w14:textId="77777777" w:rsidR="00FB29D0" w:rsidRPr="00E22388" w:rsidRDefault="00FB29D0" w:rsidP="00271389">
            <w:pPr>
              <w:rPr>
                <w:b/>
                <w:bCs/>
                <w:lang w:val="id-ID"/>
              </w:rPr>
            </w:pPr>
            <w:r>
              <w:rPr>
                <w:b/>
                <w:bCs/>
                <w:lang w:val="id-ID"/>
              </w:rPr>
              <w:t>Ketua Jurusan</w:t>
            </w:r>
          </w:p>
        </w:tc>
      </w:tr>
      <w:tr w:rsidR="00FB29D0" w:rsidRPr="00E22388" w14:paraId="2B773EE3" w14:textId="77777777" w:rsidTr="00271389">
        <w:trPr>
          <w:trHeight w:val="1341"/>
        </w:trPr>
        <w:tc>
          <w:tcPr>
            <w:tcW w:w="4050" w:type="dxa"/>
          </w:tcPr>
          <w:p w14:paraId="144F9958" w14:textId="77777777" w:rsidR="00FB29D0" w:rsidRPr="00E22388" w:rsidRDefault="00FB29D0" w:rsidP="00271389">
            <w:pPr>
              <w:jc w:val="both"/>
              <w:rPr>
                <w:lang w:val="id-ID"/>
              </w:rPr>
            </w:pPr>
          </w:p>
        </w:tc>
        <w:tc>
          <w:tcPr>
            <w:tcW w:w="3877" w:type="dxa"/>
          </w:tcPr>
          <w:p w14:paraId="4CBA8B1A" w14:textId="77777777" w:rsidR="00FB29D0" w:rsidRPr="00E22388" w:rsidRDefault="00FB29D0" w:rsidP="00271389">
            <w:pPr>
              <w:jc w:val="both"/>
              <w:rPr>
                <w:lang w:val="id-ID"/>
              </w:rPr>
            </w:pPr>
          </w:p>
        </w:tc>
      </w:tr>
      <w:tr w:rsidR="00FB29D0" w:rsidRPr="00E22388" w14:paraId="34B7FCA6" w14:textId="77777777" w:rsidTr="00271389">
        <w:tc>
          <w:tcPr>
            <w:tcW w:w="4050" w:type="dxa"/>
          </w:tcPr>
          <w:p w14:paraId="18B44729" w14:textId="77777777" w:rsidR="00FB29D0" w:rsidRPr="00D14DE0" w:rsidRDefault="00FB29D0" w:rsidP="00271389">
            <w:pPr>
              <w:jc w:val="both"/>
              <w:rPr>
                <w:b/>
                <w:bCs/>
                <w:u w:val="single"/>
                <w:lang w:val="id-ID"/>
              </w:rPr>
            </w:pPr>
            <w:r w:rsidRPr="00D14DE0">
              <w:rPr>
                <w:b/>
                <w:bCs/>
                <w:u w:val="single"/>
                <w:lang w:val="id-ID"/>
              </w:rPr>
              <w:t>Ricky Rizkie, SE, MM</w:t>
            </w:r>
          </w:p>
        </w:tc>
        <w:tc>
          <w:tcPr>
            <w:tcW w:w="3877" w:type="dxa"/>
            <w:vAlign w:val="center"/>
          </w:tcPr>
          <w:p w14:paraId="571AA851" w14:textId="77777777" w:rsidR="00FB29D0" w:rsidRPr="00D14DE0" w:rsidRDefault="00FB29D0" w:rsidP="00271389">
            <w:pPr>
              <w:jc w:val="both"/>
              <w:rPr>
                <w:b/>
                <w:bCs/>
                <w:u w:val="single"/>
                <w:lang w:val="id-ID"/>
              </w:rPr>
            </w:pPr>
            <w:r w:rsidRPr="00D14DE0">
              <w:rPr>
                <w:b/>
                <w:bCs/>
                <w:u w:val="single"/>
                <w:lang w:val="id-ID"/>
              </w:rPr>
              <w:t>Drs, Henky Hendrawan, MM., M.Si</w:t>
            </w:r>
          </w:p>
        </w:tc>
      </w:tr>
      <w:tr w:rsidR="00FB29D0" w:rsidRPr="00E22388" w14:paraId="2DA66E9D" w14:textId="77777777" w:rsidTr="00271389">
        <w:tc>
          <w:tcPr>
            <w:tcW w:w="4050" w:type="dxa"/>
          </w:tcPr>
          <w:p w14:paraId="11644240" w14:textId="77777777" w:rsidR="00FB29D0" w:rsidRPr="00D14DE0" w:rsidRDefault="00FB29D0" w:rsidP="00271389">
            <w:pPr>
              <w:jc w:val="both"/>
              <w:rPr>
                <w:b/>
                <w:bCs/>
                <w:lang w:val="id-ID"/>
              </w:rPr>
            </w:pPr>
            <w:r w:rsidRPr="00D14DE0">
              <w:rPr>
                <w:b/>
                <w:bCs/>
                <w:lang w:val="id-ID"/>
              </w:rPr>
              <w:t>NUPTK: 594175465513002</w:t>
            </w:r>
          </w:p>
        </w:tc>
        <w:tc>
          <w:tcPr>
            <w:tcW w:w="3877" w:type="dxa"/>
            <w:vAlign w:val="center"/>
          </w:tcPr>
          <w:p w14:paraId="4E4E51D6" w14:textId="77777777" w:rsidR="00FB29D0" w:rsidRPr="00D14DE0" w:rsidRDefault="00FB29D0" w:rsidP="00271389">
            <w:pPr>
              <w:jc w:val="both"/>
              <w:rPr>
                <w:b/>
                <w:bCs/>
                <w:lang w:val="id-ID"/>
              </w:rPr>
            </w:pPr>
            <w:r w:rsidRPr="00D14DE0">
              <w:rPr>
                <w:b/>
                <w:bCs/>
                <w:lang w:val="id-ID"/>
              </w:rPr>
              <w:t>NUPTK: 7048743644130093</w:t>
            </w:r>
          </w:p>
        </w:tc>
      </w:tr>
    </w:tbl>
    <w:p w14:paraId="64EE37C7" w14:textId="77777777" w:rsidR="00FB29D0" w:rsidRDefault="00FB29D0" w:rsidP="00FB29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FB29D0" w:rsidRPr="00E22388" w14:paraId="78147A1F" w14:textId="77777777" w:rsidTr="00271389">
        <w:tc>
          <w:tcPr>
            <w:tcW w:w="7927" w:type="dxa"/>
            <w:gridSpan w:val="2"/>
          </w:tcPr>
          <w:p w14:paraId="21DEB6B8" w14:textId="77777777" w:rsidR="00FB29D0" w:rsidRPr="00E22388" w:rsidRDefault="00FB29D0" w:rsidP="00271389">
            <w:pPr>
              <w:jc w:val="center"/>
              <w:rPr>
                <w:lang w:val="id-ID"/>
              </w:rPr>
            </w:pPr>
            <w:r w:rsidRPr="00E22388">
              <w:rPr>
                <w:lang w:val="id-ID"/>
              </w:rPr>
              <w:t>Mengetahui,</w:t>
            </w:r>
          </w:p>
        </w:tc>
      </w:tr>
      <w:tr w:rsidR="00FB29D0" w:rsidRPr="00E22388" w14:paraId="644B4C13" w14:textId="77777777" w:rsidTr="00271389">
        <w:tc>
          <w:tcPr>
            <w:tcW w:w="7927" w:type="dxa"/>
            <w:gridSpan w:val="2"/>
          </w:tcPr>
          <w:p w14:paraId="449DE9D4" w14:textId="77777777" w:rsidR="00FB29D0" w:rsidRPr="00E22388" w:rsidRDefault="00FB29D0" w:rsidP="00271389">
            <w:pPr>
              <w:jc w:val="center"/>
              <w:rPr>
                <w:b/>
                <w:bCs/>
                <w:lang w:val="id-ID"/>
              </w:rPr>
            </w:pPr>
            <w:r w:rsidRPr="00E22388">
              <w:rPr>
                <w:b/>
                <w:bCs/>
                <w:lang w:val="id-ID"/>
              </w:rPr>
              <w:t>Ketua</w:t>
            </w:r>
          </w:p>
          <w:p w14:paraId="79203983" w14:textId="77777777" w:rsidR="00FB29D0" w:rsidRPr="00E22388" w:rsidRDefault="00FB29D0" w:rsidP="00271389">
            <w:pPr>
              <w:jc w:val="center"/>
              <w:rPr>
                <w:b/>
                <w:bCs/>
                <w:lang w:val="id-ID"/>
              </w:rPr>
            </w:pPr>
            <w:r w:rsidRPr="00E22388">
              <w:rPr>
                <w:b/>
                <w:bCs/>
                <w:lang w:val="id-ID"/>
              </w:rPr>
              <w:t>Sekolah Tinggi Ilmu Ekonomi GICI</w:t>
            </w:r>
          </w:p>
        </w:tc>
      </w:tr>
      <w:tr w:rsidR="00FB29D0" w:rsidRPr="00E22388" w14:paraId="5D24B891" w14:textId="77777777" w:rsidTr="00271389">
        <w:trPr>
          <w:trHeight w:val="1332"/>
        </w:trPr>
        <w:tc>
          <w:tcPr>
            <w:tcW w:w="3963" w:type="dxa"/>
          </w:tcPr>
          <w:p w14:paraId="37B26DEA" w14:textId="77777777" w:rsidR="00FB29D0" w:rsidRPr="00E22388" w:rsidRDefault="00FB29D0" w:rsidP="00271389">
            <w:pPr>
              <w:jc w:val="both"/>
              <w:rPr>
                <w:lang w:val="id-ID"/>
              </w:rPr>
            </w:pPr>
          </w:p>
        </w:tc>
        <w:tc>
          <w:tcPr>
            <w:tcW w:w="3964" w:type="dxa"/>
          </w:tcPr>
          <w:p w14:paraId="532F6AE5" w14:textId="77777777" w:rsidR="00FB29D0" w:rsidRPr="00E22388" w:rsidRDefault="00FB29D0" w:rsidP="00271389">
            <w:pPr>
              <w:jc w:val="both"/>
              <w:rPr>
                <w:lang w:val="id-ID"/>
              </w:rPr>
            </w:pPr>
          </w:p>
        </w:tc>
      </w:tr>
      <w:tr w:rsidR="00FB29D0" w:rsidRPr="00D14DE0" w14:paraId="22B30352" w14:textId="77777777" w:rsidTr="00271389">
        <w:tc>
          <w:tcPr>
            <w:tcW w:w="7927" w:type="dxa"/>
            <w:gridSpan w:val="2"/>
          </w:tcPr>
          <w:p w14:paraId="64C989A9" w14:textId="77777777" w:rsidR="00FB29D0" w:rsidRPr="00D14DE0" w:rsidRDefault="00FB29D0" w:rsidP="00271389">
            <w:pPr>
              <w:pStyle w:val="p1"/>
              <w:jc w:val="center"/>
              <w:rPr>
                <w:b/>
                <w:bCs/>
                <w:sz w:val="21"/>
                <w:szCs w:val="21"/>
                <w:u w:val="single"/>
                <w:lang w:val="id-ID"/>
              </w:rPr>
            </w:pPr>
            <w:r w:rsidRPr="00D14DE0">
              <w:rPr>
                <w:rStyle w:val="s1"/>
                <w:b/>
                <w:bCs/>
                <w:u w:val="single"/>
                <w:lang w:val="id-ID"/>
              </w:rPr>
              <w:t>Prof. Dr. Abdul Hamid, M.S.</w:t>
            </w:r>
          </w:p>
        </w:tc>
      </w:tr>
      <w:tr w:rsidR="00FB29D0" w:rsidRPr="00D14DE0" w14:paraId="4EA5590E" w14:textId="77777777" w:rsidTr="00271389">
        <w:tc>
          <w:tcPr>
            <w:tcW w:w="7927" w:type="dxa"/>
            <w:gridSpan w:val="2"/>
          </w:tcPr>
          <w:p w14:paraId="48931BFB" w14:textId="77777777" w:rsidR="00FB29D0" w:rsidRPr="00D14DE0" w:rsidRDefault="00FB29D0" w:rsidP="00271389">
            <w:pPr>
              <w:pStyle w:val="p1"/>
              <w:jc w:val="center"/>
              <w:rPr>
                <w:rStyle w:val="s1"/>
                <w:b/>
                <w:bCs/>
                <w:lang w:val="id-ID"/>
              </w:rPr>
            </w:pPr>
            <w:r w:rsidRPr="00D14DE0">
              <w:rPr>
                <w:b/>
                <w:bCs/>
                <w:lang w:val="id-ID"/>
              </w:rPr>
              <w:t>NIDN: 2017065701</w:t>
            </w:r>
          </w:p>
        </w:tc>
      </w:tr>
    </w:tbl>
    <w:p w14:paraId="3C76139A" w14:textId="77777777" w:rsidR="00D65501" w:rsidRDefault="00FB29D0" w:rsidP="00D65501">
      <w:pPr>
        <w:spacing w:after="0" w:line="240" w:lineRule="auto"/>
        <w:jc w:val="center"/>
        <w:rPr>
          <w:rStyle w:val="s1"/>
          <w:b/>
          <w:bCs/>
          <w:sz w:val="28"/>
          <w:szCs w:val="24"/>
          <w:lang w:val="id-ID"/>
        </w:rPr>
      </w:pPr>
      <w:r w:rsidRPr="00E22388">
        <w:rPr>
          <w:rStyle w:val="s1"/>
          <w:b/>
          <w:bCs/>
          <w:sz w:val="28"/>
          <w:szCs w:val="24"/>
          <w:lang w:val="id-ID"/>
        </w:rPr>
        <w:lastRenderedPageBreak/>
        <w:t xml:space="preserve">PENGARUH PEMASARAN AFFILIATE DAN PEMASARAN DIGITAL TERHADAP KEPUTUSAN PEMBELIAN KONSUMEN ASTROCUSTOM DI </w:t>
      </w:r>
    </w:p>
    <w:p w14:paraId="60A205D0" w14:textId="799DF968" w:rsidR="00FB29D0" w:rsidRDefault="00FB29D0" w:rsidP="00D65501">
      <w:pPr>
        <w:spacing w:after="0" w:line="240" w:lineRule="auto"/>
        <w:jc w:val="center"/>
        <w:rPr>
          <w:rStyle w:val="s1"/>
          <w:b/>
          <w:bCs/>
          <w:sz w:val="28"/>
          <w:szCs w:val="24"/>
          <w:lang w:val="id-ID"/>
        </w:rPr>
      </w:pPr>
      <w:r w:rsidRPr="00E22388">
        <w:rPr>
          <w:rStyle w:val="s1"/>
          <w:b/>
          <w:bCs/>
          <w:sz w:val="28"/>
          <w:szCs w:val="24"/>
          <w:lang w:val="id-ID"/>
        </w:rPr>
        <w:t>MARKETPLACE SHOPEE</w:t>
      </w:r>
    </w:p>
    <w:p w14:paraId="42C5DD38" w14:textId="77777777" w:rsidR="00FB29D0" w:rsidRPr="00D14DE0" w:rsidRDefault="00FB29D0" w:rsidP="00DA33B4">
      <w:pPr>
        <w:pStyle w:val="Heading1"/>
        <w:numPr>
          <w:ilvl w:val="0"/>
          <w:numId w:val="0"/>
        </w:numPr>
        <w:spacing w:after="0" w:line="240" w:lineRule="auto"/>
        <w:ind w:left="432"/>
        <w:rPr>
          <w:rStyle w:val="s1"/>
          <w:color w:val="FFFFFF" w:themeColor="background1"/>
          <w:lang w:val="en-GB"/>
        </w:rPr>
      </w:pPr>
      <w:bookmarkStart w:id="5" w:name="_Toc233099858"/>
      <w:bookmarkStart w:id="6" w:name="_Toc236747615"/>
      <w:r w:rsidRPr="001864DE">
        <w:rPr>
          <w:color w:val="FFFFFF" w:themeColor="background1"/>
          <w:lang w:val="id-ID"/>
        </w:rPr>
        <w:t xml:space="preserve">LEMBAR </w:t>
      </w:r>
      <w:r w:rsidRPr="00DA33B4">
        <w:rPr>
          <w:color w:val="FFFFFF" w:themeColor="background1"/>
          <w:sz w:val="24"/>
          <w:szCs w:val="24"/>
          <w:lang w:val="id-ID"/>
        </w:rPr>
        <w:t>PENGESAHAN</w:t>
      </w:r>
      <w:r w:rsidRPr="001864DE">
        <w:rPr>
          <w:color w:val="FFFFFF" w:themeColor="background1"/>
          <w:lang w:val="id-ID"/>
        </w:rPr>
        <w:t xml:space="preserve"> </w:t>
      </w:r>
      <w:r w:rsidRPr="001864DE">
        <w:rPr>
          <w:color w:val="FFFFFF" w:themeColor="background1"/>
          <w:lang w:val="en-GB"/>
        </w:rPr>
        <w:t>SKRIPSI</w:t>
      </w:r>
      <w:bookmarkEnd w:id="5"/>
      <w:bookmarkEnd w:id="6"/>
    </w:p>
    <w:p w14:paraId="3BC49352" w14:textId="77777777" w:rsidR="00FB29D0" w:rsidRPr="00E22388" w:rsidRDefault="00FB29D0" w:rsidP="00FB29D0">
      <w:pPr>
        <w:spacing w:line="240" w:lineRule="auto"/>
        <w:jc w:val="center"/>
        <w:rPr>
          <w:rStyle w:val="s1"/>
          <w:b/>
          <w:bCs/>
          <w:i/>
          <w:iCs/>
          <w:sz w:val="28"/>
          <w:szCs w:val="24"/>
          <w:lang w:val="id-ID"/>
        </w:rPr>
      </w:pPr>
      <w:r w:rsidRPr="00E22388">
        <w:rPr>
          <w:rStyle w:val="s1"/>
          <w:b/>
          <w:bCs/>
          <w:i/>
          <w:iCs/>
          <w:sz w:val="28"/>
          <w:szCs w:val="24"/>
          <w:lang w:val="id-ID"/>
        </w:rPr>
        <w:t>THE INFLUENCE OF AFFILIATE MARKETING AND DIGITAL MARKETING ON CONSUMER PURCHASE DECISIONS OF ASTROCUSTOM ON THE SHOPEE MARKETPLACE</w:t>
      </w:r>
    </w:p>
    <w:p w14:paraId="7F5492CB" w14:textId="77777777" w:rsidR="00FB29D0" w:rsidRPr="00E22388" w:rsidRDefault="00FB29D0" w:rsidP="00FB29D0">
      <w:pPr>
        <w:spacing w:line="240" w:lineRule="auto"/>
        <w:jc w:val="center"/>
        <w:rPr>
          <w:b/>
          <w:bCs/>
          <w:i/>
          <w:iCs/>
          <w:sz w:val="28"/>
          <w:szCs w:val="24"/>
          <w:lang w:val="id-ID"/>
        </w:rPr>
      </w:pPr>
    </w:p>
    <w:p w14:paraId="6A906610" w14:textId="77777777" w:rsidR="00FB29D0" w:rsidRPr="00E22388" w:rsidRDefault="00FB29D0" w:rsidP="00FB29D0">
      <w:pPr>
        <w:spacing w:after="0" w:line="240" w:lineRule="auto"/>
        <w:jc w:val="center"/>
        <w:rPr>
          <w:rStyle w:val="s1"/>
          <w:b/>
          <w:bCs/>
          <w:lang w:val="id-ID"/>
        </w:rPr>
      </w:pPr>
      <w:r w:rsidRPr="00E22388">
        <w:rPr>
          <w:rStyle w:val="s1"/>
          <w:b/>
          <w:bCs/>
          <w:lang w:val="id-ID"/>
        </w:rPr>
        <w:t>Oleh:</w:t>
      </w:r>
    </w:p>
    <w:p w14:paraId="40A85871" w14:textId="77777777" w:rsidR="00FB29D0" w:rsidRPr="00E22388" w:rsidRDefault="00FB29D0" w:rsidP="00FB29D0">
      <w:pPr>
        <w:spacing w:after="0" w:line="240" w:lineRule="auto"/>
        <w:jc w:val="center"/>
        <w:rPr>
          <w:rStyle w:val="s1"/>
          <w:b/>
          <w:bCs/>
          <w:lang w:val="id-ID"/>
        </w:rPr>
      </w:pPr>
      <w:r w:rsidRPr="00E22388">
        <w:rPr>
          <w:rStyle w:val="s1"/>
          <w:b/>
          <w:bCs/>
          <w:lang w:val="id-ID"/>
        </w:rPr>
        <w:t>Shaskia Azahra</w:t>
      </w:r>
    </w:p>
    <w:p w14:paraId="1555BEB8" w14:textId="6CC5BAC0" w:rsidR="00FB29D0" w:rsidRPr="00E22388" w:rsidRDefault="00FB29D0" w:rsidP="00FB29D0">
      <w:pPr>
        <w:spacing w:after="0" w:line="240" w:lineRule="auto"/>
        <w:jc w:val="center"/>
        <w:rPr>
          <w:rStyle w:val="s1"/>
          <w:b/>
          <w:bCs/>
          <w:lang w:val="id-ID"/>
        </w:rPr>
      </w:pPr>
      <w:r w:rsidRPr="00E22388">
        <w:rPr>
          <w:rStyle w:val="s1"/>
          <w:b/>
          <w:bCs/>
          <w:lang w:val="id-ID"/>
        </w:rPr>
        <w:t>61201022009175</w:t>
      </w:r>
    </w:p>
    <w:p w14:paraId="331ECB6C" w14:textId="7C0A5F66" w:rsidR="00772B04" w:rsidRDefault="00772B04" w:rsidP="00772B04">
      <w:pPr>
        <w:spacing w:after="0" w:line="240" w:lineRule="auto"/>
        <w:jc w:val="center"/>
        <w:rPr>
          <w:rStyle w:val="s1"/>
          <w:b/>
          <w:bCs/>
          <w:szCs w:val="24"/>
          <w:lang w:val="id-ID"/>
        </w:rPr>
      </w:pPr>
    </w:p>
    <w:p w14:paraId="34FAC597" w14:textId="77777777" w:rsidR="00772B04" w:rsidRPr="00772B04" w:rsidRDefault="00772B04" w:rsidP="00772B04">
      <w:pPr>
        <w:spacing w:after="0" w:line="240" w:lineRule="auto"/>
        <w:jc w:val="center"/>
        <w:rPr>
          <w:rStyle w:val="s1"/>
          <w:b/>
          <w:bCs/>
          <w:szCs w:val="24"/>
          <w:lang w:val="id-ID"/>
        </w:rPr>
      </w:pPr>
    </w:p>
    <w:p w14:paraId="45B3550F" w14:textId="77777777" w:rsidR="00FB29D0" w:rsidRPr="00E22388" w:rsidRDefault="00FB29D0" w:rsidP="00772B04">
      <w:pPr>
        <w:spacing w:after="0" w:line="240" w:lineRule="auto"/>
        <w:jc w:val="center"/>
        <w:rPr>
          <w:b/>
          <w:bCs/>
          <w:szCs w:val="24"/>
          <w:lang w:val="id-ID"/>
        </w:rPr>
      </w:pPr>
      <w:r>
        <w:rPr>
          <w:rStyle w:val="s1"/>
          <w:b/>
          <w:bCs/>
          <w:szCs w:val="24"/>
          <w:lang w:val="id-ID"/>
        </w:rPr>
        <w:t>SKRIPSI</w:t>
      </w:r>
    </w:p>
    <w:p w14:paraId="0BD30A2D" w14:textId="3F6EC5AD" w:rsidR="00FB29D0" w:rsidRPr="00772B04" w:rsidRDefault="00FB29D0" w:rsidP="00772B04">
      <w:pPr>
        <w:spacing w:after="0" w:line="240" w:lineRule="auto"/>
        <w:rPr>
          <w:szCs w:val="24"/>
          <w:lang w:val="id-ID"/>
        </w:rPr>
      </w:pPr>
    </w:p>
    <w:p w14:paraId="73C42E97" w14:textId="77777777" w:rsidR="00772B04" w:rsidRPr="00772B04" w:rsidRDefault="00772B04" w:rsidP="00772B04">
      <w:pPr>
        <w:spacing w:after="0" w:line="240" w:lineRule="auto"/>
        <w:rPr>
          <w:szCs w:val="24"/>
          <w:lang w:val="id-ID"/>
        </w:rPr>
      </w:pPr>
    </w:p>
    <w:p w14:paraId="3A3A1F23" w14:textId="77777777" w:rsidR="00FB29D0" w:rsidRPr="00D14DE0" w:rsidRDefault="00FB29D0" w:rsidP="00772B04">
      <w:pPr>
        <w:spacing w:after="0" w:line="240" w:lineRule="auto"/>
        <w:jc w:val="center"/>
      </w:pPr>
      <w:r w:rsidRPr="00E22388">
        <w:rPr>
          <w:lang w:val="id-ID"/>
        </w:rPr>
        <w:t xml:space="preserve">Telah </w:t>
      </w:r>
      <w:proofErr w:type="spellStart"/>
      <w:r>
        <w:t>Diujikan</w:t>
      </w:r>
      <w:proofErr w:type="spellEnd"/>
      <w:r>
        <w:t xml:space="preserve"> Pada:</w:t>
      </w:r>
    </w:p>
    <w:p w14:paraId="62C963CB" w14:textId="50D986BD" w:rsidR="00FB29D0" w:rsidRPr="00E22388" w:rsidRDefault="00772B04" w:rsidP="00772B04">
      <w:pPr>
        <w:spacing w:after="0" w:line="240" w:lineRule="auto"/>
        <w:ind w:left="2160" w:firstLine="720"/>
        <w:rPr>
          <w:szCs w:val="24"/>
          <w:lang w:val="id-ID"/>
        </w:rPr>
      </w:pPr>
      <w:r>
        <w:rPr>
          <w:szCs w:val="24"/>
        </w:rPr>
        <w:t xml:space="preserve"> </w:t>
      </w:r>
      <w:r w:rsidR="00FB29D0" w:rsidRPr="00E22388">
        <w:rPr>
          <w:szCs w:val="24"/>
          <w:lang w:val="id-ID"/>
        </w:rPr>
        <w:t>Tempat</w:t>
      </w:r>
      <w:r w:rsidR="00FB29D0" w:rsidRPr="00E22388">
        <w:rPr>
          <w:szCs w:val="24"/>
          <w:lang w:val="id-ID"/>
        </w:rPr>
        <w:tab/>
        <w:t>: Depok</w:t>
      </w:r>
    </w:p>
    <w:p w14:paraId="63065A08" w14:textId="741E7E20" w:rsidR="00FB29D0" w:rsidRPr="00E22388" w:rsidRDefault="00772B04" w:rsidP="00772B04">
      <w:pPr>
        <w:spacing w:after="0" w:line="240" w:lineRule="auto"/>
        <w:ind w:left="2160" w:firstLine="720"/>
        <w:jc w:val="both"/>
        <w:rPr>
          <w:rStyle w:val="s1"/>
          <w:lang w:val="id-ID"/>
        </w:rPr>
      </w:pPr>
      <w:r>
        <w:rPr>
          <w:rStyle w:val="s1"/>
        </w:rPr>
        <w:t xml:space="preserve"> </w:t>
      </w:r>
      <w:r w:rsidR="00FB29D0" w:rsidRPr="00E22388">
        <w:rPr>
          <w:rStyle w:val="s1"/>
          <w:lang w:val="id-ID"/>
        </w:rPr>
        <w:t>Tanggal</w:t>
      </w:r>
      <w:r w:rsidR="00FB29D0" w:rsidRPr="00E22388">
        <w:rPr>
          <w:rStyle w:val="s1"/>
          <w:lang w:val="id-ID"/>
        </w:rPr>
        <w:tab/>
        <w:t xml:space="preserve">: </w:t>
      </w:r>
      <w:r w:rsidR="00FB29D0">
        <w:rPr>
          <w:rStyle w:val="s1"/>
        </w:rPr>
        <w:t xml:space="preserve">10 </w:t>
      </w:r>
      <w:proofErr w:type="spellStart"/>
      <w:r w:rsidR="00FB29D0">
        <w:rPr>
          <w:rStyle w:val="s1"/>
        </w:rPr>
        <w:t>Juli</w:t>
      </w:r>
      <w:proofErr w:type="spellEnd"/>
      <w:r w:rsidR="00FB29D0">
        <w:rPr>
          <w:rStyle w:val="s1"/>
        </w:rPr>
        <w:t xml:space="preserve"> </w:t>
      </w:r>
      <w:r w:rsidR="00FB29D0">
        <w:rPr>
          <w:rStyle w:val="s1"/>
          <w:lang w:val="id-ID"/>
        </w:rPr>
        <w:t>2026</w:t>
      </w:r>
    </w:p>
    <w:p w14:paraId="05B8C558" w14:textId="77777777" w:rsidR="00FB29D0" w:rsidRPr="00E22388" w:rsidRDefault="00FB29D0" w:rsidP="00FB29D0">
      <w:pPr>
        <w:spacing w:after="0" w:line="240" w:lineRule="auto"/>
        <w:jc w:val="both"/>
        <w:rPr>
          <w:lang w:val="id-ID"/>
        </w:rPr>
      </w:pPr>
    </w:p>
    <w:p w14:paraId="2C6ABA38" w14:textId="77777777" w:rsidR="00FB29D0" w:rsidRPr="00E22388" w:rsidRDefault="00FB29D0" w:rsidP="00FB29D0">
      <w:pPr>
        <w:spacing w:after="0" w:line="240" w:lineRule="auto"/>
        <w:jc w:val="center"/>
        <w:rPr>
          <w:lang w:val="id-ID"/>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3797"/>
      </w:tblGrid>
      <w:tr w:rsidR="00FB29D0" w:rsidRPr="00E22388" w14:paraId="5D71CF98" w14:textId="77777777" w:rsidTr="00271389">
        <w:tc>
          <w:tcPr>
            <w:tcW w:w="2608" w:type="pct"/>
          </w:tcPr>
          <w:p w14:paraId="1576BF2D" w14:textId="77777777" w:rsidR="00FB29D0" w:rsidRPr="00E22388" w:rsidRDefault="00FB29D0" w:rsidP="00271389">
            <w:pPr>
              <w:jc w:val="both"/>
              <w:rPr>
                <w:b/>
                <w:bCs/>
                <w:lang w:val="id-ID"/>
              </w:rPr>
            </w:pPr>
            <w:r>
              <w:rPr>
                <w:b/>
                <w:bCs/>
                <w:lang w:val="id-ID"/>
              </w:rPr>
              <w:t>Ketua Penguji</w:t>
            </w:r>
            <w:r w:rsidRPr="00E22388">
              <w:rPr>
                <w:b/>
                <w:bCs/>
                <w:lang w:val="id-ID"/>
              </w:rPr>
              <w:t>,</w:t>
            </w:r>
          </w:p>
        </w:tc>
        <w:tc>
          <w:tcPr>
            <w:tcW w:w="2392" w:type="pct"/>
          </w:tcPr>
          <w:p w14:paraId="0790EA1B" w14:textId="77777777" w:rsidR="00FB29D0" w:rsidRPr="00E22388" w:rsidRDefault="00FB29D0" w:rsidP="00271389">
            <w:pPr>
              <w:rPr>
                <w:b/>
                <w:bCs/>
                <w:lang w:val="id-ID"/>
              </w:rPr>
            </w:pPr>
            <w:r>
              <w:rPr>
                <w:b/>
                <w:bCs/>
                <w:lang w:val="id-ID"/>
              </w:rPr>
              <w:t>A</w:t>
            </w:r>
            <w:proofErr w:type="spellStart"/>
            <w:r>
              <w:rPr>
                <w:b/>
                <w:bCs/>
              </w:rPr>
              <w:t>nggota</w:t>
            </w:r>
            <w:proofErr w:type="spellEnd"/>
            <w:r>
              <w:rPr>
                <w:b/>
                <w:bCs/>
              </w:rPr>
              <w:t xml:space="preserve"> </w:t>
            </w:r>
            <w:proofErr w:type="spellStart"/>
            <w:r>
              <w:rPr>
                <w:b/>
                <w:bCs/>
              </w:rPr>
              <w:t>Penguji</w:t>
            </w:r>
            <w:proofErr w:type="spellEnd"/>
          </w:p>
        </w:tc>
      </w:tr>
      <w:tr w:rsidR="00FB29D0" w:rsidRPr="00E22388" w14:paraId="3981E0C1" w14:textId="77777777" w:rsidTr="00271389">
        <w:trPr>
          <w:trHeight w:val="1341"/>
        </w:trPr>
        <w:tc>
          <w:tcPr>
            <w:tcW w:w="2608" w:type="pct"/>
          </w:tcPr>
          <w:p w14:paraId="7235E67D" w14:textId="77777777" w:rsidR="00FB29D0" w:rsidRPr="00E22388" w:rsidRDefault="00FB29D0" w:rsidP="00271389">
            <w:pPr>
              <w:jc w:val="both"/>
              <w:rPr>
                <w:lang w:val="id-ID"/>
              </w:rPr>
            </w:pPr>
          </w:p>
        </w:tc>
        <w:tc>
          <w:tcPr>
            <w:tcW w:w="2392" w:type="pct"/>
          </w:tcPr>
          <w:p w14:paraId="18D8354F" w14:textId="77777777" w:rsidR="00FB29D0" w:rsidRPr="00E22388" w:rsidRDefault="00FB29D0" w:rsidP="00271389">
            <w:pPr>
              <w:jc w:val="both"/>
              <w:rPr>
                <w:lang w:val="id-ID"/>
              </w:rPr>
            </w:pPr>
          </w:p>
        </w:tc>
      </w:tr>
      <w:tr w:rsidR="00FB29D0" w:rsidRPr="00E22388" w14:paraId="246295E1" w14:textId="77777777" w:rsidTr="00271389">
        <w:tc>
          <w:tcPr>
            <w:tcW w:w="2608" w:type="pct"/>
          </w:tcPr>
          <w:p w14:paraId="469829C6" w14:textId="77777777" w:rsidR="00FB29D0" w:rsidRPr="006D4A1D" w:rsidRDefault="00FB29D0" w:rsidP="00271389">
            <w:pPr>
              <w:jc w:val="both"/>
              <w:rPr>
                <w:b/>
                <w:bCs/>
                <w:lang w:val="id-ID"/>
              </w:rPr>
            </w:pPr>
            <w:r w:rsidRPr="006D4A1D">
              <w:rPr>
                <w:b/>
                <w:bCs/>
                <w:u w:val="single"/>
                <w:lang w:val="id-ID"/>
              </w:rPr>
              <w:t>M</w:t>
            </w:r>
            <w:proofErr w:type="spellStart"/>
            <w:r w:rsidRPr="006D4A1D">
              <w:rPr>
                <w:b/>
                <w:bCs/>
                <w:u w:val="single"/>
              </w:rPr>
              <w:t>ei</w:t>
            </w:r>
            <w:proofErr w:type="spellEnd"/>
            <w:r w:rsidRPr="006D4A1D">
              <w:rPr>
                <w:b/>
                <w:bCs/>
                <w:u w:val="single"/>
              </w:rPr>
              <w:t xml:space="preserve"> </w:t>
            </w:r>
            <w:proofErr w:type="spellStart"/>
            <w:r w:rsidRPr="006D4A1D">
              <w:rPr>
                <w:b/>
                <w:bCs/>
                <w:u w:val="single"/>
              </w:rPr>
              <w:t>Iswandi</w:t>
            </w:r>
            <w:proofErr w:type="spellEnd"/>
            <w:r w:rsidRPr="006D4A1D">
              <w:rPr>
                <w:b/>
                <w:bCs/>
                <w:u w:val="single"/>
                <w:lang w:val="id-ID"/>
              </w:rPr>
              <w:t>, SE, MM</w:t>
            </w:r>
          </w:p>
        </w:tc>
        <w:tc>
          <w:tcPr>
            <w:tcW w:w="2392" w:type="pct"/>
          </w:tcPr>
          <w:p w14:paraId="56876CB7" w14:textId="77777777" w:rsidR="00FB29D0" w:rsidRPr="006D4A1D" w:rsidRDefault="00FB29D0" w:rsidP="00271389">
            <w:pPr>
              <w:jc w:val="both"/>
              <w:rPr>
                <w:b/>
                <w:bCs/>
                <w:u w:val="single"/>
                <w:lang w:val="id-ID"/>
              </w:rPr>
            </w:pPr>
            <w:r w:rsidRPr="006D4A1D">
              <w:rPr>
                <w:b/>
                <w:bCs/>
                <w:u w:val="single"/>
              </w:rPr>
              <w:t xml:space="preserve">Yose Cahyo </w:t>
            </w:r>
            <w:proofErr w:type="spellStart"/>
            <w:r w:rsidRPr="006D4A1D">
              <w:rPr>
                <w:b/>
                <w:bCs/>
                <w:u w:val="single"/>
              </w:rPr>
              <w:t>Benardi</w:t>
            </w:r>
            <w:proofErr w:type="spellEnd"/>
            <w:r w:rsidRPr="006D4A1D">
              <w:rPr>
                <w:b/>
                <w:bCs/>
                <w:u w:val="single"/>
              </w:rPr>
              <w:t xml:space="preserve"> W., SE, </w:t>
            </w:r>
            <w:proofErr w:type="spellStart"/>
            <w:proofErr w:type="gramStart"/>
            <w:r w:rsidRPr="006D4A1D">
              <w:rPr>
                <w:b/>
                <w:bCs/>
                <w:u w:val="single"/>
              </w:rPr>
              <w:t>M.Si</w:t>
            </w:r>
            <w:proofErr w:type="spellEnd"/>
            <w:proofErr w:type="gramEnd"/>
          </w:p>
        </w:tc>
      </w:tr>
      <w:tr w:rsidR="00FB29D0" w:rsidRPr="00E22388" w14:paraId="204D9C47" w14:textId="77777777" w:rsidTr="00271389">
        <w:tc>
          <w:tcPr>
            <w:tcW w:w="2608" w:type="pct"/>
          </w:tcPr>
          <w:p w14:paraId="751C93B4" w14:textId="77777777" w:rsidR="00FB29D0" w:rsidRPr="006D4A1D" w:rsidRDefault="00FB29D0" w:rsidP="00271389">
            <w:pPr>
              <w:jc w:val="both"/>
              <w:rPr>
                <w:b/>
                <w:bCs/>
                <w:lang w:val="id-ID"/>
              </w:rPr>
            </w:pPr>
            <w:r w:rsidRPr="006D4A1D">
              <w:rPr>
                <w:b/>
                <w:bCs/>
                <w:lang w:val="id-ID"/>
              </w:rPr>
              <w:t>NUPTK:</w:t>
            </w:r>
            <w:r w:rsidRPr="006D4A1D">
              <w:rPr>
                <w:b/>
                <w:bCs/>
              </w:rPr>
              <w:t xml:space="preserve"> </w:t>
            </w:r>
            <w:r w:rsidRPr="006D4A1D">
              <w:rPr>
                <w:b/>
                <w:bCs/>
                <w:lang w:val="id-ID"/>
              </w:rPr>
              <w:t>4</w:t>
            </w:r>
            <w:r w:rsidRPr="006D4A1D">
              <w:rPr>
                <w:b/>
                <w:bCs/>
              </w:rPr>
              <w:t>862750651130102</w:t>
            </w:r>
          </w:p>
        </w:tc>
        <w:tc>
          <w:tcPr>
            <w:tcW w:w="2392" w:type="pct"/>
          </w:tcPr>
          <w:p w14:paraId="645B5EB8" w14:textId="77777777" w:rsidR="00FB29D0" w:rsidRPr="006D4A1D" w:rsidRDefault="00FB29D0" w:rsidP="00271389">
            <w:pPr>
              <w:jc w:val="both"/>
              <w:rPr>
                <w:b/>
                <w:bCs/>
                <w:lang w:val="id-ID"/>
              </w:rPr>
            </w:pPr>
            <w:r w:rsidRPr="006D4A1D">
              <w:rPr>
                <w:b/>
                <w:bCs/>
              </w:rPr>
              <w:t>NUPTK: 5855757658131122</w:t>
            </w:r>
          </w:p>
        </w:tc>
      </w:tr>
    </w:tbl>
    <w:p w14:paraId="5C7104B1" w14:textId="77777777" w:rsidR="00FB29D0" w:rsidRDefault="00FB29D0" w:rsidP="00FB29D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FB29D0" w:rsidRPr="00E22388" w14:paraId="52AEEAF9" w14:textId="77777777" w:rsidTr="00271389">
        <w:tc>
          <w:tcPr>
            <w:tcW w:w="5000" w:type="pct"/>
            <w:vAlign w:val="center"/>
          </w:tcPr>
          <w:p w14:paraId="76CDDD47" w14:textId="77777777" w:rsidR="00FB29D0" w:rsidRPr="00E22388" w:rsidRDefault="00FB29D0" w:rsidP="00271389">
            <w:pPr>
              <w:jc w:val="center"/>
              <w:rPr>
                <w:b/>
                <w:bCs/>
                <w:lang w:val="id-ID"/>
              </w:rPr>
            </w:pPr>
            <w:r w:rsidRPr="00E22388">
              <w:rPr>
                <w:lang w:val="id-ID"/>
              </w:rPr>
              <w:t>Mengetahui</w:t>
            </w:r>
            <w:r w:rsidRPr="00E22388">
              <w:rPr>
                <w:b/>
                <w:bCs/>
                <w:lang w:val="id-ID"/>
              </w:rPr>
              <w:t>,</w:t>
            </w:r>
          </w:p>
        </w:tc>
      </w:tr>
      <w:tr w:rsidR="00FB29D0" w:rsidRPr="00E22388" w14:paraId="11F8B90B" w14:textId="77777777" w:rsidTr="00271389">
        <w:tc>
          <w:tcPr>
            <w:tcW w:w="5000" w:type="pct"/>
            <w:vAlign w:val="center"/>
          </w:tcPr>
          <w:p w14:paraId="1B7927CE" w14:textId="77777777" w:rsidR="00FB29D0" w:rsidRPr="00E22388" w:rsidRDefault="00FB29D0" w:rsidP="00271389">
            <w:pPr>
              <w:jc w:val="center"/>
              <w:rPr>
                <w:b/>
                <w:bCs/>
                <w:lang w:val="id-ID"/>
              </w:rPr>
            </w:pPr>
            <w:r w:rsidRPr="00E22388">
              <w:rPr>
                <w:b/>
                <w:bCs/>
                <w:lang w:val="id-ID"/>
              </w:rPr>
              <w:t>Ketua Jurusan Manajemen</w:t>
            </w:r>
          </w:p>
        </w:tc>
      </w:tr>
      <w:tr w:rsidR="00FB29D0" w:rsidRPr="00E22388" w14:paraId="56E7ACEB" w14:textId="77777777" w:rsidTr="00271389">
        <w:trPr>
          <w:trHeight w:val="1260"/>
        </w:trPr>
        <w:tc>
          <w:tcPr>
            <w:tcW w:w="5000" w:type="pct"/>
            <w:vAlign w:val="center"/>
          </w:tcPr>
          <w:p w14:paraId="0DDF9F1C" w14:textId="77777777" w:rsidR="00FB29D0" w:rsidRPr="00E22388" w:rsidRDefault="00FB29D0" w:rsidP="00271389">
            <w:pPr>
              <w:jc w:val="center"/>
              <w:rPr>
                <w:lang w:val="id-ID"/>
              </w:rPr>
            </w:pPr>
          </w:p>
        </w:tc>
      </w:tr>
      <w:tr w:rsidR="00FB29D0" w:rsidRPr="00E22388" w14:paraId="38C218FA" w14:textId="77777777" w:rsidTr="00271389">
        <w:tc>
          <w:tcPr>
            <w:tcW w:w="5000" w:type="pct"/>
            <w:vAlign w:val="center"/>
          </w:tcPr>
          <w:p w14:paraId="10E1929C" w14:textId="77777777" w:rsidR="00FB29D0" w:rsidRPr="006D4A1D" w:rsidRDefault="00FB29D0" w:rsidP="00271389">
            <w:pPr>
              <w:jc w:val="center"/>
              <w:rPr>
                <w:b/>
                <w:bCs/>
                <w:u w:val="single"/>
                <w:lang w:val="id-ID"/>
              </w:rPr>
            </w:pPr>
            <w:r w:rsidRPr="006D4A1D">
              <w:rPr>
                <w:b/>
                <w:bCs/>
                <w:u w:val="single"/>
                <w:lang w:val="id-ID"/>
              </w:rPr>
              <w:t>Drs, Henky Hendrawan, MM., M.Si</w:t>
            </w:r>
          </w:p>
        </w:tc>
      </w:tr>
      <w:tr w:rsidR="00FB29D0" w:rsidRPr="00E22388" w14:paraId="39DFBC41" w14:textId="77777777" w:rsidTr="00271389">
        <w:tc>
          <w:tcPr>
            <w:tcW w:w="5000" w:type="pct"/>
            <w:vAlign w:val="center"/>
          </w:tcPr>
          <w:p w14:paraId="4C693D44" w14:textId="2B31618F" w:rsidR="00FB29D0" w:rsidRDefault="00772B04" w:rsidP="00772B04">
            <w:pPr>
              <w:rPr>
                <w:b/>
                <w:bCs/>
                <w:lang w:val="id-ID"/>
              </w:rPr>
            </w:pPr>
            <w:r>
              <w:rPr>
                <w:b/>
                <w:bCs/>
              </w:rPr>
              <w:t xml:space="preserve"> </w:t>
            </w:r>
            <w:r>
              <w:t xml:space="preserve">                                 </w:t>
            </w:r>
            <w:r w:rsidR="00FB29D0" w:rsidRPr="006D4A1D">
              <w:rPr>
                <w:b/>
                <w:bCs/>
                <w:lang w:val="id-ID"/>
              </w:rPr>
              <w:t>NUPTK: 7048743644130093</w:t>
            </w:r>
          </w:p>
          <w:p w14:paraId="13A8B606" w14:textId="77777777" w:rsidR="00772B04" w:rsidRDefault="00772B04" w:rsidP="00271389">
            <w:pPr>
              <w:jc w:val="center"/>
            </w:pPr>
          </w:p>
          <w:p w14:paraId="09451267" w14:textId="7C6040F3" w:rsidR="00772B04" w:rsidRPr="006D4A1D" w:rsidRDefault="00772B04" w:rsidP="00271389">
            <w:pPr>
              <w:jc w:val="center"/>
              <w:rPr>
                <w:b/>
                <w:bCs/>
                <w:lang w:val="id-ID"/>
              </w:rPr>
            </w:pPr>
          </w:p>
        </w:tc>
      </w:tr>
      <w:tr w:rsidR="00772B04" w:rsidRPr="00E22388" w14:paraId="2F38511F" w14:textId="77777777" w:rsidTr="00271389">
        <w:tc>
          <w:tcPr>
            <w:tcW w:w="5000" w:type="pct"/>
            <w:vAlign w:val="center"/>
          </w:tcPr>
          <w:p w14:paraId="3A42C97B" w14:textId="77777777" w:rsidR="00772B04" w:rsidRPr="006D4A1D" w:rsidRDefault="00772B04" w:rsidP="00772B04">
            <w:pPr>
              <w:rPr>
                <w:b/>
                <w:bCs/>
                <w:lang w:val="id-ID"/>
              </w:rPr>
            </w:pPr>
          </w:p>
        </w:tc>
      </w:tr>
    </w:tbl>
    <w:p w14:paraId="5745E45A" w14:textId="18B3176A" w:rsidR="00FB29D0" w:rsidRDefault="00FB29D0" w:rsidP="00897817">
      <w:pPr>
        <w:pStyle w:val="Heading1"/>
        <w:numPr>
          <w:ilvl w:val="0"/>
          <w:numId w:val="0"/>
        </w:numPr>
        <w:spacing w:after="0" w:line="240" w:lineRule="auto"/>
        <w:ind w:left="432"/>
        <w:rPr>
          <w:lang w:val="en-GB"/>
        </w:rPr>
      </w:pPr>
      <w:bookmarkStart w:id="7" w:name="_Toc233099861"/>
      <w:bookmarkStart w:id="8" w:name="_Toc236747616"/>
      <w:r>
        <w:rPr>
          <w:lang w:val="en-GB"/>
        </w:rPr>
        <w:lastRenderedPageBreak/>
        <w:t>PERNYATAAN</w:t>
      </w:r>
      <w:bookmarkEnd w:id="7"/>
      <w:r>
        <w:rPr>
          <w:lang w:val="en-GB"/>
        </w:rPr>
        <w:t xml:space="preserve"> KEASLIAN</w:t>
      </w:r>
      <w:bookmarkEnd w:id="8"/>
    </w:p>
    <w:p w14:paraId="2995F03C" w14:textId="782E0682" w:rsidR="00897817" w:rsidRDefault="00897817" w:rsidP="00897817">
      <w:pPr>
        <w:spacing w:after="0" w:line="240" w:lineRule="auto"/>
        <w:rPr>
          <w:lang w:val="en-GB"/>
        </w:rPr>
      </w:pPr>
    </w:p>
    <w:p w14:paraId="18BCABD4" w14:textId="77777777" w:rsidR="00897817" w:rsidRPr="00897817" w:rsidRDefault="00897817" w:rsidP="00897817">
      <w:pPr>
        <w:spacing w:after="0" w:line="240" w:lineRule="auto"/>
        <w:rPr>
          <w:lang w:val="en-GB"/>
        </w:rPr>
      </w:pPr>
    </w:p>
    <w:p w14:paraId="2F562943" w14:textId="77777777" w:rsidR="00FB29D0" w:rsidRDefault="00FB29D0" w:rsidP="00897817">
      <w:pPr>
        <w:spacing w:after="0"/>
        <w:jc w:val="both"/>
        <w:rPr>
          <w:lang w:val="en-GB"/>
        </w:rPr>
      </w:pPr>
      <w:r>
        <w:rPr>
          <w:lang w:val="en-GB"/>
        </w:rPr>
        <w:t xml:space="preserve">Saya yang </w:t>
      </w:r>
      <w:proofErr w:type="spellStart"/>
      <w:r>
        <w:rPr>
          <w:lang w:val="en-GB"/>
        </w:rPr>
        <w:t>bertanda</w:t>
      </w:r>
      <w:proofErr w:type="spellEnd"/>
      <w:r>
        <w:rPr>
          <w:lang w:val="en-GB"/>
        </w:rPr>
        <w:t xml:space="preserve"> </w:t>
      </w:r>
      <w:proofErr w:type="spellStart"/>
      <w:r>
        <w:rPr>
          <w:lang w:val="en-GB"/>
        </w:rPr>
        <w:t>tangan</w:t>
      </w:r>
      <w:proofErr w:type="spellEnd"/>
      <w:r>
        <w:rPr>
          <w:lang w:val="en-GB"/>
        </w:rPr>
        <w:t xml:space="preserve"> di </w:t>
      </w:r>
      <w:proofErr w:type="spellStart"/>
      <w:r>
        <w:rPr>
          <w:lang w:val="en-GB"/>
        </w:rPr>
        <w:t>bawah</w:t>
      </w:r>
      <w:proofErr w:type="spellEnd"/>
      <w:r>
        <w:rPr>
          <w:lang w:val="en-GB"/>
        </w:rPr>
        <w:t xml:space="preserve"> </w:t>
      </w:r>
      <w:proofErr w:type="spellStart"/>
      <w:r>
        <w:rPr>
          <w:lang w:val="en-GB"/>
        </w:rPr>
        <w:t>ini</w:t>
      </w:r>
      <w:proofErr w:type="spellEnd"/>
      <w:r>
        <w:rPr>
          <w:lang w:val="en-GB"/>
        </w:rPr>
        <w:t>:</w:t>
      </w:r>
    </w:p>
    <w:tbl>
      <w:tblPr>
        <w:tblStyle w:val="TableGrid"/>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284"/>
        <w:gridCol w:w="6038"/>
      </w:tblGrid>
      <w:tr w:rsidR="00FB29D0" w14:paraId="6DBBDA45" w14:textId="77777777" w:rsidTr="00271389">
        <w:tc>
          <w:tcPr>
            <w:tcW w:w="1011" w:type="pct"/>
            <w:vAlign w:val="center"/>
          </w:tcPr>
          <w:p w14:paraId="1779BDA5" w14:textId="77777777" w:rsidR="00FB29D0" w:rsidRDefault="00FB29D0" w:rsidP="00897817">
            <w:pPr>
              <w:spacing w:line="276" w:lineRule="auto"/>
              <w:rPr>
                <w:lang w:val="en-GB"/>
              </w:rPr>
            </w:pPr>
            <w:r>
              <w:rPr>
                <w:lang w:val="en-GB"/>
              </w:rPr>
              <w:t>Nama</w:t>
            </w:r>
          </w:p>
        </w:tc>
        <w:tc>
          <w:tcPr>
            <w:tcW w:w="179" w:type="pct"/>
          </w:tcPr>
          <w:p w14:paraId="346D0F4D" w14:textId="77777777" w:rsidR="00FB29D0" w:rsidRDefault="00FB29D0" w:rsidP="00897817">
            <w:pPr>
              <w:spacing w:line="276" w:lineRule="auto"/>
              <w:rPr>
                <w:lang w:val="en-GB"/>
              </w:rPr>
            </w:pPr>
            <w:r>
              <w:rPr>
                <w:lang w:val="en-GB"/>
              </w:rPr>
              <w:t>:</w:t>
            </w:r>
          </w:p>
        </w:tc>
        <w:tc>
          <w:tcPr>
            <w:tcW w:w="3810" w:type="pct"/>
            <w:vAlign w:val="center"/>
          </w:tcPr>
          <w:p w14:paraId="56F0C4D4" w14:textId="77777777" w:rsidR="00FB29D0" w:rsidRDefault="00FB29D0" w:rsidP="00897817">
            <w:pPr>
              <w:spacing w:line="276" w:lineRule="auto"/>
              <w:rPr>
                <w:lang w:val="en-GB"/>
              </w:rPr>
            </w:pPr>
            <w:r>
              <w:rPr>
                <w:lang w:val="en-GB"/>
              </w:rPr>
              <w:t>Shaskia Azahra</w:t>
            </w:r>
          </w:p>
        </w:tc>
      </w:tr>
      <w:tr w:rsidR="00FB29D0" w14:paraId="17DB43EA" w14:textId="77777777" w:rsidTr="00271389">
        <w:tc>
          <w:tcPr>
            <w:tcW w:w="1011" w:type="pct"/>
            <w:vAlign w:val="center"/>
          </w:tcPr>
          <w:p w14:paraId="5AB1806D" w14:textId="77777777" w:rsidR="00FB29D0" w:rsidRDefault="00FB29D0" w:rsidP="00897817">
            <w:pPr>
              <w:spacing w:line="276" w:lineRule="auto"/>
              <w:rPr>
                <w:lang w:val="en-GB"/>
              </w:rPr>
            </w:pPr>
            <w:r>
              <w:rPr>
                <w:lang w:val="en-GB"/>
              </w:rPr>
              <w:t>NIM</w:t>
            </w:r>
          </w:p>
        </w:tc>
        <w:tc>
          <w:tcPr>
            <w:tcW w:w="179" w:type="pct"/>
          </w:tcPr>
          <w:p w14:paraId="6698BD12" w14:textId="77777777" w:rsidR="00FB29D0" w:rsidRDefault="00FB29D0" w:rsidP="00897817">
            <w:pPr>
              <w:spacing w:line="276" w:lineRule="auto"/>
              <w:rPr>
                <w:lang w:val="en-GB"/>
              </w:rPr>
            </w:pPr>
            <w:r>
              <w:rPr>
                <w:lang w:val="en-GB"/>
              </w:rPr>
              <w:t>:</w:t>
            </w:r>
          </w:p>
        </w:tc>
        <w:tc>
          <w:tcPr>
            <w:tcW w:w="3810" w:type="pct"/>
            <w:vAlign w:val="center"/>
          </w:tcPr>
          <w:p w14:paraId="0C9A55D3" w14:textId="77777777" w:rsidR="00FB29D0" w:rsidRDefault="00FB29D0" w:rsidP="00897817">
            <w:pPr>
              <w:spacing w:line="276" w:lineRule="auto"/>
              <w:jc w:val="both"/>
              <w:rPr>
                <w:lang w:val="en-GB"/>
              </w:rPr>
            </w:pPr>
            <w:r w:rsidRPr="009A4E7F">
              <w:rPr>
                <w:lang w:val="en-GB"/>
              </w:rPr>
              <w:t>61201022009175</w:t>
            </w:r>
          </w:p>
        </w:tc>
      </w:tr>
      <w:tr w:rsidR="00FB29D0" w14:paraId="2537C64C" w14:textId="77777777" w:rsidTr="00271389">
        <w:tc>
          <w:tcPr>
            <w:tcW w:w="1011" w:type="pct"/>
          </w:tcPr>
          <w:p w14:paraId="51C92DB1" w14:textId="77777777" w:rsidR="00FB29D0" w:rsidRDefault="00FB29D0" w:rsidP="00897817">
            <w:pPr>
              <w:spacing w:line="276" w:lineRule="auto"/>
              <w:rPr>
                <w:lang w:val="en-GB"/>
              </w:rPr>
            </w:pPr>
            <w:proofErr w:type="spellStart"/>
            <w:r>
              <w:rPr>
                <w:lang w:val="en-GB"/>
              </w:rPr>
              <w:t>Judul</w:t>
            </w:r>
            <w:proofErr w:type="spellEnd"/>
            <w:r>
              <w:rPr>
                <w:lang w:val="en-GB"/>
              </w:rPr>
              <w:t xml:space="preserve"> </w:t>
            </w:r>
            <w:proofErr w:type="spellStart"/>
            <w:r>
              <w:rPr>
                <w:lang w:val="en-GB"/>
              </w:rPr>
              <w:t>Skripsi</w:t>
            </w:r>
            <w:proofErr w:type="spellEnd"/>
          </w:p>
        </w:tc>
        <w:tc>
          <w:tcPr>
            <w:tcW w:w="179" w:type="pct"/>
          </w:tcPr>
          <w:p w14:paraId="2DEAB64B" w14:textId="77777777" w:rsidR="00FB29D0" w:rsidRDefault="00FB29D0" w:rsidP="00897817">
            <w:pPr>
              <w:spacing w:line="276" w:lineRule="auto"/>
              <w:rPr>
                <w:lang w:val="en-GB"/>
              </w:rPr>
            </w:pPr>
            <w:r>
              <w:rPr>
                <w:lang w:val="en-GB"/>
              </w:rPr>
              <w:t>:</w:t>
            </w:r>
          </w:p>
        </w:tc>
        <w:tc>
          <w:tcPr>
            <w:tcW w:w="3810" w:type="pct"/>
            <w:vAlign w:val="center"/>
          </w:tcPr>
          <w:p w14:paraId="206030AB" w14:textId="77777777" w:rsidR="00FB29D0" w:rsidRDefault="00FB29D0" w:rsidP="00897817">
            <w:pPr>
              <w:spacing w:line="276" w:lineRule="auto"/>
              <w:jc w:val="both"/>
              <w:rPr>
                <w:lang w:val="en-GB"/>
              </w:rPr>
            </w:pPr>
            <w:r w:rsidRPr="00AB0078">
              <w:rPr>
                <w:lang w:val="id-ID"/>
              </w:rPr>
              <w:t>Pengaruh Pemasaran Affiliate Dan Pemasaran Digital Terhadap Keputusan Pembelian Konsumen Astrocustom Di Marketplace Shopee</w:t>
            </w:r>
          </w:p>
        </w:tc>
      </w:tr>
    </w:tbl>
    <w:p w14:paraId="67BF1199" w14:textId="77777777" w:rsidR="00FB29D0" w:rsidRDefault="00FB29D0" w:rsidP="00897817">
      <w:pPr>
        <w:spacing w:after="0"/>
        <w:jc w:val="both"/>
        <w:rPr>
          <w:lang w:val="en-GB"/>
        </w:rPr>
      </w:pPr>
    </w:p>
    <w:p w14:paraId="2812F912" w14:textId="77777777" w:rsidR="00FB29D0" w:rsidRDefault="00FB29D0" w:rsidP="00897817">
      <w:pPr>
        <w:spacing w:after="0"/>
        <w:jc w:val="both"/>
        <w:rPr>
          <w:lang w:val="en-GB"/>
        </w:rPr>
      </w:pPr>
      <w:proofErr w:type="spellStart"/>
      <w:r>
        <w:rPr>
          <w:lang w:val="en-GB"/>
        </w:rPr>
        <w:t>Dengan</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menyatakan</w:t>
      </w:r>
      <w:proofErr w:type="spellEnd"/>
      <w:r>
        <w:rPr>
          <w:lang w:val="en-GB"/>
        </w:rPr>
        <w:t xml:space="preserve"> </w:t>
      </w:r>
      <w:proofErr w:type="spellStart"/>
      <w:r>
        <w:rPr>
          <w:lang w:val="en-GB"/>
        </w:rPr>
        <w:t>bahwa</w:t>
      </w:r>
      <w:proofErr w:type="spellEnd"/>
      <w:r>
        <w:rPr>
          <w:lang w:val="en-GB"/>
        </w:rPr>
        <w:t>:</w:t>
      </w:r>
    </w:p>
    <w:p w14:paraId="7AE9DCE2" w14:textId="77777777" w:rsidR="00FB29D0" w:rsidRDefault="00FB29D0" w:rsidP="00897817">
      <w:pPr>
        <w:pStyle w:val="ListParagraph"/>
        <w:numPr>
          <w:ilvl w:val="0"/>
          <w:numId w:val="49"/>
        </w:numPr>
        <w:spacing w:before="240" w:after="0"/>
        <w:jc w:val="both"/>
        <w:rPr>
          <w:lang w:val="id-ID"/>
        </w:rPr>
      </w:pPr>
      <w:r w:rsidRPr="00C06E4D">
        <w:rPr>
          <w:lang w:val="id-ID"/>
        </w:rPr>
        <w:t>Skripsi yang saya susun merupakan hasil karya ilmiah yang dibuat secara mandiri berdasarkan pemikiran, analisis, serta penelitian yang saya lakukan sendiri dan telah melalui proses pemeriksaan plagiarisme sesuai ketentuan yang berlaku di Sekolah Tinggi Ilmu Ekonomi GICI.</w:t>
      </w:r>
    </w:p>
    <w:p w14:paraId="78CBD6E4" w14:textId="77777777" w:rsidR="00FB29D0" w:rsidRDefault="00FB29D0" w:rsidP="00897817">
      <w:pPr>
        <w:pStyle w:val="ListParagraph"/>
        <w:numPr>
          <w:ilvl w:val="0"/>
          <w:numId w:val="49"/>
        </w:numPr>
        <w:spacing w:before="240" w:after="0"/>
        <w:jc w:val="both"/>
        <w:rPr>
          <w:lang w:val="id-ID"/>
        </w:rPr>
      </w:pPr>
      <w:r w:rsidRPr="00C06E4D">
        <w:rPr>
          <w:lang w:val="id-ID"/>
        </w:rPr>
        <w:t>Seluruh hasil penelitian dan penulisan dalam skripsi ini saya serahkan hak pemanfaatannya kepada Sekolah Tinggi Ilmu Ekonomi GICI untuk kepentingan akademik, pengembangan ilmu pengetahuan, serta penggunaan lain yang berkaitan dengan institusi.</w:t>
      </w:r>
    </w:p>
    <w:p w14:paraId="3EFFCE5B" w14:textId="77777777" w:rsidR="00FB29D0" w:rsidRDefault="00FB29D0" w:rsidP="00897817">
      <w:pPr>
        <w:pStyle w:val="ListParagraph"/>
        <w:numPr>
          <w:ilvl w:val="0"/>
          <w:numId w:val="49"/>
        </w:numPr>
        <w:spacing w:before="240" w:after="0"/>
        <w:jc w:val="both"/>
        <w:rPr>
          <w:lang w:val="id-ID"/>
        </w:rPr>
      </w:pPr>
      <w:r w:rsidRPr="00C06E4D">
        <w:rPr>
          <w:lang w:val="id-ID"/>
        </w:rPr>
        <w:t>Proses penyusunan skripsi ini telah dilaksanakan dengan mengikuti pedoman penulisan ilmiah dan aturan akademik yang berlaku di lingkungan Sekolah Tinggi Ilmu Ekonomi GICI.</w:t>
      </w:r>
    </w:p>
    <w:p w14:paraId="769C57B1" w14:textId="77777777" w:rsidR="00FB29D0" w:rsidRDefault="00FB29D0" w:rsidP="00897817">
      <w:pPr>
        <w:pStyle w:val="ListParagraph"/>
        <w:numPr>
          <w:ilvl w:val="0"/>
          <w:numId w:val="49"/>
        </w:numPr>
        <w:spacing w:before="240" w:after="0"/>
        <w:jc w:val="both"/>
        <w:rPr>
          <w:lang w:val="id-ID"/>
        </w:rPr>
      </w:pPr>
      <w:r w:rsidRPr="00C06E4D">
        <w:rPr>
          <w:lang w:val="id-ID"/>
        </w:rPr>
        <w:t xml:space="preserve">Apabila di kemudian hari ditemukan adanya kesamaan substansi atau indikasi plagiarisme terhadap karya ilmiah pihak lain, maka saya bersedia menerima konsekuensi akademik sesuai ketentuan yang berlaku, berupa: </w:t>
      </w:r>
    </w:p>
    <w:p w14:paraId="66DD0AF3" w14:textId="77777777" w:rsidR="00FB29D0" w:rsidRDefault="00FB29D0" w:rsidP="00897817">
      <w:pPr>
        <w:pStyle w:val="ListParagraph"/>
        <w:numPr>
          <w:ilvl w:val="1"/>
          <w:numId w:val="49"/>
        </w:numPr>
        <w:spacing w:before="240" w:after="0"/>
        <w:jc w:val="both"/>
        <w:rPr>
          <w:lang w:val="id-ID"/>
        </w:rPr>
      </w:pPr>
      <w:r w:rsidRPr="00C06E4D">
        <w:rPr>
          <w:lang w:val="id-ID"/>
        </w:rPr>
        <w:t>Pencabutan gelar sarjana yang telah diberikan kepada saya.</w:t>
      </w:r>
    </w:p>
    <w:p w14:paraId="48F9EA9D" w14:textId="77777777" w:rsidR="00FB29D0" w:rsidRPr="00C06E4D" w:rsidRDefault="00FB29D0" w:rsidP="00897817">
      <w:pPr>
        <w:pStyle w:val="ListParagraph"/>
        <w:numPr>
          <w:ilvl w:val="1"/>
          <w:numId w:val="49"/>
        </w:numPr>
        <w:spacing w:before="240" w:after="0"/>
        <w:jc w:val="both"/>
        <w:rPr>
          <w:lang w:val="id-ID"/>
        </w:rPr>
      </w:pPr>
      <w:r w:rsidRPr="00C06E4D">
        <w:rPr>
          <w:lang w:val="id-ID"/>
        </w:rPr>
        <w:t xml:space="preserve">Penarikan kembali ijazah sesuai peraturan dan perundang-undangan yang berlaku. </w:t>
      </w:r>
    </w:p>
    <w:p w14:paraId="36AA56D0" w14:textId="77777777" w:rsidR="00FB29D0" w:rsidRPr="00C06E4D" w:rsidRDefault="00FB29D0" w:rsidP="00897817">
      <w:pPr>
        <w:spacing w:before="240" w:after="0"/>
        <w:jc w:val="both"/>
        <w:rPr>
          <w:lang w:val="id-ID"/>
        </w:rPr>
      </w:pPr>
      <w:r w:rsidRPr="00C06E4D">
        <w:rPr>
          <w:lang w:val="id-ID"/>
        </w:rPr>
        <w:t>Demikian surat pernyataan ini saya buat dengan penuh rasa tanggung jawab dan sebenar-benarnya tanpa adanya tekanan dari pihak mana pun untuk digunakan sebagaimana mestinya.</w:t>
      </w:r>
    </w:p>
    <w:p w14:paraId="3FD131DE" w14:textId="56968049" w:rsidR="00FB29D0" w:rsidRPr="00E22388" w:rsidRDefault="00FB29D0" w:rsidP="00897817">
      <w:pPr>
        <w:spacing w:after="0"/>
        <w:ind w:left="5760"/>
        <w:rPr>
          <w:lang w:val="id-ID"/>
        </w:rPr>
      </w:pPr>
      <w:r w:rsidRPr="00E22388">
        <w:rPr>
          <w:lang w:val="id-ID"/>
        </w:rPr>
        <w:t xml:space="preserve">Depok, </w:t>
      </w:r>
      <w:r w:rsidR="00931CE1">
        <w:t xml:space="preserve">10 </w:t>
      </w:r>
      <w:proofErr w:type="spellStart"/>
      <w:r w:rsidR="00931CE1">
        <w:t>Juli</w:t>
      </w:r>
      <w:proofErr w:type="spellEnd"/>
      <w:r w:rsidRPr="00E22388">
        <w:rPr>
          <w:lang w:val="id-ID"/>
        </w:rPr>
        <w:t xml:space="preserve"> 2026</w:t>
      </w:r>
    </w:p>
    <w:p w14:paraId="5772F65A" w14:textId="77777777" w:rsidR="00FB29D0" w:rsidRPr="00E22388" w:rsidRDefault="00FB29D0" w:rsidP="00897817">
      <w:pPr>
        <w:ind w:left="5040" w:firstLine="720"/>
        <w:rPr>
          <w:lang w:val="id-ID"/>
        </w:rPr>
      </w:pPr>
      <w:r w:rsidRPr="00E22388">
        <w:rPr>
          <w:lang w:val="id-ID"/>
        </w:rPr>
        <w:t>Penulis</w:t>
      </w:r>
    </w:p>
    <w:p w14:paraId="7061B954" w14:textId="77777777" w:rsidR="00FB29D0" w:rsidRPr="00E22388" w:rsidRDefault="00FB29D0" w:rsidP="00D328A5">
      <w:pPr>
        <w:jc w:val="right"/>
        <w:rPr>
          <w:lang w:val="id-ID"/>
        </w:rPr>
      </w:pPr>
    </w:p>
    <w:p w14:paraId="700FB529" w14:textId="77777777" w:rsidR="00FB29D0" w:rsidRPr="00E22388" w:rsidRDefault="00FB29D0" w:rsidP="00D328A5">
      <w:pPr>
        <w:jc w:val="right"/>
        <w:rPr>
          <w:lang w:val="id-ID"/>
        </w:rPr>
      </w:pPr>
    </w:p>
    <w:p w14:paraId="25A5EA98" w14:textId="77777777" w:rsidR="00FB29D0" w:rsidRPr="00C06E4D" w:rsidRDefault="00FB29D0" w:rsidP="00897817">
      <w:pPr>
        <w:spacing w:after="0"/>
        <w:ind w:left="5040" w:firstLine="720"/>
        <w:rPr>
          <w:lang w:val="id-ID"/>
        </w:rPr>
      </w:pPr>
      <w:r w:rsidRPr="00C06E4D">
        <w:rPr>
          <w:lang w:val="id-ID"/>
        </w:rPr>
        <w:t>Shaskia Azahra</w:t>
      </w:r>
    </w:p>
    <w:p w14:paraId="62215CD0" w14:textId="4FBD2456" w:rsidR="00FB29D0" w:rsidRDefault="00FB29D0" w:rsidP="00897817">
      <w:pPr>
        <w:pStyle w:val="Heading1"/>
        <w:numPr>
          <w:ilvl w:val="0"/>
          <w:numId w:val="0"/>
        </w:numPr>
        <w:spacing w:after="0" w:line="240" w:lineRule="auto"/>
        <w:ind w:left="432" w:hanging="432"/>
        <w:rPr>
          <w:lang w:val="en-GB"/>
        </w:rPr>
      </w:pPr>
      <w:bookmarkStart w:id="9" w:name="_Toc236747617"/>
      <w:r>
        <w:rPr>
          <w:lang w:val="en-GB"/>
        </w:rPr>
        <w:lastRenderedPageBreak/>
        <w:t>PERNYATAAN PENGGUNAAN KECERDASAN BUATAN (AI)</w:t>
      </w:r>
      <w:bookmarkEnd w:id="9"/>
    </w:p>
    <w:p w14:paraId="2627C6F8" w14:textId="77777777" w:rsidR="00897817" w:rsidRPr="00897817" w:rsidRDefault="00897817" w:rsidP="00897817">
      <w:pPr>
        <w:spacing w:line="240" w:lineRule="auto"/>
        <w:rPr>
          <w:lang w:val="en-GB"/>
        </w:rPr>
      </w:pPr>
    </w:p>
    <w:p w14:paraId="34F27825" w14:textId="77777777" w:rsidR="00FB29D0" w:rsidRDefault="00FB29D0" w:rsidP="00D328A5">
      <w:pPr>
        <w:jc w:val="both"/>
        <w:rPr>
          <w:lang w:val="en-GB"/>
        </w:rPr>
      </w:pPr>
      <w:r>
        <w:rPr>
          <w:lang w:val="en-GB"/>
        </w:rPr>
        <w:t xml:space="preserve">Saya yang </w:t>
      </w:r>
      <w:proofErr w:type="spellStart"/>
      <w:r>
        <w:rPr>
          <w:lang w:val="en-GB"/>
        </w:rPr>
        <w:t>bertanda</w:t>
      </w:r>
      <w:proofErr w:type="spellEnd"/>
      <w:r>
        <w:rPr>
          <w:lang w:val="en-GB"/>
        </w:rPr>
        <w:t xml:space="preserve"> </w:t>
      </w:r>
      <w:proofErr w:type="spellStart"/>
      <w:r>
        <w:rPr>
          <w:lang w:val="en-GB"/>
        </w:rPr>
        <w:t>tangan</w:t>
      </w:r>
      <w:proofErr w:type="spellEnd"/>
      <w:r>
        <w:rPr>
          <w:lang w:val="en-GB"/>
        </w:rPr>
        <w:t xml:space="preserve"> di </w:t>
      </w:r>
      <w:proofErr w:type="spellStart"/>
      <w:r>
        <w:rPr>
          <w:lang w:val="en-GB"/>
        </w:rPr>
        <w:t>bawah</w:t>
      </w:r>
      <w:proofErr w:type="spellEnd"/>
      <w:r>
        <w:rPr>
          <w:lang w:val="en-GB"/>
        </w:rPr>
        <w:t xml:space="preserve"> </w:t>
      </w:r>
      <w:proofErr w:type="spellStart"/>
      <w:r>
        <w:rPr>
          <w:lang w:val="en-GB"/>
        </w:rPr>
        <w:t>ini</w:t>
      </w:r>
      <w:proofErr w:type="spellEnd"/>
      <w:r>
        <w:rPr>
          <w:lang w:val="en-GB"/>
        </w:rPr>
        <w:t>:</w:t>
      </w:r>
    </w:p>
    <w:tbl>
      <w:tblPr>
        <w:tblStyle w:val="TableGrid"/>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284"/>
        <w:gridCol w:w="6038"/>
      </w:tblGrid>
      <w:tr w:rsidR="00FB29D0" w14:paraId="42CF0BFF" w14:textId="77777777" w:rsidTr="00271389">
        <w:tc>
          <w:tcPr>
            <w:tcW w:w="1011" w:type="pct"/>
            <w:vAlign w:val="center"/>
          </w:tcPr>
          <w:p w14:paraId="54F80273" w14:textId="77777777" w:rsidR="00FB29D0" w:rsidRDefault="00FB29D0" w:rsidP="00D328A5">
            <w:pPr>
              <w:spacing w:line="276" w:lineRule="auto"/>
              <w:rPr>
                <w:lang w:val="en-GB"/>
              </w:rPr>
            </w:pPr>
            <w:r>
              <w:rPr>
                <w:lang w:val="en-GB"/>
              </w:rPr>
              <w:t>Nama</w:t>
            </w:r>
          </w:p>
        </w:tc>
        <w:tc>
          <w:tcPr>
            <w:tcW w:w="179" w:type="pct"/>
          </w:tcPr>
          <w:p w14:paraId="4982DBE8" w14:textId="77777777" w:rsidR="00FB29D0" w:rsidRDefault="00FB29D0" w:rsidP="00D328A5">
            <w:pPr>
              <w:spacing w:line="276" w:lineRule="auto"/>
              <w:rPr>
                <w:lang w:val="en-GB"/>
              </w:rPr>
            </w:pPr>
            <w:r>
              <w:rPr>
                <w:lang w:val="en-GB"/>
              </w:rPr>
              <w:t>:</w:t>
            </w:r>
          </w:p>
        </w:tc>
        <w:tc>
          <w:tcPr>
            <w:tcW w:w="3810" w:type="pct"/>
            <w:vAlign w:val="center"/>
          </w:tcPr>
          <w:p w14:paraId="3C3B1CDD" w14:textId="77777777" w:rsidR="00FB29D0" w:rsidRDefault="00FB29D0" w:rsidP="00D328A5">
            <w:pPr>
              <w:spacing w:line="276" w:lineRule="auto"/>
              <w:rPr>
                <w:lang w:val="en-GB"/>
              </w:rPr>
            </w:pPr>
            <w:r>
              <w:rPr>
                <w:lang w:val="en-GB"/>
              </w:rPr>
              <w:t>Shaskia Azahra</w:t>
            </w:r>
          </w:p>
        </w:tc>
      </w:tr>
      <w:tr w:rsidR="00FB29D0" w14:paraId="40AAC802" w14:textId="77777777" w:rsidTr="00271389">
        <w:tc>
          <w:tcPr>
            <w:tcW w:w="1011" w:type="pct"/>
            <w:vAlign w:val="center"/>
          </w:tcPr>
          <w:p w14:paraId="1C0C1AF1" w14:textId="77777777" w:rsidR="00FB29D0" w:rsidRDefault="00FB29D0" w:rsidP="00D328A5">
            <w:pPr>
              <w:spacing w:line="276" w:lineRule="auto"/>
              <w:rPr>
                <w:lang w:val="en-GB"/>
              </w:rPr>
            </w:pPr>
            <w:r>
              <w:rPr>
                <w:lang w:val="en-GB"/>
              </w:rPr>
              <w:t>NIM</w:t>
            </w:r>
          </w:p>
        </w:tc>
        <w:tc>
          <w:tcPr>
            <w:tcW w:w="179" w:type="pct"/>
          </w:tcPr>
          <w:p w14:paraId="17725935" w14:textId="77777777" w:rsidR="00FB29D0" w:rsidRDefault="00FB29D0" w:rsidP="00D328A5">
            <w:pPr>
              <w:spacing w:line="276" w:lineRule="auto"/>
              <w:rPr>
                <w:lang w:val="en-GB"/>
              </w:rPr>
            </w:pPr>
            <w:r>
              <w:rPr>
                <w:lang w:val="en-GB"/>
              </w:rPr>
              <w:t>:</w:t>
            </w:r>
          </w:p>
        </w:tc>
        <w:tc>
          <w:tcPr>
            <w:tcW w:w="3810" w:type="pct"/>
            <w:vAlign w:val="center"/>
          </w:tcPr>
          <w:p w14:paraId="18D50EF0" w14:textId="77777777" w:rsidR="00FB29D0" w:rsidRDefault="00FB29D0" w:rsidP="00D328A5">
            <w:pPr>
              <w:spacing w:line="276" w:lineRule="auto"/>
              <w:jc w:val="both"/>
              <w:rPr>
                <w:lang w:val="en-GB"/>
              </w:rPr>
            </w:pPr>
            <w:r w:rsidRPr="009A4E7F">
              <w:rPr>
                <w:lang w:val="en-GB"/>
              </w:rPr>
              <w:t>61201022009175</w:t>
            </w:r>
          </w:p>
        </w:tc>
      </w:tr>
      <w:tr w:rsidR="00FB29D0" w14:paraId="03155199" w14:textId="77777777" w:rsidTr="00271389">
        <w:tc>
          <w:tcPr>
            <w:tcW w:w="1011" w:type="pct"/>
          </w:tcPr>
          <w:p w14:paraId="72C7BEC1" w14:textId="77777777" w:rsidR="00FB29D0" w:rsidRDefault="00FB29D0" w:rsidP="00D328A5">
            <w:pPr>
              <w:spacing w:line="276" w:lineRule="auto"/>
              <w:rPr>
                <w:lang w:val="en-GB"/>
              </w:rPr>
            </w:pPr>
            <w:proofErr w:type="spellStart"/>
            <w:r>
              <w:rPr>
                <w:lang w:val="en-GB"/>
              </w:rPr>
              <w:t>Judul</w:t>
            </w:r>
            <w:proofErr w:type="spellEnd"/>
            <w:r>
              <w:rPr>
                <w:lang w:val="en-GB"/>
              </w:rPr>
              <w:t xml:space="preserve"> </w:t>
            </w:r>
            <w:proofErr w:type="spellStart"/>
            <w:r>
              <w:rPr>
                <w:lang w:val="en-GB"/>
              </w:rPr>
              <w:t>Skripsi</w:t>
            </w:r>
            <w:proofErr w:type="spellEnd"/>
          </w:p>
        </w:tc>
        <w:tc>
          <w:tcPr>
            <w:tcW w:w="179" w:type="pct"/>
          </w:tcPr>
          <w:p w14:paraId="73EDDDA2" w14:textId="77777777" w:rsidR="00FB29D0" w:rsidRDefault="00FB29D0" w:rsidP="00D328A5">
            <w:pPr>
              <w:spacing w:line="276" w:lineRule="auto"/>
              <w:rPr>
                <w:lang w:val="en-GB"/>
              </w:rPr>
            </w:pPr>
            <w:r>
              <w:rPr>
                <w:lang w:val="en-GB"/>
              </w:rPr>
              <w:t>:</w:t>
            </w:r>
          </w:p>
        </w:tc>
        <w:tc>
          <w:tcPr>
            <w:tcW w:w="3810" w:type="pct"/>
            <w:vAlign w:val="center"/>
          </w:tcPr>
          <w:p w14:paraId="075C82DF" w14:textId="77777777" w:rsidR="00FB29D0" w:rsidRDefault="00FB29D0" w:rsidP="00D328A5">
            <w:pPr>
              <w:spacing w:line="276" w:lineRule="auto"/>
              <w:jc w:val="both"/>
              <w:rPr>
                <w:lang w:val="en-GB"/>
              </w:rPr>
            </w:pPr>
            <w:r w:rsidRPr="00AB0078">
              <w:rPr>
                <w:lang w:val="id-ID"/>
              </w:rPr>
              <w:t>Pengaruh Pemasaran Affiliate Dan Pemasaran Digital Terhadap Keputusan Pembelian Konsumen Astrocustom Di Marketplace Shopee</w:t>
            </w:r>
          </w:p>
        </w:tc>
      </w:tr>
    </w:tbl>
    <w:p w14:paraId="63E810FA" w14:textId="77777777" w:rsidR="00FB29D0" w:rsidRDefault="00FB29D0" w:rsidP="00D328A5">
      <w:pPr>
        <w:spacing w:after="0"/>
        <w:jc w:val="both"/>
        <w:rPr>
          <w:lang w:val="en-GB"/>
        </w:rPr>
      </w:pPr>
    </w:p>
    <w:p w14:paraId="58E04214" w14:textId="77777777" w:rsidR="00FB29D0" w:rsidRDefault="00FB29D0" w:rsidP="00D328A5">
      <w:pPr>
        <w:jc w:val="both"/>
        <w:rPr>
          <w:lang w:val="en-GB"/>
        </w:rPr>
      </w:pPr>
      <w:proofErr w:type="spellStart"/>
      <w:r>
        <w:rPr>
          <w:lang w:val="en-GB"/>
        </w:rPr>
        <w:t>Dengan</w:t>
      </w:r>
      <w:proofErr w:type="spellEnd"/>
      <w:r>
        <w:rPr>
          <w:lang w:val="en-GB"/>
        </w:rPr>
        <w:t xml:space="preserve"> </w:t>
      </w:r>
      <w:proofErr w:type="spellStart"/>
      <w:r>
        <w:rPr>
          <w:lang w:val="en-GB"/>
        </w:rPr>
        <w:t>ini</w:t>
      </w:r>
      <w:proofErr w:type="spellEnd"/>
      <w:r>
        <w:rPr>
          <w:lang w:val="en-GB"/>
        </w:rPr>
        <w:t xml:space="preserve"> </w:t>
      </w:r>
      <w:proofErr w:type="spellStart"/>
      <w:r>
        <w:rPr>
          <w:lang w:val="en-GB"/>
        </w:rPr>
        <w:t>menyatakan</w:t>
      </w:r>
      <w:proofErr w:type="spellEnd"/>
      <w:r>
        <w:rPr>
          <w:lang w:val="en-GB"/>
        </w:rPr>
        <w:t xml:space="preserve"> </w:t>
      </w:r>
      <w:proofErr w:type="spellStart"/>
      <w:r>
        <w:rPr>
          <w:lang w:val="en-GB"/>
        </w:rPr>
        <w:t>bahwa</w:t>
      </w:r>
      <w:proofErr w:type="spellEnd"/>
      <w:r>
        <w:rPr>
          <w:lang w:val="en-GB"/>
        </w:rPr>
        <w:t>:</w:t>
      </w:r>
    </w:p>
    <w:p w14:paraId="2E53E264" w14:textId="77777777" w:rsidR="00FB29D0" w:rsidRDefault="00FB29D0" w:rsidP="00D328A5">
      <w:pPr>
        <w:pStyle w:val="ListParagraph"/>
        <w:numPr>
          <w:ilvl w:val="0"/>
          <w:numId w:val="50"/>
        </w:numPr>
        <w:spacing w:before="240"/>
        <w:jc w:val="both"/>
        <w:rPr>
          <w:lang w:val="id-ID"/>
        </w:rPr>
      </w:pPr>
      <w:r w:rsidRPr="00A91BC9">
        <w:rPr>
          <w:lang w:val="id-ID"/>
        </w:rPr>
        <w:t>Dalam penulisan hasil karya ilmiah saya, saya dibantu dengan menggunakan Kecerdasan Buatan (Artificial Intel</w:t>
      </w:r>
      <w:proofErr w:type="spellStart"/>
      <w:r>
        <w:t>ligence</w:t>
      </w:r>
      <w:proofErr w:type="spellEnd"/>
      <w:r w:rsidRPr="00A91BC9">
        <w:rPr>
          <w:lang w:val="id-ID"/>
        </w:rPr>
        <w:t>/AI).</w:t>
      </w:r>
    </w:p>
    <w:p w14:paraId="6320EA19" w14:textId="77777777" w:rsidR="00FB29D0" w:rsidRDefault="00FB29D0" w:rsidP="00D328A5">
      <w:pPr>
        <w:pStyle w:val="ListParagraph"/>
        <w:numPr>
          <w:ilvl w:val="0"/>
          <w:numId w:val="50"/>
        </w:numPr>
        <w:spacing w:before="240"/>
        <w:jc w:val="both"/>
        <w:rPr>
          <w:lang w:val="id-ID"/>
        </w:rPr>
      </w:pPr>
      <w:r w:rsidRPr="00A91BC9">
        <w:rPr>
          <w:lang w:val="id-ID"/>
        </w:rPr>
        <w:t>Aplikasi Kecerdasan Buatan (Artificial Intel</w:t>
      </w:r>
      <w:proofErr w:type="spellStart"/>
      <w:r>
        <w:t>ligence</w:t>
      </w:r>
      <w:proofErr w:type="spellEnd"/>
      <w:r w:rsidRPr="00A91BC9">
        <w:rPr>
          <w:lang w:val="id-ID"/>
        </w:rPr>
        <w:t>/AI)</w:t>
      </w:r>
      <w:r>
        <w:t xml:space="preserve"> </w:t>
      </w:r>
      <w:r w:rsidRPr="00A91BC9">
        <w:rPr>
          <w:lang w:val="id-ID"/>
        </w:rPr>
        <w:t>yang saya pergunakan adalah ChatGPT</w:t>
      </w:r>
    </w:p>
    <w:p w14:paraId="00C19DC6" w14:textId="77777777" w:rsidR="00FB29D0" w:rsidRDefault="00FB29D0" w:rsidP="00D328A5">
      <w:pPr>
        <w:pStyle w:val="ListParagraph"/>
        <w:numPr>
          <w:ilvl w:val="0"/>
          <w:numId w:val="50"/>
        </w:numPr>
        <w:spacing w:before="240"/>
        <w:jc w:val="both"/>
        <w:rPr>
          <w:lang w:val="id-ID"/>
        </w:rPr>
      </w:pPr>
      <w:r w:rsidRPr="00A91BC9">
        <w:rPr>
          <w:lang w:val="id-ID"/>
        </w:rPr>
        <w:t>Dalam penulisan karya ilmiah ini, saya TIDAK menerapkan SALIN</w:t>
      </w:r>
      <w:r>
        <w:t xml:space="preserve"> </w:t>
      </w:r>
      <w:r w:rsidRPr="00A91BC9">
        <w:rPr>
          <w:lang w:val="id-ID"/>
        </w:rPr>
        <w:t>TEMPEL (copy paste) hasil Kecerdasan Buatan (Artificial Intel</w:t>
      </w:r>
      <w:proofErr w:type="spellStart"/>
      <w:r>
        <w:t>ligence</w:t>
      </w:r>
      <w:proofErr w:type="spellEnd"/>
      <w:r w:rsidRPr="00A91BC9">
        <w:rPr>
          <w:lang w:val="id-ID"/>
        </w:rPr>
        <w:t>/AI) kedalam tulisan saya.</w:t>
      </w:r>
    </w:p>
    <w:p w14:paraId="1ECE5C7F" w14:textId="77777777" w:rsidR="00FB29D0" w:rsidRDefault="00FB29D0" w:rsidP="00D328A5">
      <w:pPr>
        <w:pStyle w:val="ListParagraph"/>
        <w:numPr>
          <w:ilvl w:val="0"/>
          <w:numId w:val="50"/>
        </w:numPr>
        <w:spacing w:before="240"/>
        <w:jc w:val="both"/>
        <w:rPr>
          <w:lang w:val="id-ID"/>
        </w:rPr>
      </w:pPr>
      <w:r w:rsidRPr="00A91BC9">
        <w:rPr>
          <w:lang w:val="id-ID"/>
        </w:rPr>
        <w:t>Seluruh isi, analisa, argumen, data dan kesimpulan yang terdapat dalam karya ilmiah saya, merupakan hasil pemahaman, kajian, dan tanggung jawab penulis secara penuh. Tidak ada bagian dati penulisan ini yang dihasilkan sepenuhnya oleh Kecerdasan Buatan (Artificial Intel</w:t>
      </w:r>
      <w:proofErr w:type="spellStart"/>
      <w:r>
        <w:t>ligence</w:t>
      </w:r>
      <w:proofErr w:type="spellEnd"/>
      <w:r w:rsidRPr="00A91BC9">
        <w:rPr>
          <w:lang w:val="id-ID"/>
        </w:rPr>
        <w:t>/AI)</w:t>
      </w:r>
      <w:r>
        <w:t xml:space="preserve"> </w:t>
      </w:r>
      <w:r w:rsidRPr="00A91BC9">
        <w:rPr>
          <w:lang w:val="id-ID"/>
        </w:rPr>
        <w:t>tanpa pengawasan, pemrosesan, atau evaluasi ulang oleh penulis.</w:t>
      </w:r>
    </w:p>
    <w:p w14:paraId="6DBF2404" w14:textId="77777777" w:rsidR="00FB29D0" w:rsidRDefault="00FB29D0" w:rsidP="00D328A5">
      <w:pPr>
        <w:pStyle w:val="ListParagraph"/>
        <w:numPr>
          <w:ilvl w:val="0"/>
          <w:numId w:val="50"/>
        </w:numPr>
        <w:spacing w:before="240"/>
        <w:jc w:val="both"/>
        <w:rPr>
          <w:lang w:val="id-ID"/>
        </w:rPr>
      </w:pPr>
      <w:r w:rsidRPr="00A91BC9">
        <w:rPr>
          <w:lang w:val="id-ID"/>
        </w:rPr>
        <w:t>Apabila dikemudian hari, terdapat pelanggaran terhadap prinsip etika akademik, termasuk penggunaan Kecerdasan Buatan Artificial Intel</w:t>
      </w:r>
      <w:proofErr w:type="spellStart"/>
      <w:r>
        <w:t>ligence</w:t>
      </w:r>
      <w:proofErr w:type="spellEnd"/>
      <w:r w:rsidRPr="00A91BC9">
        <w:rPr>
          <w:lang w:val="id-ID"/>
        </w:rPr>
        <w:t>/AI)</w:t>
      </w:r>
      <w:r>
        <w:t xml:space="preserve"> </w:t>
      </w:r>
      <w:r w:rsidRPr="00A91BC9">
        <w:rPr>
          <w:lang w:val="id-ID"/>
        </w:rPr>
        <w:t>secara tidak tepat yang merupakan bentuk ketidakjujuran ilmiah, maka saya bersedia menerima sanksi akademik sesuai dengan peraturan yang berlaku di lingkungan Sekolah Tinggi Ilmu Ekonomi GICI.</w:t>
      </w:r>
    </w:p>
    <w:p w14:paraId="58D5956A" w14:textId="77777777" w:rsidR="00FB29D0" w:rsidRPr="00A91BC9" w:rsidRDefault="00FB29D0" w:rsidP="00D328A5">
      <w:pPr>
        <w:spacing w:before="240"/>
        <w:ind w:left="360"/>
        <w:jc w:val="both"/>
        <w:rPr>
          <w:lang w:val="id-ID"/>
        </w:rPr>
      </w:pPr>
      <w:r w:rsidRPr="00A91BC9">
        <w:rPr>
          <w:lang w:val="id-ID"/>
        </w:rPr>
        <w:t xml:space="preserve">Demikian surat pernyataan ini saya buat dengan sebenar-benarnya dan penuh tanggung jawab untuk dapat digunakan sebagaimana mestinya. </w:t>
      </w:r>
    </w:p>
    <w:p w14:paraId="14D1F195" w14:textId="77777777" w:rsidR="00FB29D0" w:rsidRDefault="00FB29D0" w:rsidP="00D328A5">
      <w:pPr>
        <w:spacing w:after="0"/>
        <w:ind w:left="5040"/>
        <w:rPr>
          <w:lang w:val="id-ID"/>
        </w:rPr>
      </w:pPr>
    </w:p>
    <w:p w14:paraId="552D8E16" w14:textId="2D072FFC" w:rsidR="00FB29D0" w:rsidRPr="00E22388" w:rsidRDefault="00FB29D0" w:rsidP="00897817">
      <w:pPr>
        <w:spacing w:after="0"/>
        <w:ind w:left="5760"/>
        <w:rPr>
          <w:lang w:val="id-ID"/>
        </w:rPr>
      </w:pPr>
      <w:r w:rsidRPr="00E22388">
        <w:rPr>
          <w:lang w:val="id-ID"/>
        </w:rPr>
        <w:t xml:space="preserve">Depok, </w:t>
      </w:r>
      <w:r w:rsidR="00D328A5">
        <w:t xml:space="preserve">10 </w:t>
      </w:r>
      <w:proofErr w:type="spellStart"/>
      <w:r w:rsidR="00D328A5">
        <w:t>Juli</w:t>
      </w:r>
      <w:proofErr w:type="spellEnd"/>
      <w:r w:rsidRPr="00E22388">
        <w:rPr>
          <w:lang w:val="id-ID"/>
        </w:rPr>
        <w:t xml:space="preserve"> 2026</w:t>
      </w:r>
    </w:p>
    <w:p w14:paraId="4FB0BB3B" w14:textId="77777777" w:rsidR="00FB29D0" w:rsidRPr="00E22388" w:rsidRDefault="00FB29D0" w:rsidP="00897817">
      <w:pPr>
        <w:ind w:left="5040" w:firstLine="720"/>
        <w:rPr>
          <w:lang w:val="id-ID"/>
        </w:rPr>
      </w:pPr>
      <w:r w:rsidRPr="00E22388">
        <w:rPr>
          <w:lang w:val="id-ID"/>
        </w:rPr>
        <w:t>Penulis</w:t>
      </w:r>
    </w:p>
    <w:p w14:paraId="4A0BAD16" w14:textId="6B86EBA4" w:rsidR="00FB29D0" w:rsidRDefault="004A6E4A" w:rsidP="00D328A5">
      <w:pPr>
        <w:tabs>
          <w:tab w:val="left" w:pos="6216"/>
        </w:tabs>
        <w:rPr>
          <w:lang w:val="id-ID"/>
        </w:rPr>
      </w:pPr>
      <w:r>
        <w:rPr>
          <w:lang w:val="id-ID"/>
        </w:rPr>
        <w:tab/>
      </w:r>
    </w:p>
    <w:p w14:paraId="3CFBF8FD" w14:textId="77777777" w:rsidR="00FB29D0" w:rsidRPr="00E22388" w:rsidRDefault="00FB29D0" w:rsidP="00FB29D0">
      <w:pPr>
        <w:jc w:val="right"/>
        <w:rPr>
          <w:lang w:val="id-ID"/>
        </w:rPr>
      </w:pPr>
    </w:p>
    <w:p w14:paraId="298BCD24" w14:textId="77777777" w:rsidR="00FB29D0" w:rsidRPr="00C06E4D" w:rsidRDefault="00FB29D0" w:rsidP="00897817">
      <w:pPr>
        <w:spacing w:after="0"/>
        <w:ind w:left="5040" w:firstLine="720"/>
        <w:rPr>
          <w:lang w:val="id-ID"/>
        </w:rPr>
      </w:pPr>
      <w:r w:rsidRPr="00C06E4D">
        <w:rPr>
          <w:lang w:val="id-ID"/>
        </w:rPr>
        <w:t>Shaskia Azahra</w:t>
      </w:r>
    </w:p>
    <w:tbl>
      <w:tblPr>
        <w:tblStyle w:val="TableGrid"/>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284"/>
        <w:gridCol w:w="6038"/>
      </w:tblGrid>
      <w:tr w:rsidR="007C01F3" w14:paraId="611F7B0F" w14:textId="77777777" w:rsidTr="008F76B4">
        <w:tc>
          <w:tcPr>
            <w:tcW w:w="1011" w:type="pct"/>
            <w:vAlign w:val="center"/>
          </w:tcPr>
          <w:p w14:paraId="14A80F4A" w14:textId="77777777" w:rsidR="007C01F3" w:rsidRDefault="007C01F3" w:rsidP="008F76B4">
            <w:pPr>
              <w:rPr>
                <w:lang w:val="en-GB"/>
              </w:rPr>
            </w:pPr>
            <w:r>
              <w:rPr>
                <w:lang w:val="en-GB"/>
              </w:rPr>
              <w:lastRenderedPageBreak/>
              <w:t>Nama</w:t>
            </w:r>
          </w:p>
        </w:tc>
        <w:tc>
          <w:tcPr>
            <w:tcW w:w="179" w:type="pct"/>
          </w:tcPr>
          <w:p w14:paraId="0E5F3B57" w14:textId="77777777" w:rsidR="007C01F3" w:rsidRDefault="007C01F3" w:rsidP="008F76B4">
            <w:pPr>
              <w:rPr>
                <w:lang w:val="en-GB"/>
              </w:rPr>
            </w:pPr>
            <w:r>
              <w:rPr>
                <w:lang w:val="en-GB"/>
              </w:rPr>
              <w:t>:</w:t>
            </w:r>
          </w:p>
        </w:tc>
        <w:tc>
          <w:tcPr>
            <w:tcW w:w="3810" w:type="pct"/>
            <w:vAlign w:val="center"/>
          </w:tcPr>
          <w:p w14:paraId="76742795" w14:textId="77777777" w:rsidR="007C01F3" w:rsidRDefault="007C01F3" w:rsidP="008F76B4">
            <w:pPr>
              <w:rPr>
                <w:lang w:val="en-GB"/>
              </w:rPr>
            </w:pPr>
            <w:r>
              <w:rPr>
                <w:lang w:val="en-GB"/>
              </w:rPr>
              <w:t>Shaskia Azahra</w:t>
            </w:r>
          </w:p>
        </w:tc>
      </w:tr>
      <w:tr w:rsidR="007C01F3" w14:paraId="312F228B" w14:textId="77777777" w:rsidTr="008F76B4">
        <w:tc>
          <w:tcPr>
            <w:tcW w:w="1011" w:type="pct"/>
            <w:vAlign w:val="center"/>
          </w:tcPr>
          <w:p w14:paraId="0FC0D913" w14:textId="77777777" w:rsidR="007C01F3" w:rsidRDefault="007C01F3" w:rsidP="008F76B4">
            <w:pPr>
              <w:rPr>
                <w:lang w:val="en-GB"/>
              </w:rPr>
            </w:pPr>
            <w:r>
              <w:rPr>
                <w:lang w:val="en-GB"/>
              </w:rPr>
              <w:t>NIM</w:t>
            </w:r>
          </w:p>
        </w:tc>
        <w:tc>
          <w:tcPr>
            <w:tcW w:w="179" w:type="pct"/>
          </w:tcPr>
          <w:p w14:paraId="74547395" w14:textId="77777777" w:rsidR="007C01F3" w:rsidRDefault="007C01F3" w:rsidP="008F76B4">
            <w:pPr>
              <w:rPr>
                <w:lang w:val="en-GB"/>
              </w:rPr>
            </w:pPr>
            <w:r>
              <w:rPr>
                <w:lang w:val="en-GB"/>
              </w:rPr>
              <w:t>:</w:t>
            </w:r>
          </w:p>
        </w:tc>
        <w:tc>
          <w:tcPr>
            <w:tcW w:w="3810" w:type="pct"/>
            <w:vAlign w:val="center"/>
          </w:tcPr>
          <w:p w14:paraId="66E3187B" w14:textId="77777777" w:rsidR="007C01F3" w:rsidRDefault="007C01F3" w:rsidP="008F76B4">
            <w:pPr>
              <w:jc w:val="both"/>
              <w:rPr>
                <w:lang w:val="en-GB"/>
              </w:rPr>
            </w:pPr>
            <w:r w:rsidRPr="009A4E7F">
              <w:rPr>
                <w:lang w:val="en-GB"/>
              </w:rPr>
              <w:t>61201022009175</w:t>
            </w:r>
          </w:p>
        </w:tc>
      </w:tr>
      <w:tr w:rsidR="007C01F3" w14:paraId="55EA777D" w14:textId="77777777" w:rsidTr="008F76B4">
        <w:tc>
          <w:tcPr>
            <w:tcW w:w="1011" w:type="pct"/>
          </w:tcPr>
          <w:p w14:paraId="784CEBA2" w14:textId="77777777" w:rsidR="007C01F3" w:rsidRDefault="007C01F3" w:rsidP="008F76B4">
            <w:pPr>
              <w:rPr>
                <w:lang w:val="en-GB"/>
              </w:rPr>
            </w:pPr>
            <w:proofErr w:type="spellStart"/>
            <w:r>
              <w:rPr>
                <w:lang w:val="en-GB"/>
              </w:rPr>
              <w:t>Judul</w:t>
            </w:r>
            <w:proofErr w:type="spellEnd"/>
            <w:r>
              <w:rPr>
                <w:lang w:val="en-GB"/>
              </w:rPr>
              <w:t xml:space="preserve"> </w:t>
            </w:r>
            <w:proofErr w:type="spellStart"/>
            <w:r>
              <w:rPr>
                <w:lang w:val="en-GB"/>
              </w:rPr>
              <w:t>Skripsi</w:t>
            </w:r>
            <w:proofErr w:type="spellEnd"/>
          </w:p>
        </w:tc>
        <w:tc>
          <w:tcPr>
            <w:tcW w:w="179" w:type="pct"/>
          </w:tcPr>
          <w:p w14:paraId="39F8AE72" w14:textId="77777777" w:rsidR="007C01F3" w:rsidRDefault="007C01F3" w:rsidP="008F76B4">
            <w:pPr>
              <w:rPr>
                <w:lang w:val="en-GB"/>
              </w:rPr>
            </w:pPr>
            <w:r>
              <w:rPr>
                <w:lang w:val="en-GB"/>
              </w:rPr>
              <w:t>:</w:t>
            </w:r>
          </w:p>
        </w:tc>
        <w:tc>
          <w:tcPr>
            <w:tcW w:w="3810" w:type="pct"/>
            <w:vAlign w:val="center"/>
          </w:tcPr>
          <w:p w14:paraId="14492A5A" w14:textId="77777777" w:rsidR="007C01F3" w:rsidRDefault="007C01F3" w:rsidP="008F76B4">
            <w:pPr>
              <w:jc w:val="both"/>
              <w:rPr>
                <w:lang w:val="en-GB"/>
              </w:rPr>
            </w:pPr>
            <w:r w:rsidRPr="00AB0078">
              <w:rPr>
                <w:lang w:val="id-ID"/>
              </w:rPr>
              <w:t>Pengaruh Pemasaran Affiliate Dan Pemasaran Digital Terhadap Keputusan Pembelian Konsumen Astrocustom Di Marketplace Shopee</w:t>
            </w:r>
          </w:p>
        </w:tc>
      </w:tr>
    </w:tbl>
    <w:p w14:paraId="1680F05B" w14:textId="77777777" w:rsidR="00747165" w:rsidRDefault="00747165" w:rsidP="00865131">
      <w:pPr>
        <w:rPr>
          <w:lang w:val="id-ID"/>
        </w:rPr>
      </w:pPr>
    </w:p>
    <w:p w14:paraId="4BE3C401" w14:textId="08552907" w:rsidR="0055229C" w:rsidRDefault="0055229C" w:rsidP="00A30133">
      <w:pPr>
        <w:pStyle w:val="Heading1"/>
        <w:numPr>
          <w:ilvl w:val="0"/>
          <w:numId w:val="0"/>
        </w:numPr>
        <w:spacing w:after="0" w:line="240" w:lineRule="auto"/>
        <w:ind w:left="432"/>
        <w:rPr>
          <w:sz w:val="24"/>
          <w:szCs w:val="24"/>
        </w:rPr>
      </w:pPr>
      <w:bookmarkStart w:id="10" w:name="_Toc236747618"/>
      <w:r w:rsidRPr="00747165">
        <w:rPr>
          <w:sz w:val="24"/>
          <w:szCs w:val="24"/>
          <w:lang w:val="id-ID"/>
        </w:rPr>
        <w:t>A</w:t>
      </w:r>
      <w:proofErr w:type="spellStart"/>
      <w:r w:rsidR="007C01F3" w:rsidRPr="00747165">
        <w:rPr>
          <w:sz w:val="24"/>
          <w:szCs w:val="24"/>
        </w:rPr>
        <w:t>bstrak</w:t>
      </w:r>
      <w:bookmarkEnd w:id="10"/>
      <w:proofErr w:type="spellEnd"/>
    </w:p>
    <w:p w14:paraId="4613AA0A" w14:textId="77777777" w:rsidR="00A30133" w:rsidRPr="00A30133" w:rsidRDefault="00A30133" w:rsidP="00A30133">
      <w:pPr>
        <w:spacing w:after="0" w:line="240" w:lineRule="auto"/>
      </w:pPr>
    </w:p>
    <w:p w14:paraId="0C0CBF0D" w14:textId="15809169" w:rsidR="0055229C" w:rsidRPr="00767EA5" w:rsidRDefault="0055229C" w:rsidP="00A30133">
      <w:pPr>
        <w:spacing w:after="0" w:line="240" w:lineRule="auto"/>
        <w:jc w:val="both"/>
        <w:rPr>
          <w:lang w:val="id-ID"/>
        </w:rPr>
      </w:pPr>
      <w:r w:rsidRPr="00767EA5">
        <w:rPr>
          <w:lang w:val="id-ID"/>
        </w:rPr>
        <w:t xml:space="preserve">Persaingan bisnis pada marketplace mendorong pelaku usaha untuk memanfaatkan strategi pemasaran yang efektif guna meningkatkan keputusan pembelian konsumen. AstroCustom sebagai salah satu pelaku usaha di marketplace Shopee memanfaatkan pemasaran </w:t>
      </w:r>
      <w:r w:rsidRPr="00767EA5">
        <w:rPr>
          <w:i/>
          <w:lang w:val="id-ID"/>
        </w:rPr>
        <w:t>affiliate</w:t>
      </w:r>
      <w:r w:rsidRPr="00767EA5">
        <w:rPr>
          <w:lang w:val="id-ID"/>
        </w:rPr>
        <w:t xml:space="preserve"> dan pemasaran digital untuk menarik minat konsumen. Penelitian ini bertujuan untuk mengetahui pengaruh pemasaran </w:t>
      </w:r>
      <w:r w:rsidRPr="00767EA5">
        <w:rPr>
          <w:i/>
          <w:lang w:val="id-ID"/>
        </w:rPr>
        <w:t>affiliate</w:t>
      </w:r>
      <w:r w:rsidRPr="00767EA5">
        <w:rPr>
          <w:lang w:val="id-ID"/>
        </w:rPr>
        <w:t xml:space="preserve"> dan pemasaran digital terhadap keputusan pembelian konsumen AstroCustom di marketplace Shopee.</w:t>
      </w:r>
      <w:r w:rsidR="00767EA5">
        <w:t xml:space="preserve"> </w:t>
      </w:r>
      <w:r w:rsidRPr="00767EA5">
        <w:rPr>
          <w:lang w:val="id-ID"/>
        </w:rPr>
        <w:t>Penelitian ini menggunakan metode kuantitatif dengan pendekatan survei. Populasi dalam penelitian ini adalah konsumen AstroCustom di marketplace Shopee. Teknik pengambilan sampel menggunakan purposive sampling dengan jumlah sampel sebanyak 100 responden. Data dikumpulkan melalui penyebaran kuesioner dan dianalisis menggunakan analisis regresi linear berganda dengan bantuan program Statistical Package for the Social Sciences (SPSS).</w:t>
      </w:r>
      <w:r w:rsidR="00767EA5">
        <w:t xml:space="preserve"> </w:t>
      </w:r>
      <w:r w:rsidRPr="00767EA5">
        <w:rPr>
          <w:lang w:val="id-ID"/>
        </w:rPr>
        <w:t xml:space="preserve">Hasil penelitian menunjukkan bahwa persamaan regresi linear berganda yang diperoleh yaitu Y = 15,023 + 0,311X₁ + 0,327X₂. Secara simultan, pemasaran </w:t>
      </w:r>
      <w:r w:rsidRPr="00767EA5">
        <w:rPr>
          <w:i/>
          <w:lang w:val="id-ID"/>
        </w:rPr>
        <w:t>affiliate</w:t>
      </w:r>
      <w:r w:rsidRPr="00767EA5">
        <w:rPr>
          <w:lang w:val="id-ID"/>
        </w:rPr>
        <w:t xml:space="preserve"> dan pemasaran digital berpengaruh positif dan signifikan terhadap keputusan pembelian konsumen AstroCustom di marketplace Shopee dengan nilai F hitung sebesar 40,644. Nilai Adjusted R Square sebesar 0,445 menunjukkan bahwa pemasaran </w:t>
      </w:r>
      <w:r w:rsidRPr="00767EA5">
        <w:rPr>
          <w:i/>
          <w:lang w:val="id-ID"/>
        </w:rPr>
        <w:t>affiliate</w:t>
      </w:r>
      <w:r w:rsidRPr="00767EA5">
        <w:rPr>
          <w:lang w:val="id-ID"/>
        </w:rPr>
        <w:t xml:space="preserve"> dan pemasaran digital mampu menjelaskan keputusan pembelian konsumen sebesar 44,5%, sedangkan sisanya sebesar 55,5% dipengaruhi oleh faktor lain di luar penelitian. Variabel pemasaran </w:t>
      </w:r>
      <w:r w:rsidRPr="00767EA5">
        <w:rPr>
          <w:i/>
          <w:lang w:val="id-ID"/>
        </w:rPr>
        <w:t>affiliate</w:t>
      </w:r>
      <w:r w:rsidRPr="00767EA5">
        <w:rPr>
          <w:lang w:val="id-ID"/>
        </w:rPr>
        <w:t xml:space="preserve"> merupakan variabel yang memiliki pengaruh paling dominan terhadap keputusan pembelian konsumen AstroCustom di marketplace Shopee dengan nilai Standardized Coefficients Beta sebesar 0,479.</w:t>
      </w:r>
    </w:p>
    <w:p w14:paraId="600A04C7" w14:textId="77777777" w:rsidR="0055229C" w:rsidRPr="00767EA5" w:rsidRDefault="0055229C" w:rsidP="0055229C">
      <w:pPr>
        <w:spacing w:line="240" w:lineRule="auto"/>
        <w:jc w:val="both"/>
        <w:rPr>
          <w:sz w:val="28"/>
          <w:szCs w:val="24"/>
          <w:lang w:val="id-ID"/>
        </w:rPr>
      </w:pPr>
      <w:r w:rsidRPr="00767EA5">
        <w:rPr>
          <w:lang w:val="id-ID"/>
        </w:rPr>
        <w:t xml:space="preserve">Kata Kunci: pemasaran </w:t>
      </w:r>
      <w:r w:rsidRPr="00767EA5">
        <w:rPr>
          <w:i/>
          <w:lang w:val="id-ID"/>
        </w:rPr>
        <w:t>affiliate</w:t>
      </w:r>
      <w:r w:rsidRPr="00767EA5">
        <w:rPr>
          <w:lang w:val="id-ID"/>
        </w:rPr>
        <w:t>, pemasaran digital, keputusan pembelian, Shopee.</w:t>
      </w:r>
    </w:p>
    <w:p w14:paraId="733B6D99" w14:textId="7FBAA536" w:rsidR="00914F82" w:rsidRDefault="00914F82" w:rsidP="00D9497C">
      <w:pPr>
        <w:rPr>
          <w:lang w:val="id-ID"/>
        </w:rPr>
      </w:pPr>
    </w:p>
    <w:p w14:paraId="36610DC4" w14:textId="4459E980" w:rsidR="00A15F06" w:rsidRDefault="00A15F06" w:rsidP="00D9497C">
      <w:pPr>
        <w:rPr>
          <w:lang w:val="id-ID"/>
        </w:rPr>
      </w:pPr>
    </w:p>
    <w:p w14:paraId="485FB069" w14:textId="19FF8EFA" w:rsidR="00A15F06" w:rsidRDefault="00A15F06" w:rsidP="00D9497C">
      <w:pPr>
        <w:rPr>
          <w:lang w:val="id-ID"/>
        </w:rPr>
      </w:pPr>
    </w:p>
    <w:p w14:paraId="7C1CD6B2" w14:textId="79656E9C" w:rsidR="00A15F06" w:rsidRDefault="00A15F06" w:rsidP="00D9497C">
      <w:pPr>
        <w:rPr>
          <w:lang w:val="id-ID"/>
        </w:rPr>
      </w:pPr>
    </w:p>
    <w:p w14:paraId="435151EE" w14:textId="21C0E9A9" w:rsidR="00A15F06" w:rsidRDefault="00A15F06" w:rsidP="00D9497C">
      <w:pPr>
        <w:rPr>
          <w:lang w:val="id-ID"/>
        </w:rPr>
      </w:pPr>
    </w:p>
    <w:p w14:paraId="00D0B5D7" w14:textId="61DCAA7B" w:rsidR="00A15F06" w:rsidRDefault="00A15F06" w:rsidP="00D9497C">
      <w:pPr>
        <w:rPr>
          <w:lang w:val="id-ID"/>
        </w:rPr>
      </w:pPr>
    </w:p>
    <w:p w14:paraId="6985256C" w14:textId="75A9DC61" w:rsidR="00A15F06" w:rsidRDefault="00A15F06" w:rsidP="00D9497C">
      <w:pPr>
        <w:rPr>
          <w:lang w:val="id-ID"/>
        </w:rPr>
      </w:pPr>
    </w:p>
    <w:tbl>
      <w:tblPr>
        <w:tblStyle w:val="TableGrid"/>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284"/>
        <w:gridCol w:w="6038"/>
      </w:tblGrid>
      <w:tr w:rsidR="00A15F06" w14:paraId="6B07586E" w14:textId="77777777" w:rsidTr="00A52AEE">
        <w:tc>
          <w:tcPr>
            <w:tcW w:w="1011" w:type="pct"/>
            <w:vAlign w:val="center"/>
          </w:tcPr>
          <w:p w14:paraId="755E62E7" w14:textId="257D4B82" w:rsidR="00A15F06" w:rsidRDefault="00A15F06" w:rsidP="00A52AEE">
            <w:pPr>
              <w:rPr>
                <w:lang w:val="en-GB"/>
              </w:rPr>
            </w:pPr>
            <w:r>
              <w:rPr>
                <w:lang w:val="en-GB"/>
              </w:rPr>
              <w:lastRenderedPageBreak/>
              <w:t>Name</w:t>
            </w:r>
          </w:p>
        </w:tc>
        <w:tc>
          <w:tcPr>
            <w:tcW w:w="179" w:type="pct"/>
          </w:tcPr>
          <w:p w14:paraId="41052B75" w14:textId="77777777" w:rsidR="00A15F06" w:rsidRDefault="00A15F06" w:rsidP="00A52AEE">
            <w:pPr>
              <w:rPr>
                <w:lang w:val="en-GB"/>
              </w:rPr>
            </w:pPr>
            <w:r>
              <w:rPr>
                <w:lang w:val="en-GB"/>
              </w:rPr>
              <w:t>:</w:t>
            </w:r>
          </w:p>
        </w:tc>
        <w:tc>
          <w:tcPr>
            <w:tcW w:w="3810" w:type="pct"/>
            <w:vAlign w:val="center"/>
          </w:tcPr>
          <w:p w14:paraId="7E6104F0" w14:textId="77777777" w:rsidR="00A15F06" w:rsidRDefault="00A15F06" w:rsidP="00A52AEE">
            <w:pPr>
              <w:rPr>
                <w:lang w:val="en-GB"/>
              </w:rPr>
            </w:pPr>
            <w:r>
              <w:rPr>
                <w:lang w:val="en-GB"/>
              </w:rPr>
              <w:t>Shaskia Azahra</w:t>
            </w:r>
          </w:p>
        </w:tc>
      </w:tr>
      <w:tr w:rsidR="00A15F06" w14:paraId="6402696D" w14:textId="77777777" w:rsidTr="00A52AEE">
        <w:tc>
          <w:tcPr>
            <w:tcW w:w="1011" w:type="pct"/>
            <w:vAlign w:val="center"/>
          </w:tcPr>
          <w:p w14:paraId="13D86DDF" w14:textId="77777777" w:rsidR="00A15F06" w:rsidRDefault="00A15F06" w:rsidP="00A52AEE">
            <w:pPr>
              <w:rPr>
                <w:lang w:val="en-GB"/>
              </w:rPr>
            </w:pPr>
            <w:r>
              <w:rPr>
                <w:lang w:val="en-GB"/>
              </w:rPr>
              <w:t>NIM</w:t>
            </w:r>
          </w:p>
        </w:tc>
        <w:tc>
          <w:tcPr>
            <w:tcW w:w="179" w:type="pct"/>
          </w:tcPr>
          <w:p w14:paraId="70FBCBDE" w14:textId="77777777" w:rsidR="00A15F06" w:rsidRDefault="00A15F06" w:rsidP="00A52AEE">
            <w:pPr>
              <w:rPr>
                <w:lang w:val="en-GB"/>
              </w:rPr>
            </w:pPr>
            <w:r>
              <w:rPr>
                <w:lang w:val="en-GB"/>
              </w:rPr>
              <w:t>:</w:t>
            </w:r>
          </w:p>
        </w:tc>
        <w:tc>
          <w:tcPr>
            <w:tcW w:w="3810" w:type="pct"/>
            <w:vAlign w:val="center"/>
          </w:tcPr>
          <w:p w14:paraId="06C8E4E9" w14:textId="77777777" w:rsidR="00A15F06" w:rsidRDefault="00A15F06" w:rsidP="00A52AEE">
            <w:pPr>
              <w:jc w:val="both"/>
              <w:rPr>
                <w:lang w:val="en-GB"/>
              </w:rPr>
            </w:pPr>
            <w:r w:rsidRPr="009A4E7F">
              <w:rPr>
                <w:lang w:val="en-GB"/>
              </w:rPr>
              <w:t>61201022009175</w:t>
            </w:r>
          </w:p>
        </w:tc>
      </w:tr>
      <w:tr w:rsidR="00A15F06" w14:paraId="7CBC5C33" w14:textId="77777777" w:rsidTr="00A52AEE">
        <w:tc>
          <w:tcPr>
            <w:tcW w:w="1011" w:type="pct"/>
          </w:tcPr>
          <w:p w14:paraId="4B936FEF" w14:textId="336EA951" w:rsidR="00A15F06" w:rsidRDefault="00A15F06" w:rsidP="00A52AEE">
            <w:pPr>
              <w:rPr>
                <w:lang w:val="en-GB"/>
              </w:rPr>
            </w:pPr>
            <w:r>
              <w:rPr>
                <w:lang w:val="en-GB"/>
              </w:rPr>
              <w:t>Thesis Title</w:t>
            </w:r>
          </w:p>
        </w:tc>
        <w:tc>
          <w:tcPr>
            <w:tcW w:w="179" w:type="pct"/>
          </w:tcPr>
          <w:p w14:paraId="723A0EE5" w14:textId="77777777" w:rsidR="00A15F06" w:rsidRDefault="00A15F06" w:rsidP="00A52AEE">
            <w:pPr>
              <w:rPr>
                <w:lang w:val="en-GB"/>
              </w:rPr>
            </w:pPr>
            <w:r>
              <w:rPr>
                <w:lang w:val="en-GB"/>
              </w:rPr>
              <w:t>:</w:t>
            </w:r>
          </w:p>
        </w:tc>
        <w:tc>
          <w:tcPr>
            <w:tcW w:w="3810" w:type="pct"/>
            <w:vAlign w:val="center"/>
          </w:tcPr>
          <w:p w14:paraId="385A56AF" w14:textId="72743786" w:rsidR="00A15F06" w:rsidRDefault="00A15F06" w:rsidP="00A52AEE">
            <w:pPr>
              <w:jc w:val="both"/>
              <w:rPr>
                <w:lang w:val="en-GB"/>
              </w:rPr>
            </w:pPr>
            <w:r w:rsidRPr="00A15F06">
              <w:rPr>
                <w:lang w:val="id-ID"/>
              </w:rPr>
              <w:t xml:space="preserve">The Influence Of Affiliate Marketing And Digital Marketing </w:t>
            </w:r>
            <w:r>
              <w:t>o</w:t>
            </w:r>
            <w:r w:rsidRPr="00A15F06">
              <w:rPr>
                <w:lang w:val="id-ID"/>
              </w:rPr>
              <w:t xml:space="preserve">n Consumer Purchase Decisions </w:t>
            </w:r>
            <w:r>
              <w:t>o</w:t>
            </w:r>
            <w:r w:rsidRPr="00A15F06">
              <w:rPr>
                <w:lang w:val="id-ID"/>
              </w:rPr>
              <w:t xml:space="preserve">f Astrocustom </w:t>
            </w:r>
            <w:r>
              <w:t>o</w:t>
            </w:r>
            <w:r w:rsidRPr="00A15F06">
              <w:rPr>
                <w:lang w:val="id-ID"/>
              </w:rPr>
              <w:t>n The Shopee Marketplace</w:t>
            </w:r>
          </w:p>
        </w:tc>
      </w:tr>
    </w:tbl>
    <w:p w14:paraId="10786243" w14:textId="77777777" w:rsidR="00A15F06" w:rsidRDefault="00A15F06" w:rsidP="00D9497C">
      <w:pPr>
        <w:rPr>
          <w:lang w:val="id-ID"/>
        </w:rPr>
      </w:pPr>
    </w:p>
    <w:p w14:paraId="0E613021" w14:textId="2C3F0C77" w:rsidR="00C72055" w:rsidRDefault="00D9497C" w:rsidP="00C72055">
      <w:pPr>
        <w:pStyle w:val="Heading1"/>
        <w:numPr>
          <w:ilvl w:val="0"/>
          <w:numId w:val="0"/>
        </w:numPr>
        <w:spacing w:after="0" w:line="240" w:lineRule="auto"/>
        <w:ind w:left="432"/>
        <w:rPr>
          <w:sz w:val="24"/>
          <w:szCs w:val="24"/>
          <w:lang w:val="id-ID"/>
        </w:rPr>
      </w:pPr>
      <w:bookmarkStart w:id="11" w:name="_Toc236747619"/>
      <w:r w:rsidRPr="00C72055">
        <w:rPr>
          <w:sz w:val="24"/>
          <w:szCs w:val="24"/>
          <w:lang w:val="id-ID"/>
        </w:rPr>
        <w:t>Abstract</w:t>
      </w:r>
      <w:bookmarkEnd w:id="11"/>
    </w:p>
    <w:p w14:paraId="09CDF246" w14:textId="77777777" w:rsidR="00C72055" w:rsidRPr="00C72055" w:rsidRDefault="00C72055" w:rsidP="00C72055">
      <w:pPr>
        <w:spacing w:after="0"/>
        <w:rPr>
          <w:lang w:val="id-ID"/>
        </w:rPr>
      </w:pPr>
    </w:p>
    <w:p w14:paraId="162F556B" w14:textId="5791D6F5" w:rsidR="007F5C8C" w:rsidRDefault="007F5C8C" w:rsidP="007F5C8C">
      <w:pPr>
        <w:spacing w:line="240" w:lineRule="auto"/>
        <w:jc w:val="both"/>
        <w:rPr>
          <w:i/>
          <w:iCs/>
          <w:sz w:val="22"/>
          <w:szCs w:val="20"/>
          <w:lang w:val="id-ID"/>
        </w:rPr>
      </w:pPr>
      <w:r w:rsidRPr="00C72055">
        <w:rPr>
          <w:i/>
          <w:iCs/>
          <w:sz w:val="22"/>
          <w:szCs w:val="20"/>
          <w:lang w:val="id-ID"/>
        </w:rPr>
        <w:t>The increasing competition in online marketplaces encourages businesses to implement effective marketing strategies to influence consumer purchase decisions. AstroCustom, as one of the sellers on the Shopee marketplace, utilizes affiliate marketing and digital marketing to attract potential consumers. This study aims to examine the influence of affiliate marketing and digital marketing on consumer purchase decisions at AstroCustom on the Shopee marketplace.</w:t>
      </w:r>
      <w:r w:rsidR="003967A6" w:rsidRPr="00C72055">
        <w:rPr>
          <w:i/>
          <w:iCs/>
          <w:sz w:val="22"/>
          <w:szCs w:val="20"/>
        </w:rPr>
        <w:t xml:space="preserve"> </w:t>
      </w:r>
      <w:r w:rsidRPr="00C72055">
        <w:rPr>
          <w:i/>
          <w:iCs/>
          <w:sz w:val="22"/>
          <w:szCs w:val="20"/>
          <w:lang w:val="id-ID"/>
        </w:rPr>
        <w:t>This study employed a quantitative research method with a survey approach. The population consisted of AstroCustom consumers on the Shopee marketplace. A total of 100 respondents were selected using the purposive sampling technique. Data were collected through questionnaires and analyzed using multiple linear regression analysis with the assistance of the Statistical Package for the Social Sciences</w:t>
      </w:r>
      <w:r w:rsidRPr="007F5C8C">
        <w:rPr>
          <w:i/>
          <w:iCs/>
          <w:sz w:val="22"/>
          <w:szCs w:val="20"/>
          <w:lang w:val="id-ID"/>
        </w:rPr>
        <w:t xml:space="preserve"> (SPSS).</w:t>
      </w:r>
      <w:r w:rsidR="003967A6">
        <w:rPr>
          <w:i/>
          <w:iCs/>
          <w:sz w:val="22"/>
          <w:szCs w:val="20"/>
        </w:rPr>
        <w:t xml:space="preserve"> </w:t>
      </w:r>
      <w:r w:rsidRPr="007F5C8C">
        <w:rPr>
          <w:i/>
          <w:iCs/>
          <w:sz w:val="22"/>
          <w:szCs w:val="20"/>
          <w:lang w:val="id-ID"/>
        </w:rPr>
        <w:t>The results showed that the multiple linear regression equation obtained was Y = 15.023 + 0.311X₁ + 0.327X₂. Simultaneously, affiliate marketing and digital marketing had a positive and significant effect on consumer purchase decisions at AstroCustom on the Shopee marketplace, with an F-value of 40.644. The Adjusted R Square value of 0.445 indicates that affiliate marketing and digital marketing explain 44.5% of the variation in consumer purchase decisions, while the remaining 55.5% is influenced by other factors outside the scope of this study. Affiliate marketing was identified as the most dominant variable influencing consumer purchase decisions at AstroCustom on the Shopee marketplace, with a Standardized Coefficient Beta value of 0.479.</w:t>
      </w:r>
    </w:p>
    <w:p w14:paraId="3B6B8CEC" w14:textId="413E82DE" w:rsidR="007E7A61" w:rsidRDefault="009526E6" w:rsidP="007F5C8C">
      <w:pPr>
        <w:spacing w:line="240" w:lineRule="auto"/>
        <w:jc w:val="both"/>
        <w:rPr>
          <w:lang w:val="id-ID"/>
        </w:rPr>
      </w:pPr>
      <w:r w:rsidRPr="009526E6">
        <w:rPr>
          <w:i/>
          <w:iCs/>
          <w:sz w:val="22"/>
          <w:szCs w:val="20"/>
          <w:lang w:val="id-ID"/>
        </w:rPr>
        <w:t>Keywords: affiliate marketing, digital marketing, purchasing decisions, Shopee.</w:t>
      </w:r>
    </w:p>
    <w:p w14:paraId="23E0341F" w14:textId="77777777" w:rsidR="007E7A61" w:rsidRDefault="007E7A61" w:rsidP="00060FF7">
      <w:pPr>
        <w:rPr>
          <w:lang w:val="id-ID"/>
        </w:rPr>
      </w:pPr>
    </w:p>
    <w:p w14:paraId="049EE60C" w14:textId="087AEA2E" w:rsidR="007E7A61" w:rsidRDefault="007E7A61" w:rsidP="00060FF7">
      <w:pPr>
        <w:rPr>
          <w:lang w:val="id-ID"/>
        </w:rPr>
      </w:pPr>
    </w:p>
    <w:p w14:paraId="6E768D85" w14:textId="55202AF7" w:rsidR="009F3835" w:rsidRDefault="009F3835" w:rsidP="00060FF7">
      <w:pPr>
        <w:rPr>
          <w:lang w:val="id-ID"/>
        </w:rPr>
      </w:pPr>
    </w:p>
    <w:p w14:paraId="670F8B1E" w14:textId="77777777" w:rsidR="00D4743E" w:rsidRDefault="00D4743E" w:rsidP="00060FF7">
      <w:pPr>
        <w:rPr>
          <w:lang w:val="id-ID"/>
        </w:rPr>
      </w:pPr>
    </w:p>
    <w:p w14:paraId="1E19D6AB" w14:textId="77777777" w:rsidR="00D4743E" w:rsidRDefault="00D4743E" w:rsidP="00060FF7">
      <w:pPr>
        <w:rPr>
          <w:lang w:val="id-ID"/>
        </w:rPr>
      </w:pPr>
    </w:p>
    <w:p w14:paraId="5D537D9A" w14:textId="77777777" w:rsidR="00EA113D" w:rsidRDefault="00EA113D" w:rsidP="00060FF7">
      <w:pPr>
        <w:rPr>
          <w:lang w:val="id-ID"/>
        </w:rPr>
      </w:pPr>
    </w:p>
    <w:p w14:paraId="7CBD0657" w14:textId="77777777" w:rsidR="00EA113D" w:rsidRDefault="00EA113D" w:rsidP="00060FF7">
      <w:pPr>
        <w:rPr>
          <w:lang w:val="id-ID"/>
        </w:rPr>
      </w:pPr>
    </w:p>
    <w:p w14:paraId="433A15BE" w14:textId="77777777" w:rsidR="003967A6" w:rsidRDefault="003967A6" w:rsidP="00060FF7">
      <w:pPr>
        <w:rPr>
          <w:lang w:val="id-ID"/>
        </w:rPr>
      </w:pPr>
    </w:p>
    <w:p w14:paraId="70CE7313" w14:textId="77777777" w:rsidR="003967A6" w:rsidRDefault="003967A6" w:rsidP="00060FF7">
      <w:pPr>
        <w:rPr>
          <w:lang w:val="id-ID"/>
        </w:rPr>
      </w:pPr>
    </w:p>
    <w:p w14:paraId="34CA8F06" w14:textId="46C01B16" w:rsidR="00743625" w:rsidRDefault="00743625" w:rsidP="00C72055">
      <w:pPr>
        <w:pStyle w:val="Heading1"/>
        <w:numPr>
          <w:ilvl w:val="0"/>
          <w:numId w:val="0"/>
        </w:numPr>
        <w:spacing w:after="0" w:line="240" w:lineRule="auto"/>
        <w:ind w:left="432"/>
        <w:rPr>
          <w:lang w:val="id-ID"/>
        </w:rPr>
      </w:pPr>
      <w:bookmarkStart w:id="12" w:name="_Toc236747620"/>
      <w:r w:rsidRPr="00E22388">
        <w:rPr>
          <w:lang w:val="id-ID"/>
        </w:rPr>
        <w:lastRenderedPageBreak/>
        <w:t>KATA PENGANTAR</w:t>
      </w:r>
      <w:bookmarkEnd w:id="12"/>
    </w:p>
    <w:p w14:paraId="52DBF6C7" w14:textId="5B971DB0" w:rsidR="00C72055" w:rsidRDefault="00C72055" w:rsidP="00C72055">
      <w:pPr>
        <w:spacing w:after="0" w:line="240" w:lineRule="auto"/>
        <w:rPr>
          <w:lang w:val="id-ID"/>
        </w:rPr>
      </w:pPr>
    </w:p>
    <w:p w14:paraId="4F5ACA45" w14:textId="77777777" w:rsidR="00C72055" w:rsidRPr="00C72055" w:rsidRDefault="00C72055" w:rsidP="00C72055">
      <w:pPr>
        <w:spacing w:after="0" w:line="240" w:lineRule="auto"/>
        <w:rPr>
          <w:lang w:val="id-ID"/>
        </w:rPr>
      </w:pPr>
    </w:p>
    <w:p w14:paraId="34E15F34" w14:textId="5E64360C" w:rsidR="00591AC8" w:rsidRPr="00973B41" w:rsidRDefault="00591AC8" w:rsidP="005B552D">
      <w:pPr>
        <w:spacing w:after="120"/>
        <w:ind w:firstLine="720"/>
        <w:jc w:val="both"/>
        <w:rPr>
          <w:sz w:val="22"/>
          <w:szCs w:val="20"/>
          <w:lang w:val="id-ID"/>
        </w:rPr>
      </w:pPr>
      <w:r w:rsidRPr="00973B41">
        <w:rPr>
          <w:sz w:val="22"/>
          <w:szCs w:val="20"/>
          <w:lang w:val="id-ID"/>
        </w:rPr>
        <w:t>Puji dan syukur penulis panjatkan ke hadirat Tuhan Yang Maha Esa atas rahmat dan karunia-Nya sehingga penulis dapat menyusun dan menyelesaikan proposal penelitian yang berjudul:</w:t>
      </w:r>
    </w:p>
    <w:p w14:paraId="47D5681C" w14:textId="734BC45D" w:rsidR="00591AC8" w:rsidRPr="00973B41" w:rsidRDefault="00591AC8" w:rsidP="005B552D">
      <w:pPr>
        <w:spacing w:after="120"/>
        <w:ind w:firstLine="720"/>
        <w:jc w:val="both"/>
        <w:rPr>
          <w:sz w:val="22"/>
          <w:szCs w:val="20"/>
          <w:lang w:val="id-ID"/>
        </w:rPr>
      </w:pPr>
      <w:r w:rsidRPr="00973B41">
        <w:rPr>
          <w:sz w:val="22"/>
          <w:szCs w:val="20"/>
          <w:lang w:val="id-ID"/>
        </w:rPr>
        <w:t>“</w:t>
      </w:r>
      <w:r w:rsidRPr="00973B41">
        <w:rPr>
          <w:b/>
          <w:bCs/>
          <w:sz w:val="22"/>
          <w:szCs w:val="20"/>
          <w:lang w:val="id-ID"/>
        </w:rPr>
        <w:t xml:space="preserve">Pengaruh Pemasaran </w:t>
      </w:r>
      <w:r w:rsidR="007F5C8C" w:rsidRPr="00973B41">
        <w:rPr>
          <w:b/>
          <w:bCs/>
          <w:i/>
          <w:sz w:val="22"/>
          <w:szCs w:val="20"/>
          <w:lang w:val="id-ID"/>
        </w:rPr>
        <w:t>Affiliate</w:t>
      </w:r>
      <w:r w:rsidRPr="00973B41">
        <w:rPr>
          <w:b/>
          <w:bCs/>
          <w:sz w:val="22"/>
          <w:szCs w:val="20"/>
          <w:lang w:val="id-ID"/>
        </w:rPr>
        <w:t xml:space="preserve"> dan Pemasaran Digital terhadap Keputusan Pembelian Konsumen AstroCustom di Marketplace Shopee</w:t>
      </w:r>
      <w:r w:rsidRPr="00973B41">
        <w:rPr>
          <w:sz w:val="22"/>
          <w:szCs w:val="20"/>
          <w:lang w:val="id-ID"/>
        </w:rPr>
        <w:t>”</w:t>
      </w:r>
    </w:p>
    <w:p w14:paraId="052C3F74" w14:textId="082DE59A" w:rsidR="00591AC8" w:rsidRPr="00973B41" w:rsidRDefault="00591AC8" w:rsidP="005B552D">
      <w:pPr>
        <w:spacing w:after="120"/>
        <w:ind w:firstLine="720"/>
        <w:jc w:val="both"/>
        <w:rPr>
          <w:sz w:val="22"/>
          <w:szCs w:val="20"/>
          <w:lang w:val="id-ID"/>
        </w:rPr>
      </w:pPr>
      <w:r w:rsidRPr="00973B41">
        <w:rPr>
          <w:sz w:val="22"/>
          <w:szCs w:val="20"/>
          <w:lang w:val="id-ID"/>
        </w:rPr>
        <w:t>Proposal penelitian ini disusun sebagai salah satu syarat untuk mengikuti Seminar Proposal pada Program Studi Manajemen, Sekolah Tinggi Ilmu Ekonomi (STIE) GICI Depok.</w:t>
      </w:r>
    </w:p>
    <w:p w14:paraId="0D8B025C" w14:textId="77777777" w:rsidR="00591AC8" w:rsidRPr="00973B41" w:rsidRDefault="00591AC8" w:rsidP="005B552D">
      <w:pPr>
        <w:spacing w:after="120"/>
        <w:ind w:firstLine="720"/>
        <w:jc w:val="both"/>
        <w:rPr>
          <w:sz w:val="22"/>
          <w:szCs w:val="20"/>
          <w:lang w:val="id-ID"/>
        </w:rPr>
      </w:pPr>
      <w:r w:rsidRPr="00973B41">
        <w:rPr>
          <w:sz w:val="22"/>
          <w:szCs w:val="20"/>
          <w:lang w:val="id-ID"/>
        </w:rPr>
        <w:t>Dalam proses penyusunan proposal ini, penulis menyadari bahwa masih terdapat banyak kekurangan dan keterbatasan. Namun, berkat dukungan, doa, serta bimbingan dari berbagai pihak, proposal ini dapat diselesaikan dengan baik. Oleh karena itu, pada kesempatan ini penulis menyampaikan terima kasih yang sebesar-besarnya kepada:</w:t>
      </w:r>
    </w:p>
    <w:p w14:paraId="3A5978C1" w14:textId="14B4070D" w:rsidR="00C713FB" w:rsidRPr="00973B41" w:rsidRDefault="00C713FB" w:rsidP="005B552D">
      <w:pPr>
        <w:pStyle w:val="ListParagraph"/>
        <w:numPr>
          <w:ilvl w:val="0"/>
          <w:numId w:val="27"/>
        </w:numPr>
        <w:spacing w:after="120"/>
        <w:jc w:val="both"/>
        <w:rPr>
          <w:sz w:val="22"/>
          <w:szCs w:val="20"/>
          <w:lang w:val="id-ID"/>
        </w:rPr>
      </w:pPr>
      <w:r w:rsidRPr="00973B41">
        <w:rPr>
          <w:sz w:val="22"/>
          <w:szCs w:val="20"/>
          <w:lang w:val="id-ID"/>
        </w:rPr>
        <w:t>Bapak Mildy Rifai, S.E. selaku Ketua Yayasan Nusa Jaya yang telah berusaha untuk mengembangkan Sekolah Tinggi Ilmu Ekonomi GICI ini dengan baik.</w:t>
      </w:r>
    </w:p>
    <w:p w14:paraId="101A6658" w14:textId="7F607A74" w:rsidR="00C713FB" w:rsidRPr="00973B41" w:rsidRDefault="00C713FB" w:rsidP="005B552D">
      <w:pPr>
        <w:pStyle w:val="ListParagraph"/>
        <w:numPr>
          <w:ilvl w:val="0"/>
          <w:numId w:val="27"/>
        </w:numPr>
        <w:spacing w:after="120"/>
        <w:jc w:val="both"/>
        <w:rPr>
          <w:sz w:val="22"/>
          <w:szCs w:val="20"/>
          <w:lang w:val="id-ID"/>
        </w:rPr>
      </w:pPr>
      <w:r w:rsidRPr="00973B41">
        <w:rPr>
          <w:sz w:val="22"/>
          <w:szCs w:val="20"/>
          <w:lang w:val="id-ID"/>
        </w:rPr>
        <w:t>Bapak Prof. Dr. Abdul Hamid, M.S. selaku Ketua STIE GICI Business School Bekasi yang telah mengelola kampus dengan cukup baik.</w:t>
      </w:r>
    </w:p>
    <w:p w14:paraId="3346A3C9" w14:textId="3E31684B" w:rsidR="009F3835" w:rsidRPr="00973B41" w:rsidRDefault="009F3835" w:rsidP="005B552D">
      <w:pPr>
        <w:pStyle w:val="ListParagraph"/>
        <w:numPr>
          <w:ilvl w:val="0"/>
          <w:numId w:val="27"/>
        </w:numPr>
        <w:spacing w:after="120"/>
        <w:jc w:val="both"/>
        <w:rPr>
          <w:sz w:val="22"/>
          <w:szCs w:val="20"/>
          <w:lang w:val="id-ID"/>
        </w:rPr>
      </w:pPr>
      <w:r w:rsidRPr="00973B41">
        <w:rPr>
          <w:sz w:val="22"/>
          <w:szCs w:val="20"/>
          <w:lang w:val="id-ID"/>
        </w:rPr>
        <w:t>Bapak Dr. Eko Yuliawan,   SE,   M.  Si. Selaku Wakil Ketua 1 Bidang Akademik.</w:t>
      </w:r>
    </w:p>
    <w:p w14:paraId="597F36E4" w14:textId="77777777" w:rsidR="00C713FB" w:rsidRPr="00973B41" w:rsidRDefault="00C713FB" w:rsidP="005B552D">
      <w:pPr>
        <w:pStyle w:val="ListParagraph"/>
        <w:numPr>
          <w:ilvl w:val="0"/>
          <w:numId w:val="27"/>
        </w:numPr>
        <w:spacing w:after="120"/>
        <w:jc w:val="both"/>
        <w:rPr>
          <w:sz w:val="22"/>
          <w:szCs w:val="20"/>
          <w:lang w:val="id-ID"/>
        </w:rPr>
      </w:pPr>
      <w:r w:rsidRPr="00973B41">
        <w:rPr>
          <w:sz w:val="22"/>
          <w:szCs w:val="20"/>
          <w:lang w:val="id-ID"/>
        </w:rPr>
        <w:t>Bapak Drs. Henky Hendrawan, MM., M.Si selaku Ketua Program Studi Manajemen STIE GICI Depok.</w:t>
      </w:r>
    </w:p>
    <w:p w14:paraId="58ACD32E" w14:textId="77777777" w:rsidR="003E2A6D" w:rsidRPr="00973B41" w:rsidRDefault="00591AC8" w:rsidP="005B552D">
      <w:pPr>
        <w:pStyle w:val="ListParagraph"/>
        <w:numPr>
          <w:ilvl w:val="0"/>
          <w:numId w:val="27"/>
        </w:numPr>
        <w:spacing w:after="120"/>
        <w:jc w:val="both"/>
        <w:rPr>
          <w:sz w:val="22"/>
          <w:szCs w:val="20"/>
          <w:lang w:val="id-ID"/>
        </w:rPr>
      </w:pPr>
      <w:r w:rsidRPr="00973B41">
        <w:rPr>
          <w:sz w:val="22"/>
          <w:szCs w:val="20"/>
          <w:lang w:val="id-ID"/>
        </w:rPr>
        <w:t>Bapak Ricky Rizkie, SE, MM selaku Dosen Pembimbing yang telah memberikan arahan, masukan, dan bimbingan dalam penyusunan proposal penelitian ini.</w:t>
      </w:r>
    </w:p>
    <w:p w14:paraId="0353D3FB" w14:textId="77777777" w:rsidR="003E2A6D" w:rsidRPr="00973B41" w:rsidRDefault="00591AC8" w:rsidP="005B552D">
      <w:pPr>
        <w:pStyle w:val="ListParagraph"/>
        <w:numPr>
          <w:ilvl w:val="0"/>
          <w:numId w:val="27"/>
        </w:numPr>
        <w:spacing w:after="120"/>
        <w:jc w:val="both"/>
        <w:rPr>
          <w:sz w:val="22"/>
          <w:szCs w:val="20"/>
          <w:lang w:val="id-ID"/>
        </w:rPr>
      </w:pPr>
      <w:r w:rsidRPr="00973B41">
        <w:rPr>
          <w:sz w:val="22"/>
          <w:szCs w:val="20"/>
          <w:lang w:val="id-ID"/>
        </w:rPr>
        <w:t>Bapak Krisna Marlie Kiantoro selaku Direktur dan Owner AstroCustom yang telah memberikan izin serta dukungan dalam pelaksanaan penelitian ini.</w:t>
      </w:r>
    </w:p>
    <w:p w14:paraId="5A695E0B" w14:textId="77777777" w:rsidR="00583BDE" w:rsidRPr="00973B41" w:rsidRDefault="00583BDE" w:rsidP="005B552D">
      <w:pPr>
        <w:pStyle w:val="ListParagraph"/>
        <w:numPr>
          <w:ilvl w:val="0"/>
          <w:numId w:val="27"/>
        </w:numPr>
        <w:spacing w:after="120"/>
        <w:jc w:val="both"/>
        <w:rPr>
          <w:sz w:val="22"/>
          <w:szCs w:val="20"/>
          <w:lang w:val="id-ID"/>
        </w:rPr>
      </w:pPr>
      <w:r w:rsidRPr="00973B41">
        <w:rPr>
          <w:sz w:val="22"/>
          <w:szCs w:val="20"/>
        </w:rPr>
        <w:t xml:space="preserve">Ibu </w:t>
      </w:r>
      <w:proofErr w:type="spellStart"/>
      <w:r w:rsidRPr="00973B41">
        <w:rPr>
          <w:sz w:val="22"/>
          <w:szCs w:val="20"/>
        </w:rPr>
        <w:t>Lismaryanti</w:t>
      </w:r>
      <w:proofErr w:type="spellEnd"/>
      <w:r w:rsidRPr="00973B41">
        <w:rPr>
          <w:sz w:val="22"/>
          <w:szCs w:val="20"/>
        </w:rPr>
        <w:t xml:space="preserve"> </w:t>
      </w:r>
      <w:proofErr w:type="spellStart"/>
      <w:r w:rsidRPr="00973B41">
        <w:rPr>
          <w:sz w:val="22"/>
          <w:szCs w:val="20"/>
        </w:rPr>
        <w:t>selaku</w:t>
      </w:r>
      <w:proofErr w:type="spellEnd"/>
      <w:r w:rsidRPr="00973B41">
        <w:rPr>
          <w:sz w:val="22"/>
          <w:szCs w:val="20"/>
        </w:rPr>
        <w:t xml:space="preserve"> </w:t>
      </w:r>
      <w:proofErr w:type="spellStart"/>
      <w:r w:rsidRPr="00973B41">
        <w:rPr>
          <w:sz w:val="22"/>
          <w:szCs w:val="20"/>
        </w:rPr>
        <w:t>Direktur</w:t>
      </w:r>
      <w:proofErr w:type="spellEnd"/>
      <w:r w:rsidRPr="00973B41">
        <w:rPr>
          <w:sz w:val="22"/>
          <w:szCs w:val="20"/>
        </w:rPr>
        <w:t xml:space="preserve"> dan Owner PT Inter Asia </w:t>
      </w:r>
      <w:proofErr w:type="spellStart"/>
      <w:r w:rsidRPr="00973B41">
        <w:rPr>
          <w:sz w:val="22"/>
          <w:szCs w:val="20"/>
        </w:rPr>
        <w:t>Teknologi</w:t>
      </w:r>
      <w:proofErr w:type="spellEnd"/>
      <w:r w:rsidRPr="00973B41">
        <w:rPr>
          <w:sz w:val="22"/>
          <w:szCs w:val="20"/>
        </w:rPr>
        <w:t xml:space="preserve"> Group </w:t>
      </w:r>
      <w:proofErr w:type="spellStart"/>
      <w:r w:rsidRPr="00973B41">
        <w:rPr>
          <w:sz w:val="22"/>
          <w:szCs w:val="20"/>
        </w:rPr>
        <w:t>serta</w:t>
      </w:r>
      <w:proofErr w:type="spellEnd"/>
      <w:r w:rsidRPr="00973B41">
        <w:rPr>
          <w:sz w:val="22"/>
          <w:szCs w:val="20"/>
        </w:rPr>
        <w:t xml:space="preserve"> Bapak Leonardo Lorento </w:t>
      </w:r>
      <w:proofErr w:type="spellStart"/>
      <w:r w:rsidRPr="00973B41">
        <w:rPr>
          <w:sz w:val="22"/>
          <w:szCs w:val="20"/>
        </w:rPr>
        <w:t>selaku</w:t>
      </w:r>
      <w:proofErr w:type="spellEnd"/>
      <w:r w:rsidRPr="00973B41">
        <w:rPr>
          <w:sz w:val="22"/>
          <w:szCs w:val="20"/>
        </w:rPr>
        <w:t xml:space="preserve"> </w:t>
      </w:r>
      <w:proofErr w:type="spellStart"/>
      <w:r w:rsidRPr="00973B41">
        <w:rPr>
          <w:sz w:val="22"/>
          <w:szCs w:val="20"/>
        </w:rPr>
        <w:t>Komisaris</w:t>
      </w:r>
      <w:proofErr w:type="spellEnd"/>
      <w:r w:rsidRPr="00973B41">
        <w:rPr>
          <w:sz w:val="22"/>
          <w:szCs w:val="20"/>
        </w:rPr>
        <w:t xml:space="preserve"> PT Inter Asia </w:t>
      </w:r>
      <w:proofErr w:type="spellStart"/>
      <w:r w:rsidRPr="00973B41">
        <w:rPr>
          <w:sz w:val="22"/>
          <w:szCs w:val="20"/>
        </w:rPr>
        <w:t>Teknologi</w:t>
      </w:r>
      <w:proofErr w:type="spellEnd"/>
      <w:r w:rsidRPr="00973B41">
        <w:rPr>
          <w:sz w:val="22"/>
          <w:szCs w:val="20"/>
        </w:rPr>
        <w:t xml:space="preserve"> Group yang </w:t>
      </w:r>
      <w:proofErr w:type="spellStart"/>
      <w:r w:rsidRPr="00973B41">
        <w:rPr>
          <w:sz w:val="22"/>
          <w:szCs w:val="20"/>
        </w:rPr>
        <w:t>telah</w:t>
      </w:r>
      <w:proofErr w:type="spellEnd"/>
      <w:r w:rsidRPr="00973B41">
        <w:rPr>
          <w:sz w:val="22"/>
          <w:szCs w:val="20"/>
        </w:rPr>
        <w:t xml:space="preserve"> </w:t>
      </w:r>
      <w:proofErr w:type="spellStart"/>
      <w:r w:rsidRPr="00973B41">
        <w:rPr>
          <w:sz w:val="22"/>
          <w:szCs w:val="20"/>
        </w:rPr>
        <w:t>banyak</w:t>
      </w:r>
      <w:proofErr w:type="spellEnd"/>
      <w:r w:rsidRPr="00973B41">
        <w:rPr>
          <w:sz w:val="22"/>
          <w:szCs w:val="20"/>
        </w:rPr>
        <w:t xml:space="preserve"> </w:t>
      </w:r>
      <w:proofErr w:type="spellStart"/>
      <w:r w:rsidRPr="00973B41">
        <w:rPr>
          <w:sz w:val="22"/>
          <w:szCs w:val="20"/>
        </w:rPr>
        <w:t>memberikan</w:t>
      </w:r>
      <w:proofErr w:type="spellEnd"/>
      <w:r w:rsidRPr="00973B41">
        <w:rPr>
          <w:sz w:val="22"/>
          <w:szCs w:val="20"/>
        </w:rPr>
        <w:t xml:space="preserve"> </w:t>
      </w:r>
      <w:proofErr w:type="spellStart"/>
      <w:r w:rsidRPr="00973B41">
        <w:rPr>
          <w:sz w:val="22"/>
          <w:szCs w:val="20"/>
        </w:rPr>
        <w:t>motivasi</w:t>
      </w:r>
      <w:proofErr w:type="spellEnd"/>
      <w:r w:rsidRPr="00973B41">
        <w:rPr>
          <w:sz w:val="22"/>
          <w:szCs w:val="20"/>
        </w:rPr>
        <w:t xml:space="preserve">, </w:t>
      </w:r>
      <w:proofErr w:type="spellStart"/>
      <w:r w:rsidRPr="00973B41">
        <w:rPr>
          <w:sz w:val="22"/>
          <w:szCs w:val="20"/>
        </w:rPr>
        <w:t>dukungan</w:t>
      </w:r>
      <w:proofErr w:type="spellEnd"/>
      <w:r w:rsidRPr="00973B41">
        <w:rPr>
          <w:sz w:val="22"/>
          <w:szCs w:val="20"/>
        </w:rPr>
        <w:t xml:space="preserve">, </w:t>
      </w:r>
      <w:proofErr w:type="spellStart"/>
      <w:r w:rsidRPr="00973B41">
        <w:rPr>
          <w:sz w:val="22"/>
          <w:szCs w:val="20"/>
        </w:rPr>
        <w:t>bimbingan</w:t>
      </w:r>
      <w:proofErr w:type="spellEnd"/>
      <w:r w:rsidRPr="00973B41">
        <w:rPr>
          <w:sz w:val="22"/>
          <w:szCs w:val="20"/>
        </w:rPr>
        <w:t xml:space="preserve">, dan </w:t>
      </w:r>
      <w:proofErr w:type="spellStart"/>
      <w:r w:rsidRPr="00973B41">
        <w:rPr>
          <w:sz w:val="22"/>
          <w:szCs w:val="20"/>
        </w:rPr>
        <w:t>kepercayaan</w:t>
      </w:r>
      <w:proofErr w:type="spellEnd"/>
      <w:r w:rsidRPr="00973B41">
        <w:rPr>
          <w:sz w:val="22"/>
          <w:szCs w:val="20"/>
        </w:rPr>
        <w:t xml:space="preserve"> </w:t>
      </w:r>
      <w:proofErr w:type="spellStart"/>
      <w:r w:rsidRPr="00973B41">
        <w:rPr>
          <w:sz w:val="22"/>
          <w:szCs w:val="20"/>
        </w:rPr>
        <w:t>selama</w:t>
      </w:r>
      <w:proofErr w:type="spellEnd"/>
      <w:r w:rsidRPr="00973B41">
        <w:rPr>
          <w:sz w:val="22"/>
          <w:szCs w:val="20"/>
        </w:rPr>
        <w:t xml:space="preserve"> </w:t>
      </w:r>
      <w:proofErr w:type="spellStart"/>
      <w:r w:rsidRPr="00973B41">
        <w:rPr>
          <w:sz w:val="22"/>
          <w:szCs w:val="20"/>
        </w:rPr>
        <w:t>saya</w:t>
      </w:r>
      <w:proofErr w:type="spellEnd"/>
      <w:r w:rsidRPr="00973B41">
        <w:rPr>
          <w:sz w:val="22"/>
          <w:szCs w:val="20"/>
        </w:rPr>
        <w:t xml:space="preserve"> </w:t>
      </w:r>
      <w:proofErr w:type="spellStart"/>
      <w:r w:rsidRPr="00973B41">
        <w:rPr>
          <w:sz w:val="22"/>
          <w:szCs w:val="20"/>
        </w:rPr>
        <w:t>bekerja</w:t>
      </w:r>
      <w:proofErr w:type="spellEnd"/>
      <w:r w:rsidRPr="00973B41">
        <w:rPr>
          <w:sz w:val="22"/>
          <w:szCs w:val="20"/>
        </w:rPr>
        <w:t xml:space="preserve"> di PT Inter Asia </w:t>
      </w:r>
      <w:proofErr w:type="spellStart"/>
      <w:r w:rsidRPr="00973B41">
        <w:rPr>
          <w:sz w:val="22"/>
          <w:szCs w:val="20"/>
        </w:rPr>
        <w:t>Teknologi</w:t>
      </w:r>
      <w:proofErr w:type="spellEnd"/>
      <w:r w:rsidRPr="00973B41">
        <w:rPr>
          <w:sz w:val="22"/>
          <w:szCs w:val="20"/>
        </w:rPr>
        <w:t xml:space="preserve"> Group </w:t>
      </w:r>
      <w:proofErr w:type="spellStart"/>
      <w:r w:rsidRPr="00973B41">
        <w:rPr>
          <w:sz w:val="22"/>
          <w:szCs w:val="20"/>
        </w:rPr>
        <w:t>sehingga</w:t>
      </w:r>
      <w:proofErr w:type="spellEnd"/>
      <w:r w:rsidRPr="00973B41">
        <w:rPr>
          <w:sz w:val="22"/>
          <w:szCs w:val="20"/>
        </w:rPr>
        <w:t xml:space="preserve"> </w:t>
      </w:r>
      <w:proofErr w:type="spellStart"/>
      <w:r w:rsidRPr="00973B41">
        <w:rPr>
          <w:sz w:val="22"/>
          <w:szCs w:val="20"/>
        </w:rPr>
        <w:t>saya</w:t>
      </w:r>
      <w:proofErr w:type="spellEnd"/>
      <w:r w:rsidRPr="00973B41">
        <w:rPr>
          <w:sz w:val="22"/>
          <w:szCs w:val="20"/>
        </w:rPr>
        <w:t xml:space="preserve"> </w:t>
      </w:r>
      <w:proofErr w:type="spellStart"/>
      <w:r w:rsidRPr="00973B41">
        <w:rPr>
          <w:sz w:val="22"/>
          <w:szCs w:val="20"/>
        </w:rPr>
        <w:t>bisa</w:t>
      </w:r>
      <w:proofErr w:type="spellEnd"/>
      <w:r w:rsidRPr="00973B41">
        <w:rPr>
          <w:sz w:val="22"/>
          <w:szCs w:val="20"/>
        </w:rPr>
        <w:t xml:space="preserve"> </w:t>
      </w:r>
      <w:proofErr w:type="spellStart"/>
      <w:r w:rsidRPr="00973B41">
        <w:rPr>
          <w:sz w:val="22"/>
          <w:szCs w:val="20"/>
        </w:rPr>
        <w:t>memiliki</w:t>
      </w:r>
      <w:proofErr w:type="spellEnd"/>
      <w:r w:rsidRPr="00973B41">
        <w:rPr>
          <w:sz w:val="22"/>
          <w:szCs w:val="20"/>
        </w:rPr>
        <w:t xml:space="preserve"> </w:t>
      </w:r>
      <w:proofErr w:type="spellStart"/>
      <w:r w:rsidRPr="00973B41">
        <w:rPr>
          <w:sz w:val="22"/>
          <w:szCs w:val="20"/>
        </w:rPr>
        <w:t>kesempatan</w:t>
      </w:r>
      <w:proofErr w:type="spellEnd"/>
      <w:r w:rsidRPr="00973B41">
        <w:rPr>
          <w:sz w:val="22"/>
          <w:szCs w:val="20"/>
        </w:rPr>
        <w:t xml:space="preserve"> dan </w:t>
      </w:r>
      <w:proofErr w:type="spellStart"/>
      <w:r w:rsidRPr="00973B41">
        <w:rPr>
          <w:sz w:val="22"/>
          <w:szCs w:val="20"/>
        </w:rPr>
        <w:t>mengambil</w:t>
      </w:r>
      <w:proofErr w:type="spellEnd"/>
      <w:r w:rsidRPr="00973B41">
        <w:rPr>
          <w:sz w:val="22"/>
          <w:szCs w:val="20"/>
        </w:rPr>
        <w:t xml:space="preserve"> </w:t>
      </w:r>
      <w:proofErr w:type="spellStart"/>
      <w:r w:rsidRPr="00973B41">
        <w:rPr>
          <w:sz w:val="22"/>
          <w:szCs w:val="20"/>
        </w:rPr>
        <w:t>langkah</w:t>
      </w:r>
      <w:proofErr w:type="spellEnd"/>
      <w:r w:rsidRPr="00973B41">
        <w:rPr>
          <w:sz w:val="22"/>
          <w:szCs w:val="20"/>
        </w:rPr>
        <w:t xml:space="preserve"> </w:t>
      </w:r>
      <w:proofErr w:type="spellStart"/>
      <w:r w:rsidRPr="00973B41">
        <w:rPr>
          <w:sz w:val="22"/>
          <w:szCs w:val="20"/>
        </w:rPr>
        <w:t>besar</w:t>
      </w:r>
      <w:proofErr w:type="spellEnd"/>
      <w:r w:rsidRPr="00973B41">
        <w:rPr>
          <w:sz w:val="22"/>
          <w:szCs w:val="20"/>
        </w:rPr>
        <w:t xml:space="preserve"> </w:t>
      </w:r>
      <w:proofErr w:type="spellStart"/>
      <w:r w:rsidRPr="00973B41">
        <w:rPr>
          <w:sz w:val="22"/>
          <w:szCs w:val="20"/>
        </w:rPr>
        <w:t>untuk</w:t>
      </w:r>
      <w:proofErr w:type="spellEnd"/>
      <w:r w:rsidRPr="00973B41">
        <w:rPr>
          <w:sz w:val="22"/>
          <w:szCs w:val="20"/>
        </w:rPr>
        <w:t xml:space="preserve"> </w:t>
      </w:r>
      <w:proofErr w:type="spellStart"/>
      <w:r w:rsidRPr="00973B41">
        <w:rPr>
          <w:sz w:val="22"/>
          <w:szCs w:val="20"/>
        </w:rPr>
        <w:t>berkuliah</w:t>
      </w:r>
      <w:proofErr w:type="spellEnd"/>
      <w:r w:rsidRPr="00973B41">
        <w:rPr>
          <w:sz w:val="22"/>
          <w:szCs w:val="20"/>
        </w:rPr>
        <w:t>.</w:t>
      </w:r>
    </w:p>
    <w:p w14:paraId="1749C4C9" w14:textId="77777777" w:rsidR="00583BDE" w:rsidRPr="00973B41" w:rsidRDefault="00583BDE" w:rsidP="005B552D">
      <w:pPr>
        <w:pStyle w:val="ListParagraph"/>
        <w:numPr>
          <w:ilvl w:val="0"/>
          <w:numId w:val="27"/>
        </w:numPr>
        <w:spacing w:after="120"/>
        <w:jc w:val="both"/>
        <w:rPr>
          <w:sz w:val="22"/>
          <w:szCs w:val="20"/>
          <w:lang w:val="id-ID"/>
        </w:rPr>
      </w:pPr>
      <w:r w:rsidRPr="00973B41">
        <w:rPr>
          <w:sz w:val="22"/>
          <w:szCs w:val="20"/>
        </w:rPr>
        <w:t>Rekan-</w:t>
      </w:r>
      <w:proofErr w:type="spellStart"/>
      <w:r w:rsidRPr="00973B41">
        <w:rPr>
          <w:sz w:val="22"/>
          <w:szCs w:val="20"/>
        </w:rPr>
        <w:t>rekan</w:t>
      </w:r>
      <w:proofErr w:type="spellEnd"/>
      <w:r w:rsidRPr="00973B41">
        <w:rPr>
          <w:sz w:val="22"/>
          <w:szCs w:val="20"/>
        </w:rPr>
        <w:t xml:space="preserve"> di Divisi</w:t>
      </w:r>
      <w:r w:rsidRPr="00973B41">
        <w:rPr>
          <w:sz w:val="22"/>
          <w:szCs w:val="20"/>
          <w:lang w:val="id-ID"/>
        </w:rPr>
        <w:t xml:space="preserve"> HR</w:t>
      </w:r>
      <w:r w:rsidRPr="00973B41">
        <w:rPr>
          <w:sz w:val="22"/>
          <w:szCs w:val="20"/>
        </w:rPr>
        <w:t>GA</w:t>
      </w:r>
      <w:r w:rsidRPr="00973B41">
        <w:rPr>
          <w:sz w:val="22"/>
          <w:szCs w:val="20"/>
          <w:lang w:val="id-ID"/>
        </w:rPr>
        <w:t xml:space="preserve"> serta seluruh manajemen AstroCustom yang telah memberikan kesempatan dan bantuan selama proses pengumpulan data penelitian.</w:t>
      </w:r>
    </w:p>
    <w:p w14:paraId="33D23E16" w14:textId="77777777" w:rsidR="003E2A6D" w:rsidRPr="00973B41" w:rsidRDefault="00591AC8" w:rsidP="005B552D">
      <w:pPr>
        <w:pStyle w:val="ListParagraph"/>
        <w:numPr>
          <w:ilvl w:val="0"/>
          <w:numId w:val="27"/>
        </w:numPr>
        <w:spacing w:after="120"/>
        <w:jc w:val="both"/>
        <w:rPr>
          <w:sz w:val="22"/>
          <w:szCs w:val="20"/>
          <w:lang w:val="id-ID"/>
        </w:rPr>
      </w:pPr>
      <w:r w:rsidRPr="00973B41">
        <w:rPr>
          <w:sz w:val="22"/>
          <w:szCs w:val="20"/>
          <w:lang w:val="id-ID"/>
        </w:rPr>
        <w:t>Suami tercinta, Candra Sofiyan Sanubari, yang senantiasa memberikan dukungan, doa, kesabaran, dan semangat tanpa henti dalam setiap proses yang penulis jalani.</w:t>
      </w:r>
    </w:p>
    <w:p w14:paraId="5B96BFF7" w14:textId="77777777" w:rsidR="003E2A6D" w:rsidRPr="00973B41" w:rsidRDefault="00591AC8" w:rsidP="005B552D">
      <w:pPr>
        <w:pStyle w:val="ListParagraph"/>
        <w:numPr>
          <w:ilvl w:val="0"/>
          <w:numId w:val="27"/>
        </w:numPr>
        <w:spacing w:after="120"/>
        <w:jc w:val="both"/>
        <w:rPr>
          <w:sz w:val="22"/>
          <w:szCs w:val="20"/>
          <w:lang w:val="id-ID"/>
        </w:rPr>
      </w:pPr>
      <w:r w:rsidRPr="00973B41">
        <w:rPr>
          <w:sz w:val="22"/>
          <w:szCs w:val="20"/>
          <w:lang w:val="id-ID"/>
        </w:rPr>
        <w:t>Putri tersayang, Savana Adnania Jasmine, yang menjadi sumber kekuatan, motivasi, dan alasan terbesar bagi penulis untuk terus berusaha menyelesaikan pendidikan ini.</w:t>
      </w:r>
    </w:p>
    <w:p w14:paraId="671418E2" w14:textId="77777777" w:rsidR="003E2A6D" w:rsidRPr="00973B41" w:rsidRDefault="00591AC8" w:rsidP="005B552D">
      <w:pPr>
        <w:pStyle w:val="ListParagraph"/>
        <w:numPr>
          <w:ilvl w:val="0"/>
          <w:numId w:val="27"/>
        </w:numPr>
        <w:spacing w:after="120"/>
        <w:jc w:val="both"/>
        <w:rPr>
          <w:sz w:val="22"/>
          <w:szCs w:val="20"/>
          <w:lang w:val="id-ID"/>
        </w:rPr>
      </w:pPr>
      <w:r w:rsidRPr="00973B41">
        <w:rPr>
          <w:sz w:val="22"/>
          <w:szCs w:val="20"/>
          <w:lang w:val="id-ID"/>
        </w:rPr>
        <w:t>Kedua orang tua dan keluarga besar yang selalu memberikan doa, perhatian, dan dukungan moril kepada penulis.</w:t>
      </w:r>
    </w:p>
    <w:p w14:paraId="4C847070" w14:textId="65C850FA" w:rsidR="00591AC8" w:rsidRPr="00973B41" w:rsidRDefault="00591AC8" w:rsidP="005B552D">
      <w:pPr>
        <w:pStyle w:val="ListParagraph"/>
        <w:numPr>
          <w:ilvl w:val="0"/>
          <w:numId w:val="27"/>
        </w:numPr>
        <w:spacing w:after="120"/>
        <w:jc w:val="both"/>
        <w:rPr>
          <w:sz w:val="22"/>
          <w:szCs w:val="20"/>
          <w:lang w:val="id-ID"/>
        </w:rPr>
      </w:pPr>
      <w:r w:rsidRPr="00973B41">
        <w:rPr>
          <w:sz w:val="22"/>
          <w:szCs w:val="20"/>
          <w:lang w:val="id-ID"/>
        </w:rPr>
        <w:t>Semua pihak yang telah membantu dalam proses penyusunan proposal ini yang tidak dapat disebutkan satu per satu.</w:t>
      </w:r>
    </w:p>
    <w:p w14:paraId="0FDA676F" w14:textId="77777777" w:rsidR="00591AC8" w:rsidRPr="00973B41" w:rsidRDefault="00591AC8" w:rsidP="005B552D">
      <w:pPr>
        <w:spacing w:after="120"/>
        <w:ind w:firstLine="720"/>
        <w:jc w:val="both"/>
        <w:rPr>
          <w:sz w:val="22"/>
          <w:szCs w:val="20"/>
          <w:lang w:val="id-ID"/>
        </w:rPr>
      </w:pPr>
      <w:r w:rsidRPr="00973B41">
        <w:rPr>
          <w:sz w:val="22"/>
          <w:szCs w:val="20"/>
          <w:lang w:val="id-ID"/>
        </w:rPr>
        <w:lastRenderedPageBreak/>
        <w:t>Penulis berharap proposal penelitian ini dapat menjadi langkah awal yang baik dalam pelaksanaan penelitian selanjutnya. Penulis juga sangat mengharapkan kritik dan saran yang membangun demi penyempurnaan penelitian ini.</w:t>
      </w:r>
    </w:p>
    <w:p w14:paraId="48BED2A2" w14:textId="77777777" w:rsidR="00591AC8" w:rsidRPr="00973B41" w:rsidRDefault="00591AC8" w:rsidP="005B552D">
      <w:pPr>
        <w:spacing w:after="120"/>
        <w:ind w:firstLine="720"/>
        <w:jc w:val="both"/>
        <w:rPr>
          <w:sz w:val="22"/>
          <w:szCs w:val="20"/>
          <w:lang w:val="id-ID"/>
        </w:rPr>
      </w:pPr>
    </w:p>
    <w:p w14:paraId="22A9BFFE" w14:textId="48D42A07" w:rsidR="00E8466E" w:rsidRPr="00973B41" w:rsidRDefault="00591AC8" w:rsidP="00A30133">
      <w:pPr>
        <w:spacing w:after="0" w:line="240" w:lineRule="auto"/>
        <w:ind w:left="5040" w:firstLine="720"/>
        <w:rPr>
          <w:sz w:val="22"/>
          <w:szCs w:val="20"/>
          <w:lang w:val="id-ID"/>
        </w:rPr>
      </w:pPr>
      <w:r w:rsidRPr="00973B41">
        <w:rPr>
          <w:sz w:val="22"/>
          <w:szCs w:val="20"/>
          <w:lang w:val="id-ID"/>
        </w:rPr>
        <w:t xml:space="preserve">Depok, </w:t>
      </w:r>
      <w:r w:rsidR="00F41751" w:rsidRPr="00973B41">
        <w:rPr>
          <w:sz w:val="22"/>
          <w:szCs w:val="20"/>
        </w:rPr>
        <w:t xml:space="preserve">10 </w:t>
      </w:r>
      <w:proofErr w:type="spellStart"/>
      <w:r w:rsidR="00F41751" w:rsidRPr="00973B41">
        <w:rPr>
          <w:sz w:val="22"/>
          <w:szCs w:val="20"/>
        </w:rPr>
        <w:t>Juli</w:t>
      </w:r>
      <w:proofErr w:type="spellEnd"/>
      <w:r w:rsidRPr="00973B41">
        <w:rPr>
          <w:sz w:val="22"/>
          <w:szCs w:val="20"/>
          <w:lang w:val="id-ID"/>
        </w:rPr>
        <w:t xml:space="preserve"> 2026</w:t>
      </w:r>
    </w:p>
    <w:p w14:paraId="5E70B7DC" w14:textId="0042EDCF" w:rsidR="00591AC8" w:rsidRPr="00973B41" w:rsidRDefault="00591AC8" w:rsidP="00A30133">
      <w:pPr>
        <w:spacing w:after="120"/>
        <w:ind w:left="5040" w:firstLine="720"/>
        <w:rPr>
          <w:sz w:val="22"/>
          <w:szCs w:val="20"/>
          <w:lang w:val="id-ID"/>
        </w:rPr>
      </w:pPr>
      <w:r w:rsidRPr="00973B41">
        <w:rPr>
          <w:sz w:val="22"/>
          <w:szCs w:val="20"/>
          <w:lang w:val="id-ID"/>
        </w:rPr>
        <w:t>Penulis</w:t>
      </w:r>
    </w:p>
    <w:p w14:paraId="254A6AE2" w14:textId="77777777" w:rsidR="00591AC8" w:rsidRPr="00973B41" w:rsidRDefault="00591AC8" w:rsidP="005B552D">
      <w:pPr>
        <w:spacing w:after="120"/>
        <w:jc w:val="right"/>
        <w:rPr>
          <w:sz w:val="22"/>
          <w:szCs w:val="20"/>
          <w:lang w:val="id-ID"/>
        </w:rPr>
      </w:pPr>
    </w:p>
    <w:p w14:paraId="72AED937" w14:textId="77777777" w:rsidR="001A2D7F" w:rsidRPr="00973B41" w:rsidRDefault="001A2D7F" w:rsidP="005B552D">
      <w:pPr>
        <w:spacing w:after="120"/>
        <w:jc w:val="right"/>
        <w:rPr>
          <w:sz w:val="22"/>
          <w:szCs w:val="20"/>
          <w:lang w:val="id-ID"/>
        </w:rPr>
      </w:pPr>
    </w:p>
    <w:p w14:paraId="1D861167" w14:textId="77777777" w:rsidR="001A2D7F" w:rsidRPr="00973B41" w:rsidRDefault="001A2D7F" w:rsidP="005B552D">
      <w:pPr>
        <w:spacing w:after="120"/>
        <w:jc w:val="right"/>
        <w:rPr>
          <w:sz w:val="22"/>
          <w:szCs w:val="20"/>
          <w:lang w:val="id-ID"/>
        </w:rPr>
      </w:pPr>
    </w:p>
    <w:p w14:paraId="13A42764" w14:textId="6A1650BC" w:rsidR="00743625" w:rsidRDefault="00892611" w:rsidP="00A30133">
      <w:pPr>
        <w:spacing w:after="0" w:line="240" w:lineRule="auto"/>
        <w:ind w:left="5040" w:firstLine="720"/>
        <w:rPr>
          <w:sz w:val="22"/>
          <w:szCs w:val="20"/>
          <w:lang w:val="id-ID"/>
        </w:rPr>
      </w:pPr>
      <w:r w:rsidRPr="00892611">
        <w:rPr>
          <w:sz w:val="22"/>
          <w:szCs w:val="20"/>
          <w:lang w:val="id-ID"/>
        </w:rPr>
        <w:t>Shaskia Azahra</w:t>
      </w:r>
    </w:p>
    <w:p w14:paraId="75242C63" w14:textId="07C7C7FB" w:rsidR="005959D5" w:rsidRPr="00892611" w:rsidRDefault="005959D5" w:rsidP="00A30133">
      <w:pPr>
        <w:spacing w:after="120"/>
        <w:ind w:left="5040" w:firstLine="720"/>
        <w:rPr>
          <w:sz w:val="22"/>
          <w:szCs w:val="20"/>
          <w:lang w:val="id-ID"/>
        </w:rPr>
      </w:pPr>
      <w:r w:rsidRPr="009A4E7F">
        <w:rPr>
          <w:lang w:val="en-GB"/>
        </w:rPr>
        <w:t>61201022009175</w:t>
      </w:r>
    </w:p>
    <w:p w14:paraId="00263581" w14:textId="6CE362A9" w:rsidR="001A2D7F" w:rsidRPr="00892611" w:rsidRDefault="001A2D7F" w:rsidP="00892611">
      <w:pPr>
        <w:spacing w:after="120"/>
        <w:rPr>
          <w:sz w:val="22"/>
          <w:szCs w:val="20"/>
          <w:lang w:val="id-ID"/>
        </w:rPr>
      </w:pPr>
    </w:p>
    <w:p w14:paraId="6250ECA5" w14:textId="77777777" w:rsidR="00743625" w:rsidRPr="00973B41" w:rsidRDefault="00743625" w:rsidP="00914953">
      <w:pPr>
        <w:rPr>
          <w:sz w:val="22"/>
          <w:szCs w:val="20"/>
          <w:lang w:val="id-ID"/>
        </w:rPr>
      </w:pPr>
    </w:p>
    <w:p w14:paraId="120BFEF1" w14:textId="77777777" w:rsidR="00743625" w:rsidRPr="00E22388" w:rsidRDefault="00743625" w:rsidP="00914953">
      <w:pPr>
        <w:rPr>
          <w:lang w:val="id-ID"/>
        </w:rPr>
      </w:pPr>
    </w:p>
    <w:p w14:paraId="4147AA28" w14:textId="77777777" w:rsidR="00743625" w:rsidRPr="00E22388" w:rsidRDefault="00743625" w:rsidP="00914953">
      <w:pPr>
        <w:rPr>
          <w:lang w:val="id-ID"/>
        </w:rPr>
      </w:pPr>
    </w:p>
    <w:p w14:paraId="3D25FC0C" w14:textId="77777777" w:rsidR="00743625" w:rsidRDefault="00743625" w:rsidP="00914953">
      <w:pPr>
        <w:rPr>
          <w:lang w:val="id-ID"/>
        </w:rPr>
      </w:pPr>
    </w:p>
    <w:p w14:paraId="53BBFB59" w14:textId="77777777" w:rsidR="00973B41" w:rsidRDefault="00973B41" w:rsidP="00914953">
      <w:pPr>
        <w:rPr>
          <w:lang w:val="id-ID"/>
        </w:rPr>
      </w:pPr>
    </w:p>
    <w:p w14:paraId="215BFB25" w14:textId="77777777" w:rsidR="00973B41" w:rsidRDefault="00973B41" w:rsidP="00914953">
      <w:pPr>
        <w:rPr>
          <w:lang w:val="id-ID"/>
        </w:rPr>
      </w:pPr>
    </w:p>
    <w:p w14:paraId="04AE207F" w14:textId="77777777" w:rsidR="00973B41" w:rsidRDefault="00973B41" w:rsidP="00914953">
      <w:pPr>
        <w:rPr>
          <w:lang w:val="id-ID"/>
        </w:rPr>
      </w:pPr>
    </w:p>
    <w:p w14:paraId="4409BBA0" w14:textId="77777777" w:rsidR="00973B41" w:rsidRDefault="00973B41" w:rsidP="00914953">
      <w:pPr>
        <w:rPr>
          <w:lang w:val="id-ID"/>
        </w:rPr>
      </w:pPr>
    </w:p>
    <w:p w14:paraId="0BE56E72" w14:textId="77777777" w:rsidR="00973B41" w:rsidRDefault="00973B41" w:rsidP="00914953">
      <w:pPr>
        <w:rPr>
          <w:lang w:val="id-ID"/>
        </w:rPr>
      </w:pPr>
    </w:p>
    <w:p w14:paraId="2AB6D1C3" w14:textId="77777777" w:rsidR="00973B41" w:rsidRDefault="00973B41" w:rsidP="00914953">
      <w:pPr>
        <w:rPr>
          <w:lang w:val="id-ID"/>
        </w:rPr>
      </w:pPr>
    </w:p>
    <w:p w14:paraId="27041E21" w14:textId="77777777" w:rsidR="00973B41" w:rsidRDefault="00973B41" w:rsidP="00914953">
      <w:pPr>
        <w:rPr>
          <w:lang w:val="id-ID"/>
        </w:rPr>
      </w:pPr>
    </w:p>
    <w:p w14:paraId="20134720" w14:textId="77777777" w:rsidR="00973B41" w:rsidRPr="00E22388" w:rsidRDefault="00973B41" w:rsidP="00914953">
      <w:pPr>
        <w:rPr>
          <w:lang w:val="id-ID"/>
        </w:rPr>
      </w:pPr>
    </w:p>
    <w:p w14:paraId="2B547DF2" w14:textId="77777777" w:rsidR="00743625" w:rsidRPr="00E22388" w:rsidRDefault="00743625" w:rsidP="00914953">
      <w:pPr>
        <w:rPr>
          <w:lang w:val="id-ID"/>
        </w:rPr>
      </w:pPr>
    </w:p>
    <w:p w14:paraId="6D2DFFF5" w14:textId="77777777" w:rsidR="00743625" w:rsidRDefault="00743625" w:rsidP="00914953">
      <w:pPr>
        <w:rPr>
          <w:lang w:val="id-ID"/>
        </w:rPr>
      </w:pPr>
    </w:p>
    <w:p w14:paraId="56FAE771" w14:textId="5530043A" w:rsidR="00A30133" w:rsidRDefault="00A30133" w:rsidP="00A30133">
      <w:pPr>
        <w:spacing w:line="240" w:lineRule="auto"/>
        <w:rPr>
          <w:lang w:val="id-ID"/>
        </w:rPr>
      </w:pPr>
      <w:r>
        <w:rPr>
          <w:lang w:val="id-ID"/>
        </w:rPr>
        <w:br w:type="page"/>
      </w:r>
    </w:p>
    <w:p w14:paraId="59EF888D" w14:textId="02E7859B" w:rsidR="00FE09B8" w:rsidRDefault="00FE09B8" w:rsidP="00A30133">
      <w:pPr>
        <w:pStyle w:val="Heading1"/>
        <w:numPr>
          <w:ilvl w:val="0"/>
          <w:numId w:val="0"/>
        </w:numPr>
        <w:spacing w:after="0" w:line="240" w:lineRule="auto"/>
        <w:rPr>
          <w:lang w:val="id-ID"/>
        </w:rPr>
      </w:pPr>
      <w:bookmarkStart w:id="13" w:name="_Toc236747621"/>
      <w:r w:rsidRPr="00E22388">
        <w:rPr>
          <w:lang w:val="id-ID"/>
        </w:rPr>
        <w:lastRenderedPageBreak/>
        <w:t>DAFTAR ISI</w:t>
      </w:r>
      <w:bookmarkEnd w:id="1"/>
      <w:bookmarkEnd w:id="13"/>
    </w:p>
    <w:p w14:paraId="06FD2BAE" w14:textId="626C4875" w:rsidR="00A30133" w:rsidRDefault="00A30133" w:rsidP="00A30133">
      <w:pPr>
        <w:spacing w:after="0" w:line="240" w:lineRule="auto"/>
        <w:rPr>
          <w:lang w:val="id-ID"/>
        </w:rPr>
      </w:pPr>
    </w:p>
    <w:p w14:paraId="6F249FC5" w14:textId="77777777" w:rsidR="00A30133" w:rsidRPr="00A30133" w:rsidRDefault="00A30133" w:rsidP="00A30133">
      <w:pPr>
        <w:spacing w:after="0" w:line="240" w:lineRule="auto"/>
        <w:rPr>
          <w:lang w:val="id-ID"/>
        </w:rPr>
      </w:pPr>
    </w:p>
    <w:p w14:paraId="5092D4F2" w14:textId="2952C70C" w:rsidR="00773EB9" w:rsidRDefault="00FE09B8">
      <w:pPr>
        <w:pStyle w:val="TOC1"/>
        <w:tabs>
          <w:tab w:val="right" w:leader="dot" w:pos="7927"/>
        </w:tabs>
        <w:rPr>
          <w:rFonts w:asciiTheme="minorHAnsi" w:hAnsiTheme="minorHAnsi"/>
          <w:noProof/>
          <w:sz w:val="22"/>
        </w:rPr>
      </w:pPr>
      <w:r w:rsidRPr="00E22388">
        <w:rPr>
          <w:lang w:val="id-ID"/>
        </w:rPr>
        <w:fldChar w:fldCharType="begin"/>
      </w:r>
      <w:r w:rsidRPr="00E22388">
        <w:rPr>
          <w:lang w:val="id-ID"/>
        </w:rPr>
        <w:instrText xml:space="preserve"> TOC \o "1-2" \h \z \u </w:instrText>
      </w:r>
      <w:r w:rsidRPr="00E22388">
        <w:rPr>
          <w:lang w:val="id-ID"/>
        </w:rPr>
        <w:fldChar w:fldCharType="separate"/>
      </w:r>
      <w:hyperlink w:anchor="_Toc236747613" w:history="1">
        <w:r w:rsidR="00773EB9" w:rsidRPr="0047271F">
          <w:rPr>
            <w:rStyle w:val="Hyperlink"/>
            <w:noProof/>
            <w:lang w:val="id-ID"/>
          </w:rPr>
          <w:t>LEMBAR JUDUL</w:t>
        </w:r>
        <w:r w:rsidR="00773EB9">
          <w:rPr>
            <w:noProof/>
            <w:webHidden/>
          </w:rPr>
          <w:tab/>
        </w:r>
        <w:r w:rsidR="00773EB9">
          <w:rPr>
            <w:noProof/>
            <w:webHidden/>
          </w:rPr>
          <w:fldChar w:fldCharType="begin"/>
        </w:r>
        <w:r w:rsidR="00773EB9">
          <w:rPr>
            <w:noProof/>
            <w:webHidden/>
          </w:rPr>
          <w:instrText xml:space="preserve"> PAGEREF _Toc236747613 \h </w:instrText>
        </w:r>
        <w:r w:rsidR="00773EB9">
          <w:rPr>
            <w:noProof/>
            <w:webHidden/>
          </w:rPr>
        </w:r>
        <w:r w:rsidR="00773EB9">
          <w:rPr>
            <w:noProof/>
            <w:webHidden/>
          </w:rPr>
          <w:fldChar w:fldCharType="separate"/>
        </w:r>
        <w:r w:rsidR="004152A4">
          <w:rPr>
            <w:noProof/>
            <w:webHidden/>
          </w:rPr>
          <w:t>i</w:t>
        </w:r>
        <w:r w:rsidR="00773EB9">
          <w:rPr>
            <w:noProof/>
            <w:webHidden/>
          </w:rPr>
          <w:fldChar w:fldCharType="end"/>
        </w:r>
      </w:hyperlink>
    </w:p>
    <w:p w14:paraId="2C001EAF" w14:textId="6FE11849" w:rsidR="00773EB9" w:rsidRDefault="00CD44D9">
      <w:pPr>
        <w:pStyle w:val="TOC1"/>
        <w:tabs>
          <w:tab w:val="right" w:leader="dot" w:pos="7927"/>
        </w:tabs>
        <w:rPr>
          <w:rFonts w:asciiTheme="minorHAnsi" w:hAnsiTheme="minorHAnsi"/>
          <w:noProof/>
          <w:sz w:val="22"/>
        </w:rPr>
      </w:pPr>
      <w:hyperlink w:anchor="_Toc236747614" w:history="1">
        <w:r w:rsidR="00773EB9" w:rsidRPr="0047271F">
          <w:rPr>
            <w:rStyle w:val="Hyperlink"/>
            <w:noProof/>
            <w:lang w:val="id-ID"/>
          </w:rPr>
          <w:t xml:space="preserve">LEMBAR PERSETUJUAN </w:t>
        </w:r>
        <w:r w:rsidR="00773EB9" w:rsidRPr="0047271F">
          <w:rPr>
            <w:rStyle w:val="Hyperlink"/>
            <w:noProof/>
            <w:lang w:val="en-GB"/>
          </w:rPr>
          <w:t>SKRIPSI</w:t>
        </w:r>
        <w:r w:rsidR="00773EB9">
          <w:rPr>
            <w:noProof/>
            <w:webHidden/>
          </w:rPr>
          <w:tab/>
        </w:r>
        <w:r w:rsidR="00773EB9">
          <w:rPr>
            <w:noProof/>
            <w:webHidden/>
          </w:rPr>
          <w:fldChar w:fldCharType="begin"/>
        </w:r>
        <w:r w:rsidR="00773EB9">
          <w:rPr>
            <w:noProof/>
            <w:webHidden/>
          </w:rPr>
          <w:instrText xml:space="preserve"> PAGEREF _Toc236747614 \h </w:instrText>
        </w:r>
        <w:r w:rsidR="00773EB9">
          <w:rPr>
            <w:noProof/>
            <w:webHidden/>
          </w:rPr>
        </w:r>
        <w:r w:rsidR="00773EB9">
          <w:rPr>
            <w:noProof/>
            <w:webHidden/>
          </w:rPr>
          <w:fldChar w:fldCharType="separate"/>
        </w:r>
        <w:r w:rsidR="004152A4">
          <w:rPr>
            <w:noProof/>
            <w:webHidden/>
          </w:rPr>
          <w:t>ii</w:t>
        </w:r>
        <w:r w:rsidR="00773EB9">
          <w:rPr>
            <w:noProof/>
            <w:webHidden/>
          </w:rPr>
          <w:fldChar w:fldCharType="end"/>
        </w:r>
      </w:hyperlink>
    </w:p>
    <w:p w14:paraId="1BA5E017" w14:textId="6D84633F" w:rsidR="00773EB9" w:rsidRDefault="00CD44D9">
      <w:pPr>
        <w:pStyle w:val="TOC1"/>
        <w:tabs>
          <w:tab w:val="right" w:leader="dot" w:pos="7927"/>
        </w:tabs>
        <w:rPr>
          <w:rFonts w:asciiTheme="minorHAnsi" w:hAnsiTheme="minorHAnsi"/>
          <w:noProof/>
          <w:sz w:val="22"/>
        </w:rPr>
      </w:pPr>
      <w:hyperlink w:anchor="_Toc236747615" w:history="1">
        <w:r w:rsidR="00773EB9" w:rsidRPr="0047271F">
          <w:rPr>
            <w:rStyle w:val="Hyperlink"/>
            <w:noProof/>
            <w:lang w:val="id-ID"/>
          </w:rPr>
          <w:t xml:space="preserve">LEMBAR PENGESAHAN </w:t>
        </w:r>
        <w:r w:rsidR="00773EB9" w:rsidRPr="0047271F">
          <w:rPr>
            <w:rStyle w:val="Hyperlink"/>
            <w:noProof/>
            <w:lang w:val="en-GB"/>
          </w:rPr>
          <w:t>SKRIPSI</w:t>
        </w:r>
        <w:r w:rsidR="00773EB9">
          <w:rPr>
            <w:noProof/>
            <w:webHidden/>
          </w:rPr>
          <w:tab/>
        </w:r>
        <w:r w:rsidR="00773EB9">
          <w:rPr>
            <w:noProof/>
            <w:webHidden/>
          </w:rPr>
          <w:fldChar w:fldCharType="begin"/>
        </w:r>
        <w:r w:rsidR="00773EB9">
          <w:rPr>
            <w:noProof/>
            <w:webHidden/>
          </w:rPr>
          <w:instrText xml:space="preserve"> PAGEREF _Toc236747615 \h </w:instrText>
        </w:r>
        <w:r w:rsidR="00773EB9">
          <w:rPr>
            <w:noProof/>
            <w:webHidden/>
          </w:rPr>
        </w:r>
        <w:r w:rsidR="00773EB9">
          <w:rPr>
            <w:noProof/>
            <w:webHidden/>
          </w:rPr>
          <w:fldChar w:fldCharType="separate"/>
        </w:r>
        <w:r w:rsidR="004152A4">
          <w:rPr>
            <w:noProof/>
            <w:webHidden/>
          </w:rPr>
          <w:t>iii</w:t>
        </w:r>
        <w:r w:rsidR="00773EB9">
          <w:rPr>
            <w:noProof/>
            <w:webHidden/>
          </w:rPr>
          <w:fldChar w:fldCharType="end"/>
        </w:r>
      </w:hyperlink>
    </w:p>
    <w:p w14:paraId="459294E4" w14:textId="5C53FF8E" w:rsidR="00773EB9" w:rsidRDefault="00CD44D9">
      <w:pPr>
        <w:pStyle w:val="TOC1"/>
        <w:tabs>
          <w:tab w:val="right" w:leader="dot" w:pos="7927"/>
        </w:tabs>
        <w:rPr>
          <w:rFonts w:asciiTheme="minorHAnsi" w:hAnsiTheme="minorHAnsi"/>
          <w:noProof/>
          <w:sz w:val="22"/>
        </w:rPr>
      </w:pPr>
      <w:hyperlink w:anchor="_Toc236747616" w:history="1">
        <w:r w:rsidR="00773EB9" w:rsidRPr="0047271F">
          <w:rPr>
            <w:rStyle w:val="Hyperlink"/>
            <w:noProof/>
            <w:lang w:val="en-GB"/>
          </w:rPr>
          <w:t>PERNYATAAN KEASLIAN</w:t>
        </w:r>
        <w:r w:rsidR="00773EB9">
          <w:rPr>
            <w:noProof/>
            <w:webHidden/>
          </w:rPr>
          <w:tab/>
        </w:r>
        <w:r w:rsidR="00773EB9">
          <w:rPr>
            <w:noProof/>
            <w:webHidden/>
          </w:rPr>
          <w:fldChar w:fldCharType="begin"/>
        </w:r>
        <w:r w:rsidR="00773EB9">
          <w:rPr>
            <w:noProof/>
            <w:webHidden/>
          </w:rPr>
          <w:instrText xml:space="preserve"> PAGEREF _Toc236747616 \h </w:instrText>
        </w:r>
        <w:r w:rsidR="00773EB9">
          <w:rPr>
            <w:noProof/>
            <w:webHidden/>
          </w:rPr>
        </w:r>
        <w:r w:rsidR="00773EB9">
          <w:rPr>
            <w:noProof/>
            <w:webHidden/>
          </w:rPr>
          <w:fldChar w:fldCharType="separate"/>
        </w:r>
        <w:r w:rsidR="004152A4">
          <w:rPr>
            <w:noProof/>
            <w:webHidden/>
          </w:rPr>
          <w:t>iv</w:t>
        </w:r>
        <w:r w:rsidR="00773EB9">
          <w:rPr>
            <w:noProof/>
            <w:webHidden/>
          </w:rPr>
          <w:fldChar w:fldCharType="end"/>
        </w:r>
      </w:hyperlink>
    </w:p>
    <w:p w14:paraId="2366D40F" w14:textId="4AD2ED6E" w:rsidR="00773EB9" w:rsidRDefault="00CD44D9">
      <w:pPr>
        <w:pStyle w:val="TOC1"/>
        <w:tabs>
          <w:tab w:val="right" w:leader="dot" w:pos="7927"/>
        </w:tabs>
        <w:rPr>
          <w:rFonts w:asciiTheme="minorHAnsi" w:hAnsiTheme="minorHAnsi"/>
          <w:noProof/>
          <w:sz w:val="22"/>
        </w:rPr>
      </w:pPr>
      <w:hyperlink w:anchor="_Toc236747617" w:history="1">
        <w:r w:rsidR="00773EB9" w:rsidRPr="0047271F">
          <w:rPr>
            <w:rStyle w:val="Hyperlink"/>
            <w:noProof/>
            <w:lang w:val="en-GB"/>
          </w:rPr>
          <w:t>PERNYATAAN PENGGUNAAN KECERDASAN BUATAN (AI)</w:t>
        </w:r>
        <w:r w:rsidR="00773EB9">
          <w:rPr>
            <w:noProof/>
            <w:webHidden/>
          </w:rPr>
          <w:tab/>
        </w:r>
        <w:r w:rsidR="00773EB9">
          <w:rPr>
            <w:noProof/>
            <w:webHidden/>
          </w:rPr>
          <w:fldChar w:fldCharType="begin"/>
        </w:r>
        <w:r w:rsidR="00773EB9">
          <w:rPr>
            <w:noProof/>
            <w:webHidden/>
          </w:rPr>
          <w:instrText xml:space="preserve"> PAGEREF _Toc236747617 \h </w:instrText>
        </w:r>
        <w:r w:rsidR="00773EB9">
          <w:rPr>
            <w:noProof/>
            <w:webHidden/>
          </w:rPr>
        </w:r>
        <w:r w:rsidR="00773EB9">
          <w:rPr>
            <w:noProof/>
            <w:webHidden/>
          </w:rPr>
          <w:fldChar w:fldCharType="separate"/>
        </w:r>
        <w:r w:rsidR="004152A4">
          <w:rPr>
            <w:noProof/>
            <w:webHidden/>
          </w:rPr>
          <w:t>v</w:t>
        </w:r>
        <w:r w:rsidR="00773EB9">
          <w:rPr>
            <w:noProof/>
            <w:webHidden/>
          </w:rPr>
          <w:fldChar w:fldCharType="end"/>
        </w:r>
      </w:hyperlink>
    </w:p>
    <w:p w14:paraId="3AE20623" w14:textId="1DDDBF6D" w:rsidR="00773EB9" w:rsidRDefault="00CD44D9">
      <w:pPr>
        <w:pStyle w:val="TOC1"/>
        <w:tabs>
          <w:tab w:val="right" w:leader="dot" w:pos="7927"/>
        </w:tabs>
        <w:rPr>
          <w:rFonts w:asciiTheme="minorHAnsi" w:hAnsiTheme="minorHAnsi"/>
          <w:noProof/>
          <w:sz w:val="22"/>
        </w:rPr>
      </w:pPr>
      <w:hyperlink w:anchor="_Toc236747618" w:history="1">
        <w:r w:rsidR="00773EB9" w:rsidRPr="0047271F">
          <w:rPr>
            <w:rStyle w:val="Hyperlink"/>
            <w:noProof/>
            <w:lang w:val="id-ID"/>
          </w:rPr>
          <w:t>A</w:t>
        </w:r>
        <w:r w:rsidR="00773EB9" w:rsidRPr="0047271F">
          <w:rPr>
            <w:rStyle w:val="Hyperlink"/>
            <w:noProof/>
          </w:rPr>
          <w:t>bstrak</w:t>
        </w:r>
        <w:r w:rsidR="00773EB9">
          <w:rPr>
            <w:noProof/>
            <w:webHidden/>
          </w:rPr>
          <w:tab/>
        </w:r>
        <w:r w:rsidR="00773EB9">
          <w:rPr>
            <w:noProof/>
            <w:webHidden/>
          </w:rPr>
          <w:fldChar w:fldCharType="begin"/>
        </w:r>
        <w:r w:rsidR="00773EB9">
          <w:rPr>
            <w:noProof/>
            <w:webHidden/>
          </w:rPr>
          <w:instrText xml:space="preserve"> PAGEREF _Toc236747618 \h </w:instrText>
        </w:r>
        <w:r w:rsidR="00773EB9">
          <w:rPr>
            <w:noProof/>
            <w:webHidden/>
          </w:rPr>
        </w:r>
        <w:r w:rsidR="00773EB9">
          <w:rPr>
            <w:noProof/>
            <w:webHidden/>
          </w:rPr>
          <w:fldChar w:fldCharType="separate"/>
        </w:r>
        <w:r w:rsidR="004152A4">
          <w:rPr>
            <w:noProof/>
            <w:webHidden/>
          </w:rPr>
          <w:t>vi</w:t>
        </w:r>
        <w:r w:rsidR="00773EB9">
          <w:rPr>
            <w:noProof/>
            <w:webHidden/>
          </w:rPr>
          <w:fldChar w:fldCharType="end"/>
        </w:r>
      </w:hyperlink>
    </w:p>
    <w:p w14:paraId="0C123985" w14:textId="72B8D0E7" w:rsidR="00773EB9" w:rsidRDefault="00CD44D9">
      <w:pPr>
        <w:pStyle w:val="TOC1"/>
        <w:tabs>
          <w:tab w:val="right" w:leader="dot" w:pos="7927"/>
        </w:tabs>
        <w:rPr>
          <w:rFonts w:asciiTheme="minorHAnsi" w:hAnsiTheme="minorHAnsi"/>
          <w:noProof/>
          <w:sz w:val="22"/>
        </w:rPr>
      </w:pPr>
      <w:hyperlink w:anchor="_Toc236747619" w:history="1">
        <w:r w:rsidR="00773EB9" w:rsidRPr="0047271F">
          <w:rPr>
            <w:rStyle w:val="Hyperlink"/>
            <w:noProof/>
            <w:lang w:val="id-ID"/>
          </w:rPr>
          <w:t>Abstract</w:t>
        </w:r>
        <w:r w:rsidR="00773EB9">
          <w:rPr>
            <w:noProof/>
            <w:webHidden/>
          </w:rPr>
          <w:tab/>
        </w:r>
        <w:r w:rsidR="00773EB9">
          <w:rPr>
            <w:noProof/>
            <w:webHidden/>
          </w:rPr>
          <w:fldChar w:fldCharType="begin"/>
        </w:r>
        <w:r w:rsidR="00773EB9">
          <w:rPr>
            <w:noProof/>
            <w:webHidden/>
          </w:rPr>
          <w:instrText xml:space="preserve"> PAGEREF _Toc236747619 \h </w:instrText>
        </w:r>
        <w:r w:rsidR="00773EB9">
          <w:rPr>
            <w:noProof/>
            <w:webHidden/>
          </w:rPr>
        </w:r>
        <w:r w:rsidR="00773EB9">
          <w:rPr>
            <w:noProof/>
            <w:webHidden/>
          </w:rPr>
          <w:fldChar w:fldCharType="separate"/>
        </w:r>
        <w:r w:rsidR="004152A4">
          <w:rPr>
            <w:noProof/>
            <w:webHidden/>
          </w:rPr>
          <w:t>vii</w:t>
        </w:r>
        <w:r w:rsidR="00773EB9">
          <w:rPr>
            <w:noProof/>
            <w:webHidden/>
          </w:rPr>
          <w:fldChar w:fldCharType="end"/>
        </w:r>
      </w:hyperlink>
    </w:p>
    <w:p w14:paraId="32355DC3" w14:textId="3E16341F" w:rsidR="00773EB9" w:rsidRDefault="00CD44D9">
      <w:pPr>
        <w:pStyle w:val="TOC1"/>
        <w:tabs>
          <w:tab w:val="right" w:leader="dot" w:pos="7927"/>
        </w:tabs>
        <w:rPr>
          <w:rFonts w:asciiTheme="minorHAnsi" w:hAnsiTheme="minorHAnsi"/>
          <w:noProof/>
          <w:sz w:val="22"/>
        </w:rPr>
      </w:pPr>
      <w:hyperlink w:anchor="_Toc236747620" w:history="1">
        <w:r w:rsidR="00773EB9" w:rsidRPr="0047271F">
          <w:rPr>
            <w:rStyle w:val="Hyperlink"/>
            <w:noProof/>
            <w:lang w:val="id-ID"/>
          </w:rPr>
          <w:t>KATA PENGANTAR</w:t>
        </w:r>
        <w:r w:rsidR="00773EB9">
          <w:rPr>
            <w:noProof/>
            <w:webHidden/>
          </w:rPr>
          <w:tab/>
        </w:r>
        <w:r w:rsidR="00773EB9">
          <w:rPr>
            <w:noProof/>
            <w:webHidden/>
          </w:rPr>
          <w:fldChar w:fldCharType="begin"/>
        </w:r>
        <w:r w:rsidR="00773EB9">
          <w:rPr>
            <w:noProof/>
            <w:webHidden/>
          </w:rPr>
          <w:instrText xml:space="preserve"> PAGEREF _Toc236747620 \h </w:instrText>
        </w:r>
        <w:r w:rsidR="00773EB9">
          <w:rPr>
            <w:noProof/>
            <w:webHidden/>
          </w:rPr>
        </w:r>
        <w:r w:rsidR="00773EB9">
          <w:rPr>
            <w:noProof/>
            <w:webHidden/>
          </w:rPr>
          <w:fldChar w:fldCharType="separate"/>
        </w:r>
        <w:r w:rsidR="004152A4">
          <w:rPr>
            <w:noProof/>
            <w:webHidden/>
          </w:rPr>
          <w:t>viii</w:t>
        </w:r>
        <w:r w:rsidR="00773EB9">
          <w:rPr>
            <w:noProof/>
            <w:webHidden/>
          </w:rPr>
          <w:fldChar w:fldCharType="end"/>
        </w:r>
      </w:hyperlink>
    </w:p>
    <w:p w14:paraId="445ACF64" w14:textId="766F6CC4" w:rsidR="00773EB9" w:rsidRDefault="00CD44D9">
      <w:pPr>
        <w:pStyle w:val="TOC1"/>
        <w:tabs>
          <w:tab w:val="right" w:leader="dot" w:pos="7927"/>
        </w:tabs>
        <w:rPr>
          <w:rFonts w:asciiTheme="minorHAnsi" w:hAnsiTheme="minorHAnsi"/>
          <w:noProof/>
          <w:sz w:val="22"/>
        </w:rPr>
      </w:pPr>
      <w:hyperlink w:anchor="_Toc236747621" w:history="1">
        <w:r w:rsidR="00773EB9" w:rsidRPr="0047271F">
          <w:rPr>
            <w:rStyle w:val="Hyperlink"/>
            <w:noProof/>
            <w:lang w:val="id-ID"/>
          </w:rPr>
          <w:t>DAFTAR ISI</w:t>
        </w:r>
        <w:r w:rsidR="00773EB9">
          <w:rPr>
            <w:noProof/>
            <w:webHidden/>
          </w:rPr>
          <w:tab/>
        </w:r>
        <w:r w:rsidR="00773EB9">
          <w:rPr>
            <w:noProof/>
            <w:webHidden/>
          </w:rPr>
          <w:fldChar w:fldCharType="begin"/>
        </w:r>
        <w:r w:rsidR="00773EB9">
          <w:rPr>
            <w:noProof/>
            <w:webHidden/>
          </w:rPr>
          <w:instrText xml:space="preserve"> PAGEREF _Toc236747621 \h </w:instrText>
        </w:r>
        <w:r w:rsidR="00773EB9">
          <w:rPr>
            <w:noProof/>
            <w:webHidden/>
          </w:rPr>
        </w:r>
        <w:r w:rsidR="00773EB9">
          <w:rPr>
            <w:noProof/>
            <w:webHidden/>
          </w:rPr>
          <w:fldChar w:fldCharType="separate"/>
        </w:r>
        <w:r w:rsidR="004152A4">
          <w:rPr>
            <w:noProof/>
            <w:webHidden/>
          </w:rPr>
          <w:t>x</w:t>
        </w:r>
        <w:r w:rsidR="00773EB9">
          <w:rPr>
            <w:noProof/>
            <w:webHidden/>
          </w:rPr>
          <w:fldChar w:fldCharType="end"/>
        </w:r>
      </w:hyperlink>
    </w:p>
    <w:p w14:paraId="6AD30917" w14:textId="14A81B00" w:rsidR="00773EB9" w:rsidRDefault="00CD44D9">
      <w:pPr>
        <w:pStyle w:val="TOC1"/>
        <w:tabs>
          <w:tab w:val="right" w:leader="dot" w:pos="7927"/>
        </w:tabs>
        <w:rPr>
          <w:rFonts w:asciiTheme="minorHAnsi" w:hAnsiTheme="minorHAnsi"/>
          <w:noProof/>
          <w:sz w:val="22"/>
        </w:rPr>
      </w:pPr>
      <w:hyperlink w:anchor="_Toc236747622" w:history="1">
        <w:r w:rsidR="00773EB9" w:rsidRPr="0047271F">
          <w:rPr>
            <w:rStyle w:val="Hyperlink"/>
            <w:noProof/>
            <w:lang w:val="id-ID"/>
          </w:rPr>
          <w:t>DAFTAR TABEL</w:t>
        </w:r>
        <w:r w:rsidR="00773EB9">
          <w:rPr>
            <w:noProof/>
            <w:webHidden/>
          </w:rPr>
          <w:tab/>
        </w:r>
        <w:r w:rsidR="00773EB9">
          <w:rPr>
            <w:noProof/>
            <w:webHidden/>
          </w:rPr>
          <w:fldChar w:fldCharType="begin"/>
        </w:r>
        <w:r w:rsidR="00773EB9">
          <w:rPr>
            <w:noProof/>
            <w:webHidden/>
          </w:rPr>
          <w:instrText xml:space="preserve"> PAGEREF _Toc236747622 \h </w:instrText>
        </w:r>
        <w:r w:rsidR="00773EB9">
          <w:rPr>
            <w:noProof/>
            <w:webHidden/>
          </w:rPr>
        </w:r>
        <w:r w:rsidR="00773EB9">
          <w:rPr>
            <w:noProof/>
            <w:webHidden/>
          </w:rPr>
          <w:fldChar w:fldCharType="separate"/>
        </w:r>
        <w:r w:rsidR="004152A4">
          <w:rPr>
            <w:noProof/>
            <w:webHidden/>
          </w:rPr>
          <w:t>xii</w:t>
        </w:r>
        <w:r w:rsidR="00773EB9">
          <w:rPr>
            <w:noProof/>
            <w:webHidden/>
          </w:rPr>
          <w:fldChar w:fldCharType="end"/>
        </w:r>
      </w:hyperlink>
    </w:p>
    <w:p w14:paraId="3D10A86C" w14:textId="4CE39557" w:rsidR="00773EB9" w:rsidRDefault="00CD44D9">
      <w:pPr>
        <w:pStyle w:val="TOC1"/>
        <w:tabs>
          <w:tab w:val="right" w:leader="dot" w:pos="7927"/>
        </w:tabs>
        <w:rPr>
          <w:rFonts w:asciiTheme="minorHAnsi" w:hAnsiTheme="minorHAnsi"/>
          <w:noProof/>
          <w:sz w:val="22"/>
        </w:rPr>
      </w:pPr>
      <w:hyperlink w:anchor="_Toc236747623" w:history="1">
        <w:r w:rsidR="00773EB9" w:rsidRPr="0047271F">
          <w:rPr>
            <w:rStyle w:val="Hyperlink"/>
            <w:noProof/>
            <w:lang w:val="id-ID"/>
          </w:rPr>
          <w:t>DAFTAR GAMBAR</w:t>
        </w:r>
        <w:r w:rsidR="00773EB9">
          <w:rPr>
            <w:noProof/>
            <w:webHidden/>
          </w:rPr>
          <w:tab/>
        </w:r>
        <w:r w:rsidR="00773EB9">
          <w:rPr>
            <w:noProof/>
            <w:webHidden/>
          </w:rPr>
          <w:fldChar w:fldCharType="begin"/>
        </w:r>
        <w:r w:rsidR="00773EB9">
          <w:rPr>
            <w:noProof/>
            <w:webHidden/>
          </w:rPr>
          <w:instrText xml:space="preserve"> PAGEREF _Toc236747623 \h </w:instrText>
        </w:r>
        <w:r w:rsidR="00773EB9">
          <w:rPr>
            <w:noProof/>
            <w:webHidden/>
          </w:rPr>
        </w:r>
        <w:r w:rsidR="00773EB9">
          <w:rPr>
            <w:noProof/>
            <w:webHidden/>
          </w:rPr>
          <w:fldChar w:fldCharType="separate"/>
        </w:r>
        <w:r w:rsidR="004152A4">
          <w:rPr>
            <w:noProof/>
            <w:webHidden/>
          </w:rPr>
          <w:t>xiii</w:t>
        </w:r>
        <w:r w:rsidR="00773EB9">
          <w:rPr>
            <w:noProof/>
            <w:webHidden/>
          </w:rPr>
          <w:fldChar w:fldCharType="end"/>
        </w:r>
      </w:hyperlink>
    </w:p>
    <w:p w14:paraId="431A14D2" w14:textId="5CF3580A" w:rsidR="00773EB9" w:rsidRDefault="00CD44D9">
      <w:pPr>
        <w:pStyle w:val="TOC1"/>
        <w:tabs>
          <w:tab w:val="right" w:leader="dot" w:pos="7927"/>
        </w:tabs>
        <w:rPr>
          <w:rFonts w:asciiTheme="minorHAnsi" w:hAnsiTheme="minorHAnsi"/>
          <w:noProof/>
          <w:sz w:val="22"/>
        </w:rPr>
      </w:pPr>
      <w:hyperlink w:anchor="_Toc236747624" w:history="1">
        <w:r w:rsidR="00773EB9" w:rsidRPr="0047271F">
          <w:rPr>
            <w:rStyle w:val="Hyperlink"/>
            <w:noProof/>
            <w:lang w:val="id-ID"/>
          </w:rPr>
          <w:t>DAFTAR LAMPIRAN</w:t>
        </w:r>
        <w:r w:rsidR="00773EB9">
          <w:rPr>
            <w:noProof/>
            <w:webHidden/>
          </w:rPr>
          <w:tab/>
        </w:r>
        <w:r w:rsidR="00773EB9">
          <w:rPr>
            <w:noProof/>
            <w:webHidden/>
          </w:rPr>
          <w:fldChar w:fldCharType="begin"/>
        </w:r>
        <w:r w:rsidR="00773EB9">
          <w:rPr>
            <w:noProof/>
            <w:webHidden/>
          </w:rPr>
          <w:instrText xml:space="preserve"> PAGEREF _Toc236747624 \h </w:instrText>
        </w:r>
        <w:r w:rsidR="00773EB9">
          <w:rPr>
            <w:noProof/>
            <w:webHidden/>
          </w:rPr>
        </w:r>
        <w:r w:rsidR="00773EB9">
          <w:rPr>
            <w:noProof/>
            <w:webHidden/>
          </w:rPr>
          <w:fldChar w:fldCharType="separate"/>
        </w:r>
        <w:r w:rsidR="004152A4">
          <w:rPr>
            <w:noProof/>
            <w:webHidden/>
          </w:rPr>
          <w:t>xiv</w:t>
        </w:r>
        <w:r w:rsidR="00773EB9">
          <w:rPr>
            <w:noProof/>
            <w:webHidden/>
          </w:rPr>
          <w:fldChar w:fldCharType="end"/>
        </w:r>
      </w:hyperlink>
    </w:p>
    <w:p w14:paraId="5A9D911B" w14:textId="5ADE48C6" w:rsidR="00773EB9" w:rsidRDefault="00CD44D9">
      <w:pPr>
        <w:pStyle w:val="TOC1"/>
        <w:tabs>
          <w:tab w:val="right" w:leader="dot" w:pos="7927"/>
        </w:tabs>
        <w:rPr>
          <w:rFonts w:asciiTheme="minorHAnsi" w:hAnsiTheme="minorHAnsi"/>
          <w:noProof/>
          <w:sz w:val="22"/>
        </w:rPr>
      </w:pPr>
      <w:hyperlink w:anchor="_Toc236747625" w:history="1">
        <w:r w:rsidR="00773EB9" w:rsidRPr="0047271F">
          <w:rPr>
            <w:rStyle w:val="Hyperlink"/>
            <w:noProof/>
            <w:lang w:val="id-ID"/>
          </w:rPr>
          <w:t>BAB I</w:t>
        </w:r>
        <w:r w:rsidR="00773EB9">
          <w:rPr>
            <w:noProof/>
            <w:webHidden/>
          </w:rPr>
          <w:tab/>
        </w:r>
        <w:r w:rsidR="00773EB9">
          <w:rPr>
            <w:noProof/>
            <w:webHidden/>
          </w:rPr>
          <w:fldChar w:fldCharType="begin"/>
        </w:r>
        <w:r w:rsidR="00773EB9">
          <w:rPr>
            <w:noProof/>
            <w:webHidden/>
          </w:rPr>
          <w:instrText xml:space="preserve"> PAGEREF _Toc236747625 \h </w:instrText>
        </w:r>
        <w:r w:rsidR="00773EB9">
          <w:rPr>
            <w:noProof/>
            <w:webHidden/>
          </w:rPr>
        </w:r>
        <w:r w:rsidR="00773EB9">
          <w:rPr>
            <w:noProof/>
            <w:webHidden/>
          </w:rPr>
          <w:fldChar w:fldCharType="separate"/>
        </w:r>
        <w:r w:rsidR="004152A4">
          <w:rPr>
            <w:noProof/>
            <w:webHidden/>
          </w:rPr>
          <w:t>1</w:t>
        </w:r>
        <w:r w:rsidR="00773EB9">
          <w:rPr>
            <w:noProof/>
            <w:webHidden/>
          </w:rPr>
          <w:fldChar w:fldCharType="end"/>
        </w:r>
      </w:hyperlink>
    </w:p>
    <w:p w14:paraId="69D4AA53" w14:textId="79647E0E" w:rsidR="00773EB9" w:rsidRDefault="00CD44D9">
      <w:pPr>
        <w:pStyle w:val="TOC2"/>
        <w:tabs>
          <w:tab w:val="left" w:pos="880"/>
          <w:tab w:val="right" w:leader="dot" w:pos="7927"/>
        </w:tabs>
        <w:rPr>
          <w:rFonts w:asciiTheme="minorHAnsi" w:hAnsiTheme="minorHAnsi"/>
          <w:noProof/>
          <w:sz w:val="22"/>
        </w:rPr>
      </w:pPr>
      <w:hyperlink w:anchor="_Toc236747626" w:history="1">
        <w:r w:rsidR="00773EB9" w:rsidRPr="0047271F">
          <w:rPr>
            <w:rStyle w:val="Hyperlink"/>
            <w:noProof/>
            <w:lang w:val="id-ID"/>
            <w14:scene3d>
              <w14:camera w14:prst="orthographicFront"/>
              <w14:lightRig w14:rig="threePt" w14:dir="t">
                <w14:rot w14:lat="0" w14:lon="0" w14:rev="0"/>
              </w14:lightRig>
            </w14:scene3d>
          </w:rPr>
          <w:t>1.1</w:t>
        </w:r>
        <w:r w:rsidR="00773EB9">
          <w:rPr>
            <w:rFonts w:asciiTheme="minorHAnsi" w:hAnsiTheme="minorHAnsi"/>
            <w:noProof/>
            <w:sz w:val="22"/>
          </w:rPr>
          <w:tab/>
        </w:r>
        <w:r w:rsidR="00773EB9" w:rsidRPr="0047271F">
          <w:rPr>
            <w:rStyle w:val="Hyperlink"/>
            <w:noProof/>
            <w:lang w:val="id-ID"/>
          </w:rPr>
          <w:t>Latar Belakang</w:t>
        </w:r>
        <w:r w:rsidR="00773EB9">
          <w:rPr>
            <w:noProof/>
            <w:webHidden/>
          </w:rPr>
          <w:tab/>
        </w:r>
        <w:r w:rsidR="00773EB9">
          <w:rPr>
            <w:noProof/>
            <w:webHidden/>
          </w:rPr>
          <w:fldChar w:fldCharType="begin"/>
        </w:r>
        <w:r w:rsidR="00773EB9">
          <w:rPr>
            <w:noProof/>
            <w:webHidden/>
          </w:rPr>
          <w:instrText xml:space="preserve"> PAGEREF _Toc236747626 \h </w:instrText>
        </w:r>
        <w:r w:rsidR="00773EB9">
          <w:rPr>
            <w:noProof/>
            <w:webHidden/>
          </w:rPr>
        </w:r>
        <w:r w:rsidR="00773EB9">
          <w:rPr>
            <w:noProof/>
            <w:webHidden/>
          </w:rPr>
          <w:fldChar w:fldCharType="separate"/>
        </w:r>
        <w:r w:rsidR="004152A4">
          <w:rPr>
            <w:noProof/>
            <w:webHidden/>
          </w:rPr>
          <w:t>1</w:t>
        </w:r>
        <w:r w:rsidR="00773EB9">
          <w:rPr>
            <w:noProof/>
            <w:webHidden/>
          </w:rPr>
          <w:fldChar w:fldCharType="end"/>
        </w:r>
      </w:hyperlink>
    </w:p>
    <w:p w14:paraId="1E97131D" w14:textId="31FD1733" w:rsidR="00773EB9" w:rsidRDefault="00CD44D9">
      <w:pPr>
        <w:pStyle w:val="TOC2"/>
        <w:tabs>
          <w:tab w:val="left" w:pos="880"/>
          <w:tab w:val="right" w:leader="dot" w:pos="7927"/>
        </w:tabs>
        <w:rPr>
          <w:rFonts w:asciiTheme="minorHAnsi" w:hAnsiTheme="minorHAnsi"/>
          <w:noProof/>
          <w:sz w:val="22"/>
        </w:rPr>
      </w:pPr>
      <w:hyperlink w:anchor="_Toc236747627" w:history="1">
        <w:r w:rsidR="00773EB9" w:rsidRPr="0047271F">
          <w:rPr>
            <w:rStyle w:val="Hyperlink"/>
            <w:noProof/>
            <w:lang w:val="id-ID"/>
            <w14:scene3d>
              <w14:camera w14:prst="orthographicFront"/>
              <w14:lightRig w14:rig="threePt" w14:dir="t">
                <w14:rot w14:lat="0" w14:lon="0" w14:rev="0"/>
              </w14:lightRig>
            </w14:scene3d>
          </w:rPr>
          <w:t>1.2</w:t>
        </w:r>
        <w:r w:rsidR="00773EB9">
          <w:rPr>
            <w:rFonts w:asciiTheme="minorHAnsi" w:hAnsiTheme="minorHAnsi"/>
            <w:noProof/>
            <w:sz w:val="22"/>
          </w:rPr>
          <w:tab/>
        </w:r>
        <w:r w:rsidR="00773EB9" w:rsidRPr="0047271F">
          <w:rPr>
            <w:rStyle w:val="Hyperlink"/>
            <w:noProof/>
            <w:lang w:val="id-ID"/>
          </w:rPr>
          <w:t>Pembatasan Masalah</w:t>
        </w:r>
        <w:r w:rsidR="00773EB9">
          <w:rPr>
            <w:noProof/>
            <w:webHidden/>
          </w:rPr>
          <w:tab/>
        </w:r>
        <w:r w:rsidR="00773EB9">
          <w:rPr>
            <w:noProof/>
            <w:webHidden/>
          </w:rPr>
          <w:fldChar w:fldCharType="begin"/>
        </w:r>
        <w:r w:rsidR="00773EB9">
          <w:rPr>
            <w:noProof/>
            <w:webHidden/>
          </w:rPr>
          <w:instrText xml:space="preserve"> PAGEREF _Toc236747627 \h </w:instrText>
        </w:r>
        <w:r w:rsidR="00773EB9">
          <w:rPr>
            <w:noProof/>
            <w:webHidden/>
          </w:rPr>
        </w:r>
        <w:r w:rsidR="00773EB9">
          <w:rPr>
            <w:noProof/>
            <w:webHidden/>
          </w:rPr>
          <w:fldChar w:fldCharType="separate"/>
        </w:r>
        <w:r w:rsidR="004152A4">
          <w:rPr>
            <w:noProof/>
            <w:webHidden/>
          </w:rPr>
          <w:t>4</w:t>
        </w:r>
        <w:r w:rsidR="00773EB9">
          <w:rPr>
            <w:noProof/>
            <w:webHidden/>
          </w:rPr>
          <w:fldChar w:fldCharType="end"/>
        </w:r>
      </w:hyperlink>
    </w:p>
    <w:p w14:paraId="24C4F4A9" w14:textId="3A5551F9" w:rsidR="00773EB9" w:rsidRDefault="00CD44D9">
      <w:pPr>
        <w:pStyle w:val="TOC2"/>
        <w:tabs>
          <w:tab w:val="left" w:pos="880"/>
          <w:tab w:val="right" w:leader="dot" w:pos="7927"/>
        </w:tabs>
        <w:rPr>
          <w:rFonts w:asciiTheme="minorHAnsi" w:hAnsiTheme="minorHAnsi"/>
          <w:noProof/>
          <w:sz w:val="22"/>
        </w:rPr>
      </w:pPr>
      <w:hyperlink w:anchor="_Toc236747628" w:history="1">
        <w:r w:rsidR="00773EB9" w:rsidRPr="0047271F">
          <w:rPr>
            <w:rStyle w:val="Hyperlink"/>
            <w:noProof/>
            <w:lang w:val="id-ID"/>
            <w14:scene3d>
              <w14:camera w14:prst="orthographicFront"/>
              <w14:lightRig w14:rig="threePt" w14:dir="t">
                <w14:rot w14:lat="0" w14:lon="0" w14:rev="0"/>
              </w14:lightRig>
            </w14:scene3d>
          </w:rPr>
          <w:t>1.3</w:t>
        </w:r>
        <w:r w:rsidR="00773EB9">
          <w:rPr>
            <w:rFonts w:asciiTheme="minorHAnsi" w:hAnsiTheme="minorHAnsi"/>
            <w:noProof/>
            <w:sz w:val="22"/>
          </w:rPr>
          <w:tab/>
        </w:r>
        <w:r w:rsidR="00773EB9" w:rsidRPr="0047271F">
          <w:rPr>
            <w:rStyle w:val="Hyperlink"/>
            <w:noProof/>
            <w:lang w:val="id-ID"/>
          </w:rPr>
          <w:t>Identifikasi Masalah</w:t>
        </w:r>
        <w:r w:rsidR="00773EB9">
          <w:rPr>
            <w:noProof/>
            <w:webHidden/>
          </w:rPr>
          <w:tab/>
        </w:r>
        <w:r w:rsidR="00773EB9">
          <w:rPr>
            <w:noProof/>
            <w:webHidden/>
          </w:rPr>
          <w:fldChar w:fldCharType="begin"/>
        </w:r>
        <w:r w:rsidR="00773EB9">
          <w:rPr>
            <w:noProof/>
            <w:webHidden/>
          </w:rPr>
          <w:instrText xml:space="preserve"> PAGEREF _Toc236747628 \h </w:instrText>
        </w:r>
        <w:r w:rsidR="00773EB9">
          <w:rPr>
            <w:noProof/>
            <w:webHidden/>
          </w:rPr>
        </w:r>
        <w:r w:rsidR="00773EB9">
          <w:rPr>
            <w:noProof/>
            <w:webHidden/>
          </w:rPr>
          <w:fldChar w:fldCharType="separate"/>
        </w:r>
        <w:r w:rsidR="004152A4">
          <w:rPr>
            <w:noProof/>
            <w:webHidden/>
          </w:rPr>
          <w:t>5</w:t>
        </w:r>
        <w:r w:rsidR="00773EB9">
          <w:rPr>
            <w:noProof/>
            <w:webHidden/>
          </w:rPr>
          <w:fldChar w:fldCharType="end"/>
        </w:r>
      </w:hyperlink>
    </w:p>
    <w:p w14:paraId="32EAC8EB" w14:textId="2823271A" w:rsidR="00773EB9" w:rsidRDefault="00CD44D9">
      <w:pPr>
        <w:pStyle w:val="TOC2"/>
        <w:tabs>
          <w:tab w:val="left" w:pos="880"/>
          <w:tab w:val="right" w:leader="dot" w:pos="7927"/>
        </w:tabs>
        <w:rPr>
          <w:rFonts w:asciiTheme="minorHAnsi" w:hAnsiTheme="minorHAnsi"/>
          <w:noProof/>
          <w:sz w:val="22"/>
        </w:rPr>
      </w:pPr>
      <w:hyperlink w:anchor="_Toc236747629" w:history="1">
        <w:r w:rsidR="00773EB9" w:rsidRPr="0047271F">
          <w:rPr>
            <w:rStyle w:val="Hyperlink"/>
            <w:noProof/>
            <w:lang w:val="id-ID"/>
            <w14:scene3d>
              <w14:camera w14:prst="orthographicFront"/>
              <w14:lightRig w14:rig="threePt" w14:dir="t">
                <w14:rot w14:lat="0" w14:lon="0" w14:rev="0"/>
              </w14:lightRig>
            </w14:scene3d>
          </w:rPr>
          <w:t>1.4</w:t>
        </w:r>
        <w:r w:rsidR="00773EB9">
          <w:rPr>
            <w:rFonts w:asciiTheme="minorHAnsi" w:hAnsiTheme="minorHAnsi"/>
            <w:noProof/>
            <w:sz w:val="22"/>
          </w:rPr>
          <w:tab/>
        </w:r>
        <w:r w:rsidR="00773EB9" w:rsidRPr="0047271F">
          <w:rPr>
            <w:rStyle w:val="Hyperlink"/>
            <w:noProof/>
            <w:lang w:val="id-ID"/>
          </w:rPr>
          <w:t>Rumusan Masalah</w:t>
        </w:r>
        <w:r w:rsidR="00773EB9">
          <w:rPr>
            <w:noProof/>
            <w:webHidden/>
          </w:rPr>
          <w:tab/>
        </w:r>
        <w:r w:rsidR="00773EB9">
          <w:rPr>
            <w:noProof/>
            <w:webHidden/>
          </w:rPr>
          <w:fldChar w:fldCharType="begin"/>
        </w:r>
        <w:r w:rsidR="00773EB9">
          <w:rPr>
            <w:noProof/>
            <w:webHidden/>
          </w:rPr>
          <w:instrText xml:space="preserve"> PAGEREF _Toc236747629 \h </w:instrText>
        </w:r>
        <w:r w:rsidR="00773EB9">
          <w:rPr>
            <w:noProof/>
            <w:webHidden/>
          </w:rPr>
        </w:r>
        <w:r w:rsidR="00773EB9">
          <w:rPr>
            <w:noProof/>
            <w:webHidden/>
          </w:rPr>
          <w:fldChar w:fldCharType="separate"/>
        </w:r>
        <w:r w:rsidR="004152A4">
          <w:rPr>
            <w:noProof/>
            <w:webHidden/>
          </w:rPr>
          <w:t>5</w:t>
        </w:r>
        <w:r w:rsidR="00773EB9">
          <w:rPr>
            <w:noProof/>
            <w:webHidden/>
          </w:rPr>
          <w:fldChar w:fldCharType="end"/>
        </w:r>
      </w:hyperlink>
    </w:p>
    <w:p w14:paraId="742AAAD2" w14:textId="7942AE59" w:rsidR="00773EB9" w:rsidRDefault="00CD44D9">
      <w:pPr>
        <w:pStyle w:val="TOC2"/>
        <w:tabs>
          <w:tab w:val="left" w:pos="880"/>
          <w:tab w:val="right" w:leader="dot" w:pos="7927"/>
        </w:tabs>
        <w:rPr>
          <w:rFonts w:asciiTheme="minorHAnsi" w:hAnsiTheme="minorHAnsi"/>
          <w:noProof/>
          <w:sz w:val="22"/>
        </w:rPr>
      </w:pPr>
      <w:hyperlink w:anchor="_Toc236747630" w:history="1">
        <w:r w:rsidR="00773EB9" w:rsidRPr="0047271F">
          <w:rPr>
            <w:rStyle w:val="Hyperlink"/>
            <w:noProof/>
            <w:lang w:val="id-ID"/>
            <w14:scene3d>
              <w14:camera w14:prst="orthographicFront"/>
              <w14:lightRig w14:rig="threePt" w14:dir="t">
                <w14:rot w14:lat="0" w14:lon="0" w14:rev="0"/>
              </w14:lightRig>
            </w14:scene3d>
          </w:rPr>
          <w:t>1.5</w:t>
        </w:r>
        <w:r w:rsidR="00773EB9">
          <w:rPr>
            <w:rFonts w:asciiTheme="minorHAnsi" w:hAnsiTheme="minorHAnsi"/>
            <w:noProof/>
            <w:sz w:val="22"/>
          </w:rPr>
          <w:tab/>
        </w:r>
        <w:r w:rsidR="00773EB9" w:rsidRPr="0047271F">
          <w:rPr>
            <w:rStyle w:val="Hyperlink"/>
            <w:noProof/>
            <w:lang w:val="id-ID"/>
          </w:rPr>
          <w:t>Tujuan Penelitian</w:t>
        </w:r>
        <w:r w:rsidR="00773EB9">
          <w:rPr>
            <w:noProof/>
            <w:webHidden/>
          </w:rPr>
          <w:tab/>
        </w:r>
        <w:r w:rsidR="00773EB9">
          <w:rPr>
            <w:noProof/>
            <w:webHidden/>
          </w:rPr>
          <w:fldChar w:fldCharType="begin"/>
        </w:r>
        <w:r w:rsidR="00773EB9">
          <w:rPr>
            <w:noProof/>
            <w:webHidden/>
          </w:rPr>
          <w:instrText xml:space="preserve"> PAGEREF _Toc236747630 \h </w:instrText>
        </w:r>
        <w:r w:rsidR="00773EB9">
          <w:rPr>
            <w:noProof/>
            <w:webHidden/>
          </w:rPr>
        </w:r>
        <w:r w:rsidR="00773EB9">
          <w:rPr>
            <w:noProof/>
            <w:webHidden/>
          </w:rPr>
          <w:fldChar w:fldCharType="separate"/>
        </w:r>
        <w:r w:rsidR="004152A4">
          <w:rPr>
            <w:noProof/>
            <w:webHidden/>
          </w:rPr>
          <w:t>6</w:t>
        </w:r>
        <w:r w:rsidR="00773EB9">
          <w:rPr>
            <w:noProof/>
            <w:webHidden/>
          </w:rPr>
          <w:fldChar w:fldCharType="end"/>
        </w:r>
      </w:hyperlink>
    </w:p>
    <w:p w14:paraId="23E8371F" w14:textId="1E52B500" w:rsidR="00773EB9" w:rsidRDefault="00CD44D9">
      <w:pPr>
        <w:pStyle w:val="TOC2"/>
        <w:tabs>
          <w:tab w:val="left" w:pos="880"/>
          <w:tab w:val="right" w:leader="dot" w:pos="7927"/>
        </w:tabs>
        <w:rPr>
          <w:rFonts w:asciiTheme="minorHAnsi" w:hAnsiTheme="minorHAnsi"/>
          <w:noProof/>
          <w:sz w:val="22"/>
        </w:rPr>
      </w:pPr>
      <w:hyperlink w:anchor="_Toc236747631" w:history="1">
        <w:r w:rsidR="00773EB9" w:rsidRPr="0047271F">
          <w:rPr>
            <w:rStyle w:val="Hyperlink"/>
            <w:noProof/>
            <w:lang w:val="id-ID"/>
            <w14:scene3d>
              <w14:camera w14:prst="orthographicFront"/>
              <w14:lightRig w14:rig="threePt" w14:dir="t">
                <w14:rot w14:lat="0" w14:lon="0" w14:rev="0"/>
              </w14:lightRig>
            </w14:scene3d>
          </w:rPr>
          <w:t>1.6</w:t>
        </w:r>
        <w:r w:rsidR="00773EB9">
          <w:rPr>
            <w:rFonts w:asciiTheme="minorHAnsi" w:hAnsiTheme="minorHAnsi"/>
            <w:noProof/>
            <w:sz w:val="22"/>
          </w:rPr>
          <w:tab/>
        </w:r>
        <w:r w:rsidR="00773EB9" w:rsidRPr="0047271F">
          <w:rPr>
            <w:rStyle w:val="Hyperlink"/>
            <w:noProof/>
            <w:lang w:val="id-ID"/>
          </w:rPr>
          <w:t>Manfaat Penelitian</w:t>
        </w:r>
        <w:r w:rsidR="00773EB9">
          <w:rPr>
            <w:noProof/>
            <w:webHidden/>
          </w:rPr>
          <w:tab/>
        </w:r>
        <w:r w:rsidR="00773EB9">
          <w:rPr>
            <w:noProof/>
            <w:webHidden/>
          </w:rPr>
          <w:fldChar w:fldCharType="begin"/>
        </w:r>
        <w:r w:rsidR="00773EB9">
          <w:rPr>
            <w:noProof/>
            <w:webHidden/>
          </w:rPr>
          <w:instrText xml:space="preserve"> PAGEREF _Toc236747631 \h </w:instrText>
        </w:r>
        <w:r w:rsidR="00773EB9">
          <w:rPr>
            <w:noProof/>
            <w:webHidden/>
          </w:rPr>
        </w:r>
        <w:r w:rsidR="00773EB9">
          <w:rPr>
            <w:noProof/>
            <w:webHidden/>
          </w:rPr>
          <w:fldChar w:fldCharType="separate"/>
        </w:r>
        <w:r w:rsidR="004152A4">
          <w:rPr>
            <w:noProof/>
            <w:webHidden/>
          </w:rPr>
          <w:t>6</w:t>
        </w:r>
        <w:r w:rsidR="00773EB9">
          <w:rPr>
            <w:noProof/>
            <w:webHidden/>
          </w:rPr>
          <w:fldChar w:fldCharType="end"/>
        </w:r>
      </w:hyperlink>
    </w:p>
    <w:p w14:paraId="1E976B6B" w14:textId="3F20ACFA" w:rsidR="00773EB9" w:rsidRDefault="00CD44D9">
      <w:pPr>
        <w:pStyle w:val="TOC2"/>
        <w:tabs>
          <w:tab w:val="left" w:pos="880"/>
          <w:tab w:val="right" w:leader="dot" w:pos="7927"/>
        </w:tabs>
        <w:rPr>
          <w:rFonts w:asciiTheme="minorHAnsi" w:hAnsiTheme="minorHAnsi"/>
          <w:noProof/>
          <w:sz w:val="22"/>
        </w:rPr>
      </w:pPr>
      <w:hyperlink w:anchor="_Toc236747632" w:history="1">
        <w:r w:rsidR="00773EB9" w:rsidRPr="0047271F">
          <w:rPr>
            <w:rStyle w:val="Hyperlink"/>
            <w:noProof/>
            <w:lang w:val="id-ID"/>
            <w14:scene3d>
              <w14:camera w14:prst="orthographicFront"/>
              <w14:lightRig w14:rig="threePt" w14:dir="t">
                <w14:rot w14:lat="0" w14:lon="0" w14:rev="0"/>
              </w14:lightRig>
            </w14:scene3d>
          </w:rPr>
          <w:t>1.7</w:t>
        </w:r>
        <w:r w:rsidR="00773EB9">
          <w:rPr>
            <w:rFonts w:asciiTheme="minorHAnsi" w:hAnsiTheme="minorHAnsi"/>
            <w:noProof/>
            <w:sz w:val="22"/>
          </w:rPr>
          <w:tab/>
        </w:r>
        <w:r w:rsidR="00773EB9" w:rsidRPr="0047271F">
          <w:rPr>
            <w:rStyle w:val="Hyperlink"/>
            <w:noProof/>
            <w:lang w:val="id-ID"/>
          </w:rPr>
          <w:t>Sistematika Penulisan</w:t>
        </w:r>
        <w:r w:rsidR="00773EB9">
          <w:rPr>
            <w:noProof/>
            <w:webHidden/>
          </w:rPr>
          <w:tab/>
        </w:r>
        <w:r w:rsidR="00773EB9">
          <w:rPr>
            <w:noProof/>
            <w:webHidden/>
          </w:rPr>
          <w:fldChar w:fldCharType="begin"/>
        </w:r>
        <w:r w:rsidR="00773EB9">
          <w:rPr>
            <w:noProof/>
            <w:webHidden/>
          </w:rPr>
          <w:instrText xml:space="preserve"> PAGEREF _Toc236747632 \h </w:instrText>
        </w:r>
        <w:r w:rsidR="00773EB9">
          <w:rPr>
            <w:noProof/>
            <w:webHidden/>
          </w:rPr>
        </w:r>
        <w:r w:rsidR="00773EB9">
          <w:rPr>
            <w:noProof/>
            <w:webHidden/>
          </w:rPr>
          <w:fldChar w:fldCharType="separate"/>
        </w:r>
        <w:r w:rsidR="004152A4">
          <w:rPr>
            <w:noProof/>
            <w:webHidden/>
          </w:rPr>
          <w:t>7</w:t>
        </w:r>
        <w:r w:rsidR="00773EB9">
          <w:rPr>
            <w:noProof/>
            <w:webHidden/>
          </w:rPr>
          <w:fldChar w:fldCharType="end"/>
        </w:r>
      </w:hyperlink>
    </w:p>
    <w:p w14:paraId="3200A277" w14:textId="79858ED4" w:rsidR="00773EB9" w:rsidRDefault="00CD44D9">
      <w:pPr>
        <w:pStyle w:val="TOC1"/>
        <w:tabs>
          <w:tab w:val="right" w:leader="dot" w:pos="7927"/>
        </w:tabs>
        <w:rPr>
          <w:rFonts w:asciiTheme="minorHAnsi" w:hAnsiTheme="minorHAnsi"/>
          <w:noProof/>
          <w:sz w:val="22"/>
        </w:rPr>
      </w:pPr>
      <w:hyperlink w:anchor="_Toc236747633" w:history="1">
        <w:r w:rsidR="00773EB9" w:rsidRPr="0047271F">
          <w:rPr>
            <w:rStyle w:val="Hyperlink"/>
            <w:noProof/>
            <w:lang w:val="id-ID"/>
          </w:rPr>
          <w:t>BAB II</w:t>
        </w:r>
        <w:r w:rsidR="00773EB9">
          <w:rPr>
            <w:noProof/>
            <w:webHidden/>
          </w:rPr>
          <w:tab/>
        </w:r>
        <w:r w:rsidR="00773EB9">
          <w:rPr>
            <w:noProof/>
            <w:webHidden/>
          </w:rPr>
          <w:fldChar w:fldCharType="begin"/>
        </w:r>
        <w:r w:rsidR="00773EB9">
          <w:rPr>
            <w:noProof/>
            <w:webHidden/>
          </w:rPr>
          <w:instrText xml:space="preserve"> PAGEREF _Toc236747633 \h </w:instrText>
        </w:r>
        <w:r w:rsidR="00773EB9">
          <w:rPr>
            <w:noProof/>
            <w:webHidden/>
          </w:rPr>
        </w:r>
        <w:r w:rsidR="00773EB9">
          <w:rPr>
            <w:noProof/>
            <w:webHidden/>
          </w:rPr>
          <w:fldChar w:fldCharType="separate"/>
        </w:r>
        <w:r w:rsidR="004152A4">
          <w:rPr>
            <w:noProof/>
            <w:webHidden/>
          </w:rPr>
          <w:t>8</w:t>
        </w:r>
        <w:r w:rsidR="00773EB9">
          <w:rPr>
            <w:noProof/>
            <w:webHidden/>
          </w:rPr>
          <w:fldChar w:fldCharType="end"/>
        </w:r>
      </w:hyperlink>
    </w:p>
    <w:p w14:paraId="5D658AB7" w14:textId="14606FA5" w:rsidR="00773EB9" w:rsidRDefault="00CD44D9">
      <w:pPr>
        <w:pStyle w:val="TOC2"/>
        <w:tabs>
          <w:tab w:val="left" w:pos="880"/>
          <w:tab w:val="right" w:leader="dot" w:pos="7927"/>
        </w:tabs>
        <w:rPr>
          <w:rFonts w:asciiTheme="minorHAnsi" w:hAnsiTheme="minorHAnsi"/>
          <w:noProof/>
          <w:sz w:val="22"/>
        </w:rPr>
      </w:pPr>
      <w:hyperlink w:anchor="_Toc236747635" w:history="1">
        <w:r w:rsidR="00773EB9" w:rsidRPr="0047271F">
          <w:rPr>
            <w:rStyle w:val="Hyperlink"/>
            <w:noProof/>
            <w:lang w:val="id-ID"/>
          </w:rPr>
          <w:t>2.1</w:t>
        </w:r>
        <w:r w:rsidR="00773EB9">
          <w:rPr>
            <w:rFonts w:asciiTheme="minorHAnsi" w:hAnsiTheme="minorHAnsi"/>
            <w:noProof/>
            <w:sz w:val="22"/>
          </w:rPr>
          <w:tab/>
        </w:r>
        <w:r w:rsidR="00773EB9" w:rsidRPr="0047271F">
          <w:rPr>
            <w:rStyle w:val="Hyperlink"/>
            <w:noProof/>
            <w:lang w:val="id-ID"/>
          </w:rPr>
          <w:t>Landasan Teori</w:t>
        </w:r>
        <w:r w:rsidR="00773EB9">
          <w:rPr>
            <w:noProof/>
            <w:webHidden/>
          </w:rPr>
          <w:tab/>
        </w:r>
        <w:r w:rsidR="00773EB9">
          <w:rPr>
            <w:noProof/>
            <w:webHidden/>
          </w:rPr>
          <w:fldChar w:fldCharType="begin"/>
        </w:r>
        <w:r w:rsidR="00773EB9">
          <w:rPr>
            <w:noProof/>
            <w:webHidden/>
          </w:rPr>
          <w:instrText xml:space="preserve"> PAGEREF _Toc236747635 \h </w:instrText>
        </w:r>
        <w:r w:rsidR="00773EB9">
          <w:rPr>
            <w:noProof/>
            <w:webHidden/>
          </w:rPr>
        </w:r>
        <w:r w:rsidR="00773EB9">
          <w:rPr>
            <w:noProof/>
            <w:webHidden/>
          </w:rPr>
          <w:fldChar w:fldCharType="separate"/>
        </w:r>
        <w:r w:rsidR="004152A4">
          <w:rPr>
            <w:noProof/>
            <w:webHidden/>
          </w:rPr>
          <w:t>8</w:t>
        </w:r>
        <w:r w:rsidR="00773EB9">
          <w:rPr>
            <w:noProof/>
            <w:webHidden/>
          </w:rPr>
          <w:fldChar w:fldCharType="end"/>
        </w:r>
      </w:hyperlink>
    </w:p>
    <w:p w14:paraId="1B87865E" w14:textId="08DB370E" w:rsidR="00773EB9" w:rsidRDefault="00CD44D9">
      <w:pPr>
        <w:pStyle w:val="TOC2"/>
        <w:tabs>
          <w:tab w:val="left" w:pos="880"/>
          <w:tab w:val="right" w:leader="dot" w:pos="7927"/>
        </w:tabs>
        <w:rPr>
          <w:rFonts w:asciiTheme="minorHAnsi" w:hAnsiTheme="minorHAnsi"/>
          <w:noProof/>
          <w:sz w:val="22"/>
        </w:rPr>
      </w:pPr>
      <w:hyperlink w:anchor="_Toc236747636" w:history="1">
        <w:r w:rsidR="00773EB9" w:rsidRPr="0047271F">
          <w:rPr>
            <w:rStyle w:val="Hyperlink"/>
            <w:noProof/>
            <w:lang w:val="id-ID"/>
          </w:rPr>
          <w:t>2.2</w:t>
        </w:r>
        <w:r w:rsidR="00773EB9">
          <w:rPr>
            <w:rFonts w:asciiTheme="minorHAnsi" w:hAnsiTheme="minorHAnsi"/>
            <w:noProof/>
            <w:sz w:val="22"/>
          </w:rPr>
          <w:tab/>
        </w:r>
        <w:r w:rsidR="00773EB9" w:rsidRPr="0047271F">
          <w:rPr>
            <w:rStyle w:val="Hyperlink"/>
            <w:noProof/>
            <w:lang w:val="id-ID"/>
          </w:rPr>
          <w:t>Penelitian Terdahulu</w:t>
        </w:r>
        <w:r w:rsidR="00773EB9">
          <w:rPr>
            <w:noProof/>
            <w:webHidden/>
          </w:rPr>
          <w:tab/>
        </w:r>
        <w:r w:rsidR="00773EB9">
          <w:rPr>
            <w:noProof/>
            <w:webHidden/>
          </w:rPr>
          <w:fldChar w:fldCharType="begin"/>
        </w:r>
        <w:r w:rsidR="00773EB9">
          <w:rPr>
            <w:noProof/>
            <w:webHidden/>
          </w:rPr>
          <w:instrText xml:space="preserve"> PAGEREF _Toc236747636 \h </w:instrText>
        </w:r>
        <w:r w:rsidR="00773EB9">
          <w:rPr>
            <w:noProof/>
            <w:webHidden/>
          </w:rPr>
        </w:r>
        <w:r w:rsidR="00773EB9">
          <w:rPr>
            <w:noProof/>
            <w:webHidden/>
          </w:rPr>
          <w:fldChar w:fldCharType="separate"/>
        </w:r>
        <w:r w:rsidR="004152A4">
          <w:rPr>
            <w:noProof/>
            <w:webHidden/>
          </w:rPr>
          <w:t>19</w:t>
        </w:r>
        <w:r w:rsidR="00773EB9">
          <w:rPr>
            <w:noProof/>
            <w:webHidden/>
          </w:rPr>
          <w:fldChar w:fldCharType="end"/>
        </w:r>
      </w:hyperlink>
    </w:p>
    <w:p w14:paraId="393A8F9A" w14:textId="77050B29" w:rsidR="00773EB9" w:rsidRDefault="00CD44D9">
      <w:pPr>
        <w:pStyle w:val="TOC2"/>
        <w:tabs>
          <w:tab w:val="left" w:pos="880"/>
          <w:tab w:val="right" w:leader="dot" w:pos="7927"/>
        </w:tabs>
        <w:rPr>
          <w:rFonts w:asciiTheme="minorHAnsi" w:hAnsiTheme="minorHAnsi"/>
          <w:noProof/>
          <w:sz w:val="22"/>
        </w:rPr>
      </w:pPr>
      <w:hyperlink w:anchor="_Toc236747637" w:history="1">
        <w:r w:rsidR="00773EB9" w:rsidRPr="0047271F">
          <w:rPr>
            <w:rStyle w:val="Hyperlink"/>
            <w:noProof/>
            <w:lang w:val="id-ID"/>
          </w:rPr>
          <w:t>2.3</w:t>
        </w:r>
        <w:r w:rsidR="00773EB9">
          <w:rPr>
            <w:rFonts w:asciiTheme="minorHAnsi" w:hAnsiTheme="minorHAnsi"/>
            <w:noProof/>
            <w:sz w:val="22"/>
          </w:rPr>
          <w:tab/>
        </w:r>
        <w:r w:rsidR="00773EB9" w:rsidRPr="0047271F">
          <w:rPr>
            <w:rStyle w:val="Hyperlink"/>
            <w:noProof/>
            <w:lang w:val="id-ID"/>
          </w:rPr>
          <w:t>Kerangka Berpikir</w:t>
        </w:r>
        <w:r w:rsidR="00773EB9">
          <w:rPr>
            <w:noProof/>
            <w:webHidden/>
          </w:rPr>
          <w:tab/>
        </w:r>
        <w:r w:rsidR="00773EB9">
          <w:rPr>
            <w:noProof/>
            <w:webHidden/>
          </w:rPr>
          <w:fldChar w:fldCharType="begin"/>
        </w:r>
        <w:r w:rsidR="00773EB9">
          <w:rPr>
            <w:noProof/>
            <w:webHidden/>
          </w:rPr>
          <w:instrText xml:space="preserve"> PAGEREF _Toc236747637 \h </w:instrText>
        </w:r>
        <w:r w:rsidR="00773EB9">
          <w:rPr>
            <w:noProof/>
            <w:webHidden/>
          </w:rPr>
        </w:r>
        <w:r w:rsidR="00773EB9">
          <w:rPr>
            <w:noProof/>
            <w:webHidden/>
          </w:rPr>
          <w:fldChar w:fldCharType="separate"/>
        </w:r>
        <w:r w:rsidR="004152A4">
          <w:rPr>
            <w:noProof/>
            <w:webHidden/>
          </w:rPr>
          <w:t>21</w:t>
        </w:r>
        <w:r w:rsidR="00773EB9">
          <w:rPr>
            <w:noProof/>
            <w:webHidden/>
          </w:rPr>
          <w:fldChar w:fldCharType="end"/>
        </w:r>
      </w:hyperlink>
    </w:p>
    <w:p w14:paraId="16A3DD6A" w14:textId="2A7ABAB0" w:rsidR="00773EB9" w:rsidRDefault="00CD44D9">
      <w:pPr>
        <w:pStyle w:val="TOC2"/>
        <w:tabs>
          <w:tab w:val="left" w:pos="880"/>
          <w:tab w:val="right" w:leader="dot" w:pos="7927"/>
        </w:tabs>
        <w:rPr>
          <w:rFonts w:asciiTheme="minorHAnsi" w:hAnsiTheme="minorHAnsi"/>
          <w:noProof/>
          <w:sz w:val="22"/>
        </w:rPr>
      </w:pPr>
      <w:hyperlink w:anchor="_Toc236747638" w:history="1">
        <w:r w:rsidR="00773EB9" w:rsidRPr="0047271F">
          <w:rPr>
            <w:rStyle w:val="Hyperlink"/>
            <w:noProof/>
            <w:lang w:val="id-ID"/>
          </w:rPr>
          <w:t>2.4</w:t>
        </w:r>
        <w:r w:rsidR="00773EB9">
          <w:rPr>
            <w:rFonts w:asciiTheme="minorHAnsi" w:hAnsiTheme="minorHAnsi"/>
            <w:noProof/>
            <w:sz w:val="22"/>
          </w:rPr>
          <w:tab/>
        </w:r>
        <w:r w:rsidR="00773EB9" w:rsidRPr="0047271F">
          <w:rPr>
            <w:rStyle w:val="Hyperlink"/>
            <w:noProof/>
            <w:lang w:val="id-ID"/>
          </w:rPr>
          <w:t>Hipotesis</w:t>
        </w:r>
        <w:r w:rsidR="00773EB9">
          <w:rPr>
            <w:noProof/>
            <w:webHidden/>
          </w:rPr>
          <w:tab/>
        </w:r>
        <w:r w:rsidR="00773EB9">
          <w:rPr>
            <w:noProof/>
            <w:webHidden/>
          </w:rPr>
          <w:fldChar w:fldCharType="begin"/>
        </w:r>
        <w:r w:rsidR="00773EB9">
          <w:rPr>
            <w:noProof/>
            <w:webHidden/>
          </w:rPr>
          <w:instrText xml:space="preserve"> PAGEREF _Toc236747638 \h </w:instrText>
        </w:r>
        <w:r w:rsidR="00773EB9">
          <w:rPr>
            <w:noProof/>
            <w:webHidden/>
          </w:rPr>
        </w:r>
        <w:r w:rsidR="00773EB9">
          <w:rPr>
            <w:noProof/>
            <w:webHidden/>
          </w:rPr>
          <w:fldChar w:fldCharType="separate"/>
        </w:r>
        <w:r w:rsidR="004152A4">
          <w:rPr>
            <w:noProof/>
            <w:webHidden/>
          </w:rPr>
          <w:t>22</w:t>
        </w:r>
        <w:r w:rsidR="00773EB9">
          <w:rPr>
            <w:noProof/>
            <w:webHidden/>
          </w:rPr>
          <w:fldChar w:fldCharType="end"/>
        </w:r>
      </w:hyperlink>
    </w:p>
    <w:p w14:paraId="2771F683" w14:textId="05C80BE4" w:rsidR="00773EB9" w:rsidRDefault="00CD44D9">
      <w:pPr>
        <w:pStyle w:val="TOC1"/>
        <w:tabs>
          <w:tab w:val="right" w:leader="dot" w:pos="7927"/>
        </w:tabs>
        <w:rPr>
          <w:rFonts w:asciiTheme="minorHAnsi" w:hAnsiTheme="minorHAnsi"/>
          <w:noProof/>
          <w:sz w:val="22"/>
        </w:rPr>
      </w:pPr>
      <w:hyperlink w:anchor="_Toc236747639" w:history="1">
        <w:r w:rsidR="00773EB9" w:rsidRPr="0047271F">
          <w:rPr>
            <w:rStyle w:val="Hyperlink"/>
            <w:noProof/>
            <w:lang w:val="id-ID"/>
          </w:rPr>
          <w:t>BAB III</w:t>
        </w:r>
        <w:r w:rsidR="00773EB9">
          <w:rPr>
            <w:noProof/>
            <w:webHidden/>
          </w:rPr>
          <w:tab/>
        </w:r>
        <w:r w:rsidR="00773EB9">
          <w:rPr>
            <w:noProof/>
            <w:webHidden/>
          </w:rPr>
          <w:fldChar w:fldCharType="begin"/>
        </w:r>
        <w:r w:rsidR="00773EB9">
          <w:rPr>
            <w:noProof/>
            <w:webHidden/>
          </w:rPr>
          <w:instrText xml:space="preserve"> PAGEREF _Toc236747639 \h </w:instrText>
        </w:r>
        <w:r w:rsidR="00773EB9">
          <w:rPr>
            <w:noProof/>
            <w:webHidden/>
          </w:rPr>
        </w:r>
        <w:r w:rsidR="00773EB9">
          <w:rPr>
            <w:noProof/>
            <w:webHidden/>
          </w:rPr>
          <w:fldChar w:fldCharType="separate"/>
        </w:r>
        <w:r w:rsidR="004152A4">
          <w:rPr>
            <w:noProof/>
            <w:webHidden/>
          </w:rPr>
          <w:t>24</w:t>
        </w:r>
        <w:r w:rsidR="00773EB9">
          <w:rPr>
            <w:noProof/>
            <w:webHidden/>
          </w:rPr>
          <w:fldChar w:fldCharType="end"/>
        </w:r>
      </w:hyperlink>
    </w:p>
    <w:p w14:paraId="5A0AD29C" w14:textId="6190107F" w:rsidR="00773EB9" w:rsidRPr="00773EB9" w:rsidRDefault="00CD44D9">
      <w:pPr>
        <w:pStyle w:val="TOC2"/>
        <w:tabs>
          <w:tab w:val="left" w:pos="880"/>
          <w:tab w:val="right" w:leader="dot" w:pos="7927"/>
        </w:tabs>
        <w:rPr>
          <w:rFonts w:asciiTheme="minorHAnsi" w:hAnsiTheme="minorHAnsi"/>
          <w:noProof/>
          <w:sz w:val="22"/>
        </w:rPr>
      </w:pPr>
      <w:hyperlink w:anchor="_Toc236747643" w:history="1">
        <w:r w:rsidR="00773EB9" w:rsidRPr="00773EB9">
          <w:rPr>
            <w:rStyle w:val="Hyperlink"/>
            <w:noProof/>
            <w:lang w:val="id-ID"/>
            <w14:scene3d>
              <w14:camera w14:prst="orthographicFront"/>
              <w14:lightRig w14:rig="threePt" w14:dir="t">
                <w14:rot w14:lat="0" w14:lon="0" w14:rev="0"/>
              </w14:lightRig>
            </w14:scene3d>
          </w:rPr>
          <w:t>3.1</w:t>
        </w:r>
        <w:r w:rsidR="00773EB9" w:rsidRPr="00773EB9">
          <w:rPr>
            <w:rFonts w:asciiTheme="minorHAnsi" w:hAnsiTheme="minorHAnsi"/>
            <w:noProof/>
            <w:sz w:val="22"/>
          </w:rPr>
          <w:tab/>
        </w:r>
        <w:r w:rsidR="00773EB9" w:rsidRPr="00773EB9">
          <w:rPr>
            <w:rStyle w:val="Hyperlink"/>
            <w:noProof/>
            <w:lang w:val="id-ID"/>
          </w:rPr>
          <w:t>Jenis Penelitian</w:t>
        </w:r>
        <w:r w:rsidR="00773EB9" w:rsidRPr="00773EB9">
          <w:rPr>
            <w:noProof/>
            <w:webHidden/>
          </w:rPr>
          <w:tab/>
        </w:r>
        <w:r w:rsidR="00773EB9" w:rsidRPr="00773EB9">
          <w:rPr>
            <w:noProof/>
            <w:webHidden/>
          </w:rPr>
          <w:fldChar w:fldCharType="begin"/>
        </w:r>
        <w:r w:rsidR="00773EB9" w:rsidRPr="00773EB9">
          <w:rPr>
            <w:noProof/>
            <w:webHidden/>
          </w:rPr>
          <w:instrText xml:space="preserve"> PAGEREF _Toc236747643 \h </w:instrText>
        </w:r>
        <w:r w:rsidR="00773EB9" w:rsidRPr="00773EB9">
          <w:rPr>
            <w:noProof/>
            <w:webHidden/>
          </w:rPr>
        </w:r>
        <w:r w:rsidR="00773EB9" w:rsidRPr="00773EB9">
          <w:rPr>
            <w:noProof/>
            <w:webHidden/>
          </w:rPr>
          <w:fldChar w:fldCharType="separate"/>
        </w:r>
        <w:r w:rsidR="004152A4">
          <w:rPr>
            <w:noProof/>
            <w:webHidden/>
          </w:rPr>
          <w:t>24</w:t>
        </w:r>
        <w:r w:rsidR="00773EB9" w:rsidRPr="00773EB9">
          <w:rPr>
            <w:noProof/>
            <w:webHidden/>
          </w:rPr>
          <w:fldChar w:fldCharType="end"/>
        </w:r>
      </w:hyperlink>
    </w:p>
    <w:p w14:paraId="6C3E8E66" w14:textId="16E8B7B2" w:rsidR="00773EB9" w:rsidRDefault="00CD44D9">
      <w:pPr>
        <w:pStyle w:val="TOC2"/>
        <w:tabs>
          <w:tab w:val="left" w:pos="880"/>
          <w:tab w:val="right" w:leader="dot" w:pos="7927"/>
        </w:tabs>
        <w:rPr>
          <w:rFonts w:asciiTheme="minorHAnsi" w:hAnsiTheme="minorHAnsi"/>
          <w:noProof/>
          <w:sz w:val="22"/>
        </w:rPr>
      </w:pPr>
      <w:hyperlink w:anchor="_Toc236747644" w:history="1">
        <w:r w:rsidR="00773EB9" w:rsidRPr="00773EB9">
          <w:rPr>
            <w:rStyle w:val="Hyperlink"/>
            <w:noProof/>
            <w:lang w:val="id-ID"/>
            <w14:scene3d>
              <w14:camera w14:prst="orthographicFront"/>
              <w14:lightRig w14:rig="threePt" w14:dir="t">
                <w14:rot w14:lat="0" w14:lon="0" w14:rev="0"/>
              </w14:lightRig>
            </w14:scene3d>
          </w:rPr>
          <w:t>3.2</w:t>
        </w:r>
        <w:r w:rsidR="00773EB9" w:rsidRPr="00773EB9">
          <w:rPr>
            <w:rFonts w:asciiTheme="minorHAnsi" w:hAnsiTheme="minorHAnsi"/>
            <w:noProof/>
            <w:sz w:val="22"/>
          </w:rPr>
          <w:tab/>
        </w:r>
        <w:r w:rsidR="00773EB9" w:rsidRPr="00773EB9">
          <w:rPr>
            <w:rStyle w:val="Hyperlink"/>
            <w:noProof/>
            <w:lang w:val="id-ID"/>
          </w:rPr>
          <w:t>Tempat dan Waktu Penelitian</w:t>
        </w:r>
        <w:r w:rsidR="00773EB9" w:rsidRPr="00773EB9">
          <w:rPr>
            <w:noProof/>
            <w:webHidden/>
          </w:rPr>
          <w:tab/>
        </w:r>
        <w:r w:rsidR="00773EB9" w:rsidRPr="00773EB9">
          <w:rPr>
            <w:noProof/>
            <w:webHidden/>
          </w:rPr>
          <w:fldChar w:fldCharType="begin"/>
        </w:r>
        <w:r w:rsidR="00773EB9" w:rsidRPr="00773EB9">
          <w:rPr>
            <w:noProof/>
            <w:webHidden/>
          </w:rPr>
          <w:instrText xml:space="preserve"> PAGEREF _Toc236747644 \h </w:instrText>
        </w:r>
        <w:r w:rsidR="00773EB9" w:rsidRPr="00773EB9">
          <w:rPr>
            <w:noProof/>
            <w:webHidden/>
          </w:rPr>
        </w:r>
        <w:r w:rsidR="00773EB9" w:rsidRPr="00773EB9">
          <w:rPr>
            <w:noProof/>
            <w:webHidden/>
          </w:rPr>
          <w:fldChar w:fldCharType="separate"/>
        </w:r>
        <w:r w:rsidR="004152A4">
          <w:rPr>
            <w:noProof/>
            <w:webHidden/>
          </w:rPr>
          <w:t>24</w:t>
        </w:r>
        <w:r w:rsidR="00773EB9" w:rsidRPr="00773EB9">
          <w:rPr>
            <w:noProof/>
            <w:webHidden/>
          </w:rPr>
          <w:fldChar w:fldCharType="end"/>
        </w:r>
      </w:hyperlink>
    </w:p>
    <w:p w14:paraId="36E9D631" w14:textId="246491E9" w:rsidR="00773EB9" w:rsidRDefault="00CD44D9">
      <w:pPr>
        <w:pStyle w:val="TOC2"/>
        <w:tabs>
          <w:tab w:val="left" w:pos="880"/>
          <w:tab w:val="right" w:leader="dot" w:pos="7927"/>
        </w:tabs>
        <w:rPr>
          <w:rFonts w:asciiTheme="minorHAnsi" w:hAnsiTheme="minorHAnsi"/>
          <w:noProof/>
          <w:sz w:val="22"/>
        </w:rPr>
      </w:pPr>
      <w:hyperlink w:anchor="_Toc236747645" w:history="1">
        <w:r w:rsidR="00773EB9" w:rsidRPr="0047271F">
          <w:rPr>
            <w:rStyle w:val="Hyperlink"/>
            <w:noProof/>
            <w:lang w:val="id-ID"/>
            <w14:scene3d>
              <w14:camera w14:prst="orthographicFront"/>
              <w14:lightRig w14:rig="threePt" w14:dir="t">
                <w14:rot w14:lat="0" w14:lon="0" w14:rev="0"/>
              </w14:lightRig>
            </w14:scene3d>
          </w:rPr>
          <w:t>3.3</w:t>
        </w:r>
        <w:r w:rsidR="00773EB9">
          <w:rPr>
            <w:rFonts w:asciiTheme="minorHAnsi" w:hAnsiTheme="minorHAnsi"/>
            <w:noProof/>
            <w:sz w:val="22"/>
          </w:rPr>
          <w:tab/>
        </w:r>
        <w:r w:rsidR="00773EB9" w:rsidRPr="0047271F">
          <w:rPr>
            <w:rStyle w:val="Hyperlink"/>
            <w:noProof/>
            <w:lang w:val="id-ID"/>
          </w:rPr>
          <w:t>Jadwal Penelitian</w:t>
        </w:r>
        <w:r w:rsidR="00773EB9">
          <w:rPr>
            <w:noProof/>
            <w:webHidden/>
          </w:rPr>
          <w:tab/>
        </w:r>
        <w:r w:rsidR="00773EB9">
          <w:rPr>
            <w:noProof/>
            <w:webHidden/>
          </w:rPr>
          <w:fldChar w:fldCharType="begin"/>
        </w:r>
        <w:r w:rsidR="00773EB9">
          <w:rPr>
            <w:noProof/>
            <w:webHidden/>
          </w:rPr>
          <w:instrText xml:space="preserve"> PAGEREF _Toc236747645 \h </w:instrText>
        </w:r>
        <w:r w:rsidR="00773EB9">
          <w:rPr>
            <w:noProof/>
            <w:webHidden/>
          </w:rPr>
        </w:r>
        <w:r w:rsidR="00773EB9">
          <w:rPr>
            <w:noProof/>
            <w:webHidden/>
          </w:rPr>
          <w:fldChar w:fldCharType="separate"/>
        </w:r>
        <w:r w:rsidR="004152A4">
          <w:rPr>
            <w:noProof/>
            <w:webHidden/>
          </w:rPr>
          <w:t>24</w:t>
        </w:r>
        <w:r w:rsidR="00773EB9">
          <w:rPr>
            <w:noProof/>
            <w:webHidden/>
          </w:rPr>
          <w:fldChar w:fldCharType="end"/>
        </w:r>
      </w:hyperlink>
    </w:p>
    <w:p w14:paraId="43CAE872" w14:textId="0E53303F" w:rsidR="00773EB9" w:rsidRDefault="00CD44D9">
      <w:pPr>
        <w:pStyle w:val="TOC2"/>
        <w:tabs>
          <w:tab w:val="left" w:pos="880"/>
          <w:tab w:val="right" w:leader="dot" w:pos="7927"/>
        </w:tabs>
        <w:rPr>
          <w:rFonts w:asciiTheme="minorHAnsi" w:hAnsiTheme="minorHAnsi"/>
          <w:noProof/>
          <w:sz w:val="22"/>
        </w:rPr>
      </w:pPr>
      <w:hyperlink w:anchor="_Toc236747646" w:history="1">
        <w:r w:rsidR="00773EB9" w:rsidRPr="0047271F">
          <w:rPr>
            <w:rStyle w:val="Hyperlink"/>
            <w:noProof/>
            <w:lang w:val="id-ID"/>
            <w14:scene3d>
              <w14:camera w14:prst="orthographicFront"/>
              <w14:lightRig w14:rig="threePt" w14:dir="t">
                <w14:rot w14:lat="0" w14:lon="0" w14:rev="0"/>
              </w14:lightRig>
            </w14:scene3d>
          </w:rPr>
          <w:t>3.4</w:t>
        </w:r>
        <w:r w:rsidR="00773EB9">
          <w:rPr>
            <w:rFonts w:asciiTheme="minorHAnsi" w:hAnsiTheme="minorHAnsi"/>
            <w:noProof/>
            <w:sz w:val="22"/>
          </w:rPr>
          <w:tab/>
        </w:r>
        <w:r w:rsidR="00773EB9" w:rsidRPr="0047271F">
          <w:rPr>
            <w:rStyle w:val="Hyperlink"/>
            <w:noProof/>
            <w:lang w:val="id-ID"/>
          </w:rPr>
          <w:t>Populasi dan Sampel</w:t>
        </w:r>
        <w:r w:rsidR="00773EB9">
          <w:rPr>
            <w:noProof/>
            <w:webHidden/>
          </w:rPr>
          <w:tab/>
        </w:r>
        <w:r w:rsidR="00773EB9">
          <w:rPr>
            <w:noProof/>
            <w:webHidden/>
          </w:rPr>
          <w:fldChar w:fldCharType="begin"/>
        </w:r>
        <w:r w:rsidR="00773EB9">
          <w:rPr>
            <w:noProof/>
            <w:webHidden/>
          </w:rPr>
          <w:instrText xml:space="preserve"> PAGEREF _Toc236747646 \h </w:instrText>
        </w:r>
        <w:r w:rsidR="00773EB9">
          <w:rPr>
            <w:noProof/>
            <w:webHidden/>
          </w:rPr>
        </w:r>
        <w:r w:rsidR="00773EB9">
          <w:rPr>
            <w:noProof/>
            <w:webHidden/>
          </w:rPr>
          <w:fldChar w:fldCharType="separate"/>
        </w:r>
        <w:r w:rsidR="004152A4">
          <w:rPr>
            <w:noProof/>
            <w:webHidden/>
          </w:rPr>
          <w:t>25</w:t>
        </w:r>
        <w:r w:rsidR="00773EB9">
          <w:rPr>
            <w:noProof/>
            <w:webHidden/>
          </w:rPr>
          <w:fldChar w:fldCharType="end"/>
        </w:r>
      </w:hyperlink>
    </w:p>
    <w:p w14:paraId="5A4444AA" w14:textId="36BFB421" w:rsidR="00773EB9" w:rsidRDefault="00CD44D9">
      <w:pPr>
        <w:pStyle w:val="TOC2"/>
        <w:tabs>
          <w:tab w:val="left" w:pos="880"/>
          <w:tab w:val="right" w:leader="dot" w:pos="7927"/>
        </w:tabs>
        <w:rPr>
          <w:rFonts w:asciiTheme="minorHAnsi" w:hAnsiTheme="minorHAnsi"/>
          <w:noProof/>
          <w:sz w:val="22"/>
        </w:rPr>
      </w:pPr>
      <w:hyperlink w:anchor="_Toc236747647" w:history="1">
        <w:r w:rsidR="00773EB9" w:rsidRPr="0047271F">
          <w:rPr>
            <w:rStyle w:val="Hyperlink"/>
            <w:noProof/>
            <w:lang w:val="id-ID"/>
            <w14:scene3d>
              <w14:camera w14:prst="orthographicFront"/>
              <w14:lightRig w14:rig="threePt" w14:dir="t">
                <w14:rot w14:lat="0" w14:lon="0" w14:rev="0"/>
              </w14:lightRig>
            </w14:scene3d>
          </w:rPr>
          <w:t>3.5</w:t>
        </w:r>
        <w:r w:rsidR="00773EB9">
          <w:rPr>
            <w:rFonts w:asciiTheme="minorHAnsi" w:hAnsiTheme="minorHAnsi"/>
            <w:noProof/>
            <w:sz w:val="22"/>
          </w:rPr>
          <w:tab/>
        </w:r>
        <w:r w:rsidR="00773EB9" w:rsidRPr="0047271F">
          <w:rPr>
            <w:rStyle w:val="Hyperlink"/>
            <w:noProof/>
            <w:lang w:val="id-ID"/>
          </w:rPr>
          <w:t>Teknik Pengambilan Sampel</w:t>
        </w:r>
        <w:r w:rsidR="00773EB9">
          <w:rPr>
            <w:noProof/>
            <w:webHidden/>
          </w:rPr>
          <w:tab/>
        </w:r>
        <w:r w:rsidR="00773EB9">
          <w:rPr>
            <w:noProof/>
            <w:webHidden/>
          </w:rPr>
          <w:fldChar w:fldCharType="begin"/>
        </w:r>
        <w:r w:rsidR="00773EB9">
          <w:rPr>
            <w:noProof/>
            <w:webHidden/>
          </w:rPr>
          <w:instrText xml:space="preserve"> PAGEREF _Toc236747647 \h </w:instrText>
        </w:r>
        <w:r w:rsidR="00773EB9">
          <w:rPr>
            <w:noProof/>
            <w:webHidden/>
          </w:rPr>
        </w:r>
        <w:r w:rsidR="00773EB9">
          <w:rPr>
            <w:noProof/>
            <w:webHidden/>
          </w:rPr>
          <w:fldChar w:fldCharType="separate"/>
        </w:r>
        <w:r w:rsidR="004152A4">
          <w:rPr>
            <w:noProof/>
            <w:webHidden/>
          </w:rPr>
          <w:t>26</w:t>
        </w:r>
        <w:r w:rsidR="00773EB9">
          <w:rPr>
            <w:noProof/>
            <w:webHidden/>
          </w:rPr>
          <w:fldChar w:fldCharType="end"/>
        </w:r>
      </w:hyperlink>
    </w:p>
    <w:p w14:paraId="080B1324" w14:textId="62D7C496" w:rsidR="00773EB9" w:rsidRDefault="00CD44D9">
      <w:pPr>
        <w:pStyle w:val="TOC2"/>
        <w:tabs>
          <w:tab w:val="left" w:pos="880"/>
          <w:tab w:val="right" w:leader="dot" w:pos="7927"/>
        </w:tabs>
        <w:rPr>
          <w:rFonts w:asciiTheme="minorHAnsi" w:hAnsiTheme="minorHAnsi"/>
          <w:noProof/>
          <w:sz w:val="22"/>
        </w:rPr>
      </w:pPr>
      <w:hyperlink w:anchor="_Toc236747648" w:history="1">
        <w:r w:rsidR="00773EB9" w:rsidRPr="0047271F">
          <w:rPr>
            <w:rStyle w:val="Hyperlink"/>
            <w:noProof/>
            <w:lang w:val="id-ID"/>
            <w14:scene3d>
              <w14:camera w14:prst="orthographicFront"/>
              <w14:lightRig w14:rig="threePt" w14:dir="t">
                <w14:rot w14:lat="0" w14:lon="0" w14:rev="0"/>
              </w14:lightRig>
            </w14:scene3d>
          </w:rPr>
          <w:t>3.6</w:t>
        </w:r>
        <w:r w:rsidR="00773EB9">
          <w:rPr>
            <w:rFonts w:asciiTheme="minorHAnsi" w:hAnsiTheme="minorHAnsi"/>
            <w:noProof/>
            <w:sz w:val="22"/>
          </w:rPr>
          <w:tab/>
        </w:r>
        <w:r w:rsidR="00773EB9" w:rsidRPr="0047271F">
          <w:rPr>
            <w:rStyle w:val="Hyperlink"/>
            <w:noProof/>
            <w:lang w:val="id-ID"/>
          </w:rPr>
          <w:t>Teknik Pengumpulan Data</w:t>
        </w:r>
        <w:r w:rsidR="00773EB9">
          <w:rPr>
            <w:noProof/>
            <w:webHidden/>
          </w:rPr>
          <w:tab/>
        </w:r>
        <w:r w:rsidR="00773EB9">
          <w:rPr>
            <w:noProof/>
            <w:webHidden/>
          </w:rPr>
          <w:fldChar w:fldCharType="begin"/>
        </w:r>
        <w:r w:rsidR="00773EB9">
          <w:rPr>
            <w:noProof/>
            <w:webHidden/>
          </w:rPr>
          <w:instrText xml:space="preserve"> PAGEREF _Toc236747648 \h </w:instrText>
        </w:r>
        <w:r w:rsidR="00773EB9">
          <w:rPr>
            <w:noProof/>
            <w:webHidden/>
          </w:rPr>
        </w:r>
        <w:r w:rsidR="00773EB9">
          <w:rPr>
            <w:noProof/>
            <w:webHidden/>
          </w:rPr>
          <w:fldChar w:fldCharType="separate"/>
        </w:r>
        <w:r w:rsidR="004152A4">
          <w:rPr>
            <w:noProof/>
            <w:webHidden/>
          </w:rPr>
          <w:t>27</w:t>
        </w:r>
        <w:r w:rsidR="00773EB9">
          <w:rPr>
            <w:noProof/>
            <w:webHidden/>
          </w:rPr>
          <w:fldChar w:fldCharType="end"/>
        </w:r>
      </w:hyperlink>
    </w:p>
    <w:p w14:paraId="2BE9F657" w14:textId="5A72604E" w:rsidR="00773EB9" w:rsidRDefault="00CD44D9">
      <w:pPr>
        <w:pStyle w:val="TOC2"/>
        <w:tabs>
          <w:tab w:val="left" w:pos="880"/>
          <w:tab w:val="right" w:leader="dot" w:pos="7927"/>
        </w:tabs>
        <w:rPr>
          <w:rFonts w:asciiTheme="minorHAnsi" w:hAnsiTheme="minorHAnsi"/>
          <w:noProof/>
          <w:sz w:val="22"/>
        </w:rPr>
      </w:pPr>
      <w:hyperlink w:anchor="_Toc236747649" w:history="1">
        <w:r w:rsidR="00773EB9" w:rsidRPr="0047271F">
          <w:rPr>
            <w:rStyle w:val="Hyperlink"/>
            <w:noProof/>
            <w:lang w:val="id-ID"/>
            <w14:scene3d>
              <w14:camera w14:prst="orthographicFront"/>
              <w14:lightRig w14:rig="threePt" w14:dir="t">
                <w14:rot w14:lat="0" w14:lon="0" w14:rev="0"/>
              </w14:lightRig>
            </w14:scene3d>
          </w:rPr>
          <w:t>3.7</w:t>
        </w:r>
        <w:r w:rsidR="00773EB9">
          <w:rPr>
            <w:rFonts w:asciiTheme="minorHAnsi" w:hAnsiTheme="minorHAnsi"/>
            <w:noProof/>
            <w:sz w:val="22"/>
          </w:rPr>
          <w:tab/>
        </w:r>
        <w:r w:rsidR="00773EB9" w:rsidRPr="0047271F">
          <w:rPr>
            <w:rStyle w:val="Hyperlink"/>
            <w:noProof/>
            <w:lang w:val="id-ID"/>
          </w:rPr>
          <w:t>Operasional Variabel Penelitian</w:t>
        </w:r>
        <w:r w:rsidR="00773EB9">
          <w:rPr>
            <w:noProof/>
            <w:webHidden/>
          </w:rPr>
          <w:tab/>
        </w:r>
        <w:r w:rsidR="00773EB9">
          <w:rPr>
            <w:noProof/>
            <w:webHidden/>
          </w:rPr>
          <w:fldChar w:fldCharType="begin"/>
        </w:r>
        <w:r w:rsidR="00773EB9">
          <w:rPr>
            <w:noProof/>
            <w:webHidden/>
          </w:rPr>
          <w:instrText xml:space="preserve"> PAGEREF _Toc236747649 \h </w:instrText>
        </w:r>
        <w:r w:rsidR="00773EB9">
          <w:rPr>
            <w:noProof/>
            <w:webHidden/>
          </w:rPr>
        </w:r>
        <w:r w:rsidR="00773EB9">
          <w:rPr>
            <w:noProof/>
            <w:webHidden/>
          </w:rPr>
          <w:fldChar w:fldCharType="separate"/>
        </w:r>
        <w:r w:rsidR="004152A4">
          <w:rPr>
            <w:noProof/>
            <w:webHidden/>
          </w:rPr>
          <w:t>27</w:t>
        </w:r>
        <w:r w:rsidR="00773EB9">
          <w:rPr>
            <w:noProof/>
            <w:webHidden/>
          </w:rPr>
          <w:fldChar w:fldCharType="end"/>
        </w:r>
      </w:hyperlink>
    </w:p>
    <w:p w14:paraId="499C2C2A" w14:textId="2F183023" w:rsidR="00773EB9" w:rsidRDefault="00CD44D9">
      <w:pPr>
        <w:pStyle w:val="TOC2"/>
        <w:tabs>
          <w:tab w:val="left" w:pos="880"/>
          <w:tab w:val="right" w:leader="dot" w:pos="7927"/>
        </w:tabs>
        <w:rPr>
          <w:rFonts w:asciiTheme="minorHAnsi" w:hAnsiTheme="minorHAnsi"/>
          <w:noProof/>
          <w:sz w:val="22"/>
        </w:rPr>
      </w:pPr>
      <w:hyperlink w:anchor="_Toc236747650" w:history="1">
        <w:r w:rsidR="00773EB9" w:rsidRPr="0047271F">
          <w:rPr>
            <w:rStyle w:val="Hyperlink"/>
            <w:noProof/>
            <w:lang w:val="id-ID"/>
            <w14:scene3d>
              <w14:camera w14:prst="orthographicFront"/>
              <w14:lightRig w14:rig="threePt" w14:dir="t">
                <w14:rot w14:lat="0" w14:lon="0" w14:rev="0"/>
              </w14:lightRig>
            </w14:scene3d>
          </w:rPr>
          <w:t>3.8</w:t>
        </w:r>
        <w:r w:rsidR="00773EB9">
          <w:rPr>
            <w:rFonts w:asciiTheme="minorHAnsi" w:hAnsiTheme="minorHAnsi"/>
            <w:noProof/>
            <w:sz w:val="22"/>
          </w:rPr>
          <w:tab/>
        </w:r>
        <w:r w:rsidR="00773EB9" w:rsidRPr="0047271F">
          <w:rPr>
            <w:rStyle w:val="Hyperlink"/>
            <w:noProof/>
            <w:lang w:val="id-ID"/>
          </w:rPr>
          <w:t>Uji Validitas dan Reliabilitas</w:t>
        </w:r>
        <w:r w:rsidR="00773EB9">
          <w:rPr>
            <w:noProof/>
            <w:webHidden/>
          </w:rPr>
          <w:tab/>
        </w:r>
        <w:r w:rsidR="00773EB9">
          <w:rPr>
            <w:noProof/>
            <w:webHidden/>
          </w:rPr>
          <w:fldChar w:fldCharType="begin"/>
        </w:r>
        <w:r w:rsidR="00773EB9">
          <w:rPr>
            <w:noProof/>
            <w:webHidden/>
          </w:rPr>
          <w:instrText xml:space="preserve"> PAGEREF _Toc236747650 \h </w:instrText>
        </w:r>
        <w:r w:rsidR="00773EB9">
          <w:rPr>
            <w:noProof/>
            <w:webHidden/>
          </w:rPr>
        </w:r>
        <w:r w:rsidR="00773EB9">
          <w:rPr>
            <w:noProof/>
            <w:webHidden/>
          </w:rPr>
          <w:fldChar w:fldCharType="separate"/>
        </w:r>
        <w:r w:rsidR="004152A4">
          <w:rPr>
            <w:noProof/>
            <w:webHidden/>
          </w:rPr>
          <w:t>28</w:t>
        </w:r>
        <w:r w:rsidR="00773EB9">
          <w:rPr>
            <w:noProof/>
            <w:webHidden/>
          </w:rPr>
          <w:fldChar w:fldCharType="end"/>
        </w:r>
      </w:hyperlink>
    </w:p>
    <w:p w14:paraId="075728D1" w14:textId="44CC8B9B" w:rsidR="00773EB9" w:rsidRDefault="00CD44D9">
      <w:pPr>
        <w:pStyle w:val="TOC2"/>
        <w:tabs>
          <w:tab w:val="left" w:pos="880"/>
          <w:tab w:val="right" w:leader="dot" w:pos="7927"/>
        </w:tabs>
        <w:rPr>
          <w:rFonts w:asciiTheme="minorHAnsi" w:hAnsiTheme="minorHAnsi"/>
          <w:noProof/>
          <w:sz w:val="22"/>
        </w:rPr>
      </w:pPr>
      <w:hyperlink w:anchor="_Toc236747651" w:history="1">
        <w:r w:rsidR="00773EB9" w:rsidRPr="0047271F">
          <w:rPr>
            <w:rStyle w:val="Hyperlink"/>
            <w:noProof/>
            <w:lang w:val="id-ID"/>
            <w14:scene3d>
              <w14:camera w14:prst="orthographicFront"/>
              <w14:lightRig w14:rig="threePt" w14:dir="t">
                <w14:rot w14:lat="0" w14:lon="0" w14:rev="0"/>
              </w14:lightRig>
            </w14:scene3d>
          </w:rPr>
          <w:t>3.9</w:t>
        </w:r>
        <w:r w:rsidR="00773EB9">
          <w:rPr>
            <w:rFonts w:asciiTheme="minorHAnsi" w:hAnsiTheme="minorHAnsi"/>
            <w:noProof/>
            <w:sz w:val="22"/>
          </w:rPr>
          <w:tab/>
        </w:r>
        <w:r w:rsidR="00773EB9" w:rsidRPr="0047271F">
          <w:rPr>
            <w:rStyle w:val="Hyperlink"/>
            <w:noProof/>
            <w:lang w:val="id-ID"/>
          </w:rPr>
          <w:t>Uji Asumsi Klasik</w:t>
        </w:r>
        <w:r w:rsidR="00773EB9">
          <w:rPr>
            <w:noProof/>
            <w:webHidden/>
          </w:rPr>
          <w:tab/>
        </w:r>
        <w:r w:rsidR="00773EB9">
          <w:rPr>
            <w:noProof/>
            <w:webHidden/>
          </w:rPr>
          <w:fldChar w:fldCharType="begin"/>
        </w:r>
        <w:r w:rsidR="00773EB9">
          <w:rPr>
            <w:noProof/>
            <w:webHidden/>
          </w:rPr>
          <w:instrText xml:space="preserve"> PAGEREF _Toc236747651 \h </w:instrText>
        </w:r>
        <w:r w:rsidR="00773EB9">
          <w:rPr>
            <w:noProof/>
            <w:webHidden/>
          </w:rPr>
        </w:r>
        <w:r w:rsidR="00773EB9">
          <w:rPr>
            <w:noProof/>
            <w:webHidden/>
          </w:rPr>
          <w:fldChar w:fldCharType="separate"/>
        </w:r>
        <w:r w:rsidR="004152A4">
          <w:rPr>
            <w:noProof/>
            <w:webHidden/>
          </w:rPr>
          <w:t>30</w:t>
        </w:r>
        <w:r w:rsidR="00773EB9">
          <w:rPr>
            <w:noProof/>
            <w:webHidden/>
          </w:rPr>
          <w:fldChar w:fldCharType="end"/>
        </w:r>
      </w:hyperlink>
    </w:p>
    <w:p w14:paraId="35C5A06F" w14:textId="0BF6C628" w:rsidR="00773EB9" w:rsidRDefault="00CD44D9">
      <w:pPr>
        <w:pStyle w:val="TOC2"/>
        <w:tabs>
          <w:tab w:val="left" w:pos="1100"/>
          <w:tab w:val="right" w:leader="dot" w:pos="7927"/>
        </w:tabs>
        <w:rPr>
          <w:rFonts w:asciiTheme="minorHAnsi" w:hAnsiTheme="minorHAnsi"/>
          <w:noProof/>
          <w:sz w:val="22"/>
        </w:rPr>
      </w:pPr>
      <w:hyperlink w:anchor="_Toc236747652" w:history="1">
        <w:r w:rsidR="00773EB9" w:rsidRPr="0047271F">
          <w:rPr>
            <w:rStyle w:val="Hyperlink"/>
            <w:noProof/>
            <w:lang w:val="id-ID"/>
            <w14:scene3d>
              <w14:camera w14:prst="orthographicFront"/>
              <w14:lightRig w14:rig="threePt" w14:dir="t">
                <w14:rot w14:lat="0" w14:lon="0" w14:rev="0"/>
              </w14:lightRig>
            </w14:scene3d>
          </w:rPr>
          <w:t>3.10</w:t>
        </w:r>
        <w:r w:rsidR="00773EB9">
          <w:rPr>
            <w:rFonts w:asciiTheme="minorHAnsi" w:hAnsiTheme="minorHAnsi"/>
            <w:noProof/>
            <w:sz w:val="22"/>
          </w:rPr>
          <w:tab/>
        </w:r>
        <w:r w:rsidR="00773EB9" w:rsidRPr="0047271F">
          <w:rPr>
            <w:rStyle w:val="Hyperlink"/>
            <w:noProof/>
            <w:lang w:val="id-ID"/>
          </w:rPr>
          <w:t>Teknik Analisis Data</w:t>
        </w:r>
        <w:r w:rsidR="00773EB9">
          <w:rPr>
            <w:noProof/>
            <w:webHidden/>
          </w:rPr>
          <w:tab/>
        </w:r>
        <w:r w:rsidR="00773EB9">
          <w:rPr>
            <w:noProof/>
            <w:webHidden/>
          </w:rPr>
          <w:fldChar w:fldCharType="begin"/>
        </w:r>
        <w:r w:rsidR="00773EB9">
          <w:rPr>
            <w:noProof/>
            <w:webHidden/>
          </w:rPr>
          <w:instrText xml:space="preserve"> PAGEREF _Toc236747652 \h </w:instrText>
        </w:r>
        <w:r w:rsidR="00773EB9">
          <w:rPr>
            <w:noProof/>
            <w:webHidden/>
          </w:rPr>
        </w:r>
        <w:r w:rsidR="00773EB9">
          <w:rPr>
            <w:noProof/>
            <w:webHidden/>
          </w:rPr>
          <w:fldChar w:fldCharType="separate"/>
        </w:r>
        <w:r w:rsidR="004152A4">
          <w:rPr>
            <w:noProof/>
            <w:webHidden/>
          </w:rPr>
          <w:t>32</w:t>
        </w:r>
        <w:r w:rsidR="00773EB9">
          <w:rPr>
            <w:noProof/>
            <w:webHidden/>
          </w:rPr>
          <w:fldChar w:fldCharType="end"/>
        </w:r>
      </w:hyperlink>
    </w:p>
    <w:p w14:paraId="79A8993D" w14:textId="0610BFF4" w:rsidR="00773EB9" w:rsidRDefault="00CD44D9">
      <w:pPr>
        <w:pStyle w:val="TOC1"/>
        <w:tabs>
          <w:tab w:val="left" w:pos="480"/>
          <w:tab w:val="right" w:leader="dot" w:pos="7927"/>
        </w:tabs>
        <w:rPr>
          <w:rFonts w:asciiTheme="minorHAnsi" w:hAnsiTheme="minorHAnsi"/>
          <w:noProof/>
          <w:sz w:val="22"/>
        </w:rPr>
      </w:pPr>
      <w:hyperlink w:anchor="_Toc236747653" w:history="1">
        <w:r w:rsidR="00773EB9" w:rsidRPr="0047271F">
          <w:rPr>
            <w:rStyle w:val="Hyperlink"/>
            <w:noProof/>
            <w:lang w:val="id-ID"/>
          </w:rPr>
          <w:t>BAB IV</w:t>
        </w:r>
        <w:r w:rsidR="00773EB9">
          <w:rPr>
            <w:noProof/>
            <w:webHidden/>
          </w:rPr>
          <w:tab/>
        </w:r>
        <w:r w:rsidR="00773EB9">
          <w:rPr>
            <w:noProof/>
            <w:webHidden/>
          </w:rPr>
          <w:fldChar w:fldCharType="begin"/>
        </w:r>
        <w:r w:rsidR="00773EB9">
          <w:rPr>
            <w:noProof/>
            <w:webHidden/>
          </w:rPr>
          <w:instrText xml:space="preserve"> PAGEREF _Toc236747653 \h </w:instrText>
        </w:r>
        <w:r w:rsidR="00773EB9">
          <w:rPr>
            <w:noProof/>
            <w:webHidden/>
          </w:rPr>
        </w:r>
        <w:r w:rsidR="00773EB9">
          <w:rPr>
            <w:noProof/>
            <w:webHidden/>
          </w:rPr>
          <w:fldChar w:fldCharType="separate"/>
        </w:r>
        <w:r w:rsidR="004152A4">
          <w:rPr>
            <w:noProof/>
            <w:webHidden/>
          </w:rPr>
          <w:t>35</w:t>
        </w:r>
        <w:r w:rsidR="00773EB9">
          <w:rPr>
            <w:noProof/>
            <w:webHidden/>
          </w:rPr>
          <w:fldChar w:fldCharType="end"/>
        </w:r>
      </w:hyperlink>
    </w:p>
    <w:p w14:paraId="540BADF9" w14:textId="6ED02934" w:rsidR="00773EB9" w:rsidRDefault="00CD44D9">
      <w:pPr>
        <w:pStyle w:val="TOC2"/>
        <w:tabs>
          <w:tab w:val="left" w:pos="880"/>
          <w:tab w:val="right" w:leader="dot" w:pos="7927"/>
        </w:tabs>
        <w:rPr>
          <w:rFonts w:asciiTheme="minorHAnsi" w:hAnsiTheme="minorHAnsi"/>
          <w:noProof/>
          <w:sz w:val="22"/>
        </w:rPr>
      </w:pPr>
      <w:hyperlink w:anchor="_Toc236747658" w:history="1">
        <w:r w:rsidR="00773EB9" w:rsidRPr="0047271F">
          <w:rPr>
            <w:rStyle w:val="Hyperlink"/>
            <w:noProof/>
            <w:lang w:val="id-ID"/>
            <w14:scene3d>
              <w14:camera w14:prst="orthographicFront"/>
              <w14:lightRig w14:rig="threePt" w14:dir="t">
                <w14:rot w14:lat="0" w14:lon="0" w14:rev="0"/>
              </w14:lightRig>
            </w14:scene3d>
          </w:rPr>
          <w:t>4.1</w:t>
        </w:r>
        <w:r w:rsidR="00773EB9">
          <w:rPr>
            <w:rFonts w:asciiTheme="minorHAnsi" w:hAnsiTheme="minorHAnsi"/>
            <w:noProof/>
            <w:sz w:val="22"/>
          </w:rPr>
          <w:tab/>
        </w:r>
        <w:r w:rsidR="00773EB9" w:rsidRPr="0047271F">
          <w:rPr>
            <w:rStyle w:val="Hyperlink"/>
            <w:noProof/>
            <w:lang w:val="id-ID"/>
          </w:rPr>
          <w:t>Gambaran Umum Objek Penelitian</w:t>
        </w:r>
        <w:r w:rsidR="00773EB9">
          <w:rPr>
            <w:noProof/>
            <w:webHidden/>
          </w:rPr>
          <w:tab/>
        </w:r>
        <w:r w:rsidR="00773EB9">
          <w:rPr>
            <w:noProof/>
            <w:webHidden/>
          </w:rPr>
          <w:fldChar w:fldCharType="begin"/>
        </w:r>
        <w:r w:rsidR="00773EB9">
          <w:rPr>
            <w:noProof/>
            <w:webHidden/>
          </w:rPr>
          <w:instrText xml:space="preserve"> PAGEREF _Toc236747658 \h </w:instrText>
        </w:r>
        <w:r w:rsidR="00773EB9">
          <w:rPr>
            <w:noProof/>
            <w:webHidden/>
          </w:rPr>
        </w:r>
        <w:r w:rsidR="00773EB9">
          <w:rPr>
            <w:noProof/>
            <w:webHidden/>
          </w:rPr>
          <w:fldChar w:fldCharType="separate"/>
        </w:r>
        <w:r w:rsidR="004152A4">
          <w:rPr>
            <w:noProof/>
            <w:webHidden/>
          </w:rPr>
          <w:t>35</w:t>
        </w:r>
        <w:r w:rsidR="00773EB9">
          <w:rPr>
            <w:noProof/>
            <w:webHidden/>
          </w:rPr>
          <w:fldChar w:fldCharType="end"/>
        </w:r>
      </w:hyperlink>
    </w:p>
    <w:p w14:paraId="5F1E0A30" w14:textId="4CEE6C0E" w:rsidR="00773EB9" w:rsidRDefault="00CD44D9">
      <w:pPr>
        <w:pStyle w:val="TOC2"/>
        <w:tabs>
          <w:tab w:val="left" w:pos="880"/>
          <w:tab w:val="right" w:leader="dot" w:pos="7927"/>
        </w:tabs>
        <w:rPr>
          <w:rFonts w:asciiTheme="minorHAnsi" w:hAnsiTheme="minorHAnsi"/>
          <w:noProof/>
          <w:sz w:val="22"/>
        </w:rPr>
      </w:pPr>
      <w:hyperlink w:anchor="_Toc236747659" w:history="1">
        <w:r w:rsidR="00773EB9" w:rsidRPr="0047271F">
          <w:rPr>
            <w:rStyle w:val="Hyperlink"/>
            <w:noProof/>
            <w:lang w:val="id-ID"/>
            <w14:scene3d>
              <w14:camera w14:prst="orthographicFront"/>
              <w14:lightRig w14:rig="threePt" w14:dir="t">
                <w14:rot w14:lat="0" w14:lon="0" w14:rev="0"/>
              </w14:lightRig>
            </w14:scene3d>
          </w:rPr>
          <w:t>4.2</w:t>
        </w:r>
        <w:r w:rsidR="00773EB9">
          <w:rPr>
            <w:rFonts w:asciiTheme="minorHAnsi" w:hAnsiTheme="minorHAnsi"/>
            <w:noProof/>
            <w:sz w:val="22"/>
          </w:rPr>
          <w:tab/>
        </w:r>
        <w:r w:rsidR="00773EB9" w:rsidRPr="0047271F">
          <w:rPr>
            <w:rStyle w:val="Hyperlink"/>
            <w:noProof/>
            <w:lang w:val="id-ID"/>
          </w:rPr>
          <w:t>Karakteristik Responden</w:t>
        </w:r>
        <w:r w:rsidR="00773EB9">
          <w:rPr>
            <w:noProof/>
            <w:webHidden/>
          </w:rPr>
          <w:tab/>
        </w:r>
        <w:r w:rsidR="00773EB9">
          <w:rPr>
            <w:noProof/>
            <w:webHidden/>
          </w:rPr>
          <w:fldChar w:fldCharType="begin"/>
        </w:r>
        <w:r w:rsidR="00773EB9">
          <w:rPr>
            <w:noProof/>
            <w:webHidden/>
          </w:rPr>
          <w:instrText xml:space="preserve"> PAGEREF _Toc236747659 \h </w:instrText>
        </w:r>
        <w:r w:rsidR="00773EB9">
          <w:rPr>
            <w:noProof/>
            <w:webHidden/>
          </w:rPr>
        </w:r>
        <w:r w:rsidR="00773EB9">
          <w:rPr>
            <w:noProof/>
            <w:webHidden/>
          </w:rPr>
          <w:fldChar w:fldCharType="separate"/>
        </w:r>
        <w:r w:rsidR="004152A4">
          <w:rPr>
            <w:noProof/>
            <w:webHidden/>
          </w:rPr>
          <w:t>36</w:t>
        </w:r>
        <w:r w:rsidR="00773EB9">
          <w:rPr>
            <w:noProof/>
            <w:webHidden/>
          </w:rPr>
          <w:fldChar w:fldCharType="end"/>
        </w:r>
      </w:hyperlink>
    </w:p>
    <w:p w14:paraId="1E79C063" w14:textId="27343A63" w:rsidR="00773EB9" w:rsidRDefault="00CD44D9">
      <w:pPr>
        <w:pStyle w:val="TOC2"/>
        <w:tabs>
          <w:tab w:val="left" w:pos="880"/>
          <w:tab w:val="right" w:leader="dot" w:pos="7927"/>
        </w:tabs>
        <w:rPr>
          <w:rFonts w:asciiTheme="minorHAnsi" w:hAnsiTheme="minorHAnsi"/>
          <w:noProof/>
          <w:sz w:val="22"/>
        </w:rPr>
      </w:pPr>
      <w:hyperlink w:anchor="_Toc236747660" w:history="1">
        <w:r w:rsidR="00773EB9" w:rsidRPr="0047271F">
          <w:rPr>
            <w:rStyle w:val="Hyperlink"/>
            <w:noProof/>
            <w:lang w:val="id-ID"/>
            <w14:scene3d>
              <w14:camera w14:prst="orthographicFront"/>
              <w14:lightRig w14:rig="threePt" w14:dir="t">
                <w14:rot w14:lat="0" w14:lon="0" w14:rev="0"/>
              </w14:lightRig>
            </w14:scene3d>
          </w:rPr>
          <w:t>4.3</w:t>
        </w:r>
        <w:r w:rsidR="00773EB9">
          <w:rPr>
            <w:rFonts w:asciiTheme="minorHAnsi" w:hAnsiTheme="minorHAnsi"/>
            <w:noProof/>
            <w:sz w:val="22"/>
          </w:rPr>
          <w:tab/>
        </w:r>
        <w:r w:rsidR="00773EB9" w:rsidRPr="0047271F">
          <w:rPr>
            <w:rStyle w:val="Hyperlink"/>
            <w:noProof/>
            <w:lang w:val="id-ID"/>
          </w:rPr>
          <w:t>Kriteria Responden Penelitian</w:t>
        </w:r>
        <w:r w:rsidR="00773EB9">
          <w:rPr>
            <w:noProof/>
            <w:webHidden/>
          </w:rPr>
          <w:tab/>
        </w:r>
        <w:r w:rsidR="00773EB9">
          <w:rPr>
            <w:noProof/>
            <w:webHidden/>
          </w:rPr>
          <w:fldChar w:fldCharType="begin"/>
        </w:r>
        <w:r w:rsidR="00773EB9">
          <w:rPr>
            <w:noProof/>
            <w:webHidden/>
          </w:rPr>
          <w:instrText xml:space="preserve"> PAGEREF _Toc236747660 \h </w:instrText>
        </w:r>
        <w:r w:rsidR="00773EB9">
          <w:rPr>
            <w:noProof/>
            <w:webHidden/>
          </w:rPr>
        </w:r>
        <w:r w:rsidR="00773EB9">
          <w:rPr>
            <w:noProof/>
            <w:webHidden/>
          </w:rPr>
          <w:fldChar w:fldCharType="separate"/>
        </w:r>
        <w:r w:rsidR="004152A4">
          <w:rPr>
            <w:noProof/>
            <w:webHidden/>
          </w:rPr>
          <w:t>38</w:t>
        </w:r>
        <w:r w:rsidR="00773EB9">
          <w:rPr>
            <w:noProof/>
            <w:webHidden/>
          </w:rPr>
          <w:fldChar w:fldCharType="end"/>
        </w:r>
      </w:hyperlink>
    </w:p>
    <w:p w14:paraId="3FD64D7D" w14:textId="2805C730" w:rsidR="00773EB9" w:rsidRDefault="00CD44D9">
      <w:pPr>
        <w:pStyle w:val="TOC2"/>
        <w:tabs>
          <w:tab w:val="left" w:pos="880"/>
          <w:tab w:val="right" w:leader="dot" w:pos="7927"/>
        </w:tabs>
        <w:rPr>
          <w:rFonts w:asciiTheme="minorHAnsi" w:hAnsiTheme="minorHAnsi"/>
          <w:noProof/>
          <w:sz w:val="22"/>
        </w:rPr>
      </w:pPr>
      <w:hyperlink w:anchor="_Toc236747661" w:history="1">
        <w:r w:rsidR="00773EB9" w:rsidRPr="0047271F">
          <w:rPr>
            <w:rStyle w:val="Hyperlink"/>
            <w:noProof/>
            <w:lang w:val="id-ID"/>
            <w14:scene3d>
              <w14:camera w14:prst="orthographicFront"/>
              <w14:lightRig w14:rig="threePt" w14:dir="t">
                <w14:rot w14:lat="0" w14:lon="0" w14:rev="0"/>
              </w14:lightRig>
            </w14:scene3d>
          </w:rPr>
          <w:t>4.4</w:t>
        </w:r>
        <w:r w:rsidR="00773EB9">
          <w:rPr>
            <w:rFonts w:asciiTheme="minorHAnsi" w:hAnsiTheme="minorHAnsi"/>
            <w:noProof/>
            <w:sz w:val="22"/>
          </w:rPr>
          <w:tab/>
        </w:r>
        <w:r w:rsidR="00773EB9" w:rsidRPr="0047271F">
          <w:rPr>
            <w:rStyle w:val="Hyperlink"/>
            <w:noProof/>
            <w:lang w:val="id-ID"/>
          </w:rPr>
          <w:t>Tanggapan Responden</w:t>
        </w:r>
        <w:r w:rsidR="00773EB9">
          <w:rPr>
            <w:noProof/>
            <w:webHidden/>
          </w:rPr>
          <w:tab/>
        </w:r>
        <w:r w:rsidR="00773EB9">
          <w:rPr>
            <w:noProof/>
            <w:webHidden/>
          </w:rPr>
          <w:fldChar w:fldCharType="begin"/>
        </w:r>
        <w:r w:rsidR="00773EB9">
          <w:rPr>
            <w:noProof/>
            <w:webHidden/>
          </w:rPr>
          <w:instrText xml:space="preserve"> PAGEREF _Toc236747661 \h </w:instrText>
        </w:r>
        <w:r w:rsidR="00773EB9">
          <w:rPr>
            <w:noProof/>
            <w:webHidden/>
          </w:rPr>
        </w:r>
        <w:r w:rsidR="00773EB9">
          <w:rPr>
            <w:noProof/>
            <w:webHidden/>
          </w:rPr>
          <w:fldChar w:fldCharType="separate"/>
        </w:r>
        <w:r w:rsidR="004152A4">
          <w:rPr>
            <w:noProof/>
            <w:webHidden/>
          </w:rPr>
          <w:t>39</w:t>
        </w:r>
        <w:r w:rsidR="00773EB9">
          <w:rPr>
            <w:noProof/>
            <w:webHidden/>
          </w:rPr>
          <w:fldChar w:fldCharType="end"/>
        </w:r>
      </w:hyperlink>
    </w:p>
    <w:p w14:paraId="1B677EBE" w14:textId="13E03A31" w:rsidR="00773EB9" w:rsidRDefault="00CD44D9">
      <w:pPr>
        <w:pStyle w:val="TOC2"/>
        <w:tabs>
          <w:tab w:val="left" w:pos="880"/>
          <w:tab w:val="right" w:leader="dot" w:pos="7927"/>
        </w:tabs>
        <w:rPr>
          <w:rFonts w:asciiTheme="minorHAnsi" w:hAnsiTheme="minorHAnsi"/>
          <w:noProof/>
          <w:sz w:val="22"/>
        </w:rPr>
      </w:pPr>
      <w:hyperlink w:anchor="_Toc236747662" w:history="1">
        <w:r w:rsidR="00773EB9" w:rsidRPr="0047271F">
          <w:rPr>
            <w:rStyle w:val="Hyperlink"/>
            <w:noProof/>
            <w:lang w:val="id-ID"/>
            <w14:scene3d>
              <w14:camera w14:prst="orthographicFront"/>
              <w14:lightRig w14:rig="threePt" w14:dir="t">
                <w14:rot w14:lat="0" w14:lon="0" w14:rev="0"/>
              </w14:lightRig>
            </w14:scene3d>
          </w:rPr>
          <w:t>4.5</w:t>
        </w:r>
        <w:r w:rsidR="00773EB9">
          <w:rPr>
            <w:rFonts w:asciiTheme="minorHAnsi" w:hAnsiTheme="minorHAnsi"/>
            <w:noProof/>
            <w:sz w:val="22"/>
          </w:rPr>
          <w:tab/>
        </w:r>
        <w:r w:rsidR="00773EB9" w:rsidRPr="0047271F">
          <w:rPr>
            <w:rStyle w:val="Hyperlink"/>
            <w:noProof/>
            <w:lang w:val="id-ID"/>
          </w:rPr>
          <w:t>Uji Kualitas Data</w:t>
        </w:r>
        <w:r w:rsidR="00773EB9">
          <w:rPr>
            <w:noProof/>
            <w:webHidden/>
          </w:rPr>
          <w:tab/>
        </w:r>
        <w:r w:rsidR="00773EB9">
          <w:rPr>
            <w:noProof/>
            <w:webHidden/>
          </w:rPr>
          <w:fldChar w:fldCharType="begin"/>
        </w:r>
        <w:r w:rsidR="00773EB9">
          <w:rPr>
            <w:noProof/>
            <w:webHidden/>
          </w:rPr>
          <w:instrText xml:space="preserve"> PAGEREF _Toc236747662 \h </w:instrText>
        </w:r>
        <w:r w:rsidR="00773EB9">
          <w:rPr>
            <w:noProof/>
            <w:webHidden/>
          </w:rPr>
        </w:r>
        <w:r w:rsidR="00773EB9">
          <w:rPr>
            <w:noProof/>
            <w:webHidden/>
          </w:rPr>
          <w:fldChar w:fldCharType="separate"/>
        </w:r>
        <w:r w:rsidR="004152A4">
          <w:rPr>
            <w:noProof/>
            <w:webHidden/>
          </w:rPr>
          <w:t>50</w:t>
        </w:r>
        <w:r w:rsidR="00773EB9">
          <w:rPr>
            <w:noProof/>
            <w:webHidden/>
          </w:rPr>
          <w:fldChar w:fldCharType="end"/>
        </w:r>
      </w:hyperlink>
    </w:p>
    <w:p w14:paraId="6C75F9B1" w14:textId="5A2E23F1" w:rsidR="00773EB9" w:rsidRDefault="00CD44D9">
      <w:pPr>
        <w:pStyle w:val="TOC2"/>
        <w:tabs>
          <w:tab w:val="left" w:pos="880"/>
          <w:tab w:val="right" w:leader="dot" w:pos="7927"/>
        </w:tabs>
        <w:rPr>
          <w:rFonts w:asciiTheme="minorHAnsi" w:hAnsiTheme="minorHAnsi"/>
          <w:noProof/>
          <w:sz w:val="22"/>
        </w:rPr>
      </w:pPr>
      <w:hyperlink w:anchor="_Toc236747663" w:history="1">
        <w:r w:rsidR="00773EB9" w:rsidRPr="0047271F">
          <w:rPr>
            <w:rStyle w:val="Hyperlink"/>
            <w:noProof/>
            <w:lang w:val="id-ID"/>
            <w14:scene3d>
              <w14:camera w14:prst="orthographicFront"/>
              <w14:lightRig w14:rig="threePt" w14:dir="t">
                <w14:rot w14:lat="0" w14:lon="0" w14:rev="0"/>
              </w14:lightRig>
            </w14:scene3d>
          </w:rPr>
          <w:t>4.6</w:t>
        </w:r>
        <w:r w:rsidR="00773EB9">
          <w:rPr>
            <w:rFonts w:asciiTheme="minorHAnsi" w:hAnsiTheme="minorHAnsi"/>
            <w:noProof/>
            <w:sz w:val="22"/>
          </w:rPr>
          <w:tab/>
        </w:r>
        <w:r w:rsidR="00773EB9" w:rsidRPr="0047271F">
          <w:rPr>
            <w:rStyle w:val="Hyperlink"/>
            <w:noProof/>
            <w:lang w:val="id-ID"/>
          </w:rPr>
          <w:t>Uji Asumsi Klasik</w:t>
        </w:r>
        <w:r w:rsidR="00773EB9">
          <w:rPr>
            <w:noProof/>
            <w:webHidden/>
          </w:rPr>
          <w:tab/>
        </w:r>
        <w:r w:rsidR="00773EB9">
          <w:rPr>
            <w:noProof/>
            <w:webHidden/>
          </w:rPr>
          <w:fldChar w:fldCharType="begin"/>
        </w:r>
        <w:r w:rsidR="00773EB9">
          <w:rPr>
            <w:noProof/>
            <w:webHidden/>
          </w:rPr>
          <w:instrText xml:space="preserve"> PAGEREF _Toc236747663 \h </w:instrText>
        </w:r>
        <w:r w:rsidR="00773EB9">
          <w:rPr>
            <w:noProof/>
            <w:webHidden/>
          </w:rPr>
        </w:r>
        <w:r w:rsidR="00773EB9">
          <w:rPr>
            <w:noProof/>
            <w:webHidden/>
          </w:rPr>
          <w:fldChar w:fldCharType="separate"/>
        </w:r>
        <w:r w:rsidR="004152A4">
          <w:rPr>
            <w:noProof/>
            <w:webHidden/>
          </w:rPr>
          <w:t>53</w:t>
        </w:r>
        <w:r w:rsidR="00773EB9">
          <w:rPr>
            <w:noProof/>
            <w:webHidden/>
          </w:rPr>
          <w:fldChar w:fldCharType="end"/>
        </w:r>
      </w:hyperlink>
    </w:p>
    <w:p w14:paraId="04F8DDC3" w14:textId="4027DFDB" w:rsidR="00773EB9" w:rsidRDefault="00CD44D9">
      <w:pPr>
        <w:pStyle w:val="TOC2"/>
        <w:tabs>
          <w:tab w:val="left" w:pos="880"/>
          <w:tab w:val="right" w:leader="dot" w:pos="7927"/>
        </w:tabs>
        <w:rPr>
          <w:rFonts w:asciiTheme="minorHAnsi" w:hAnsiTheme="minorHAnsi"/>
          <w:noProof/>
          <w:sz w:val="22"/>
        </w:rPr>
      </w:pPr>
      <w:hyperlink w:anchor="_Toc236747664" w:history="1">
        <w:r w:rsidR="00773EB9" w:rsidRPr="0047271F">
          <w:rPr>
            <w:rStyle w:val="Hyperlink"/>
            <w:noProof/>
            <w:lang w:val="id-ID"/>
            <w14:scene3d>
              <w14:camera w14:prst="orthographicFront"/>
              <w14:lightRig w14:rig="threePt" w14:dir="t">
                <w14:rot w14:lat="0" w14:lon="0" w14:rev="0"/>
              </w14:lightRig>
            </w14:scene3d>
          </w:rPr>
          <w:t>4.7</w:t>
        </w:r>
        <w:r w:rsidR="00773EB9">
          <w:rPr>
            <w:rFonts w:asciiTheme="minorHAnsi" w:hAnsiTheme="minorHAnsi"/>
            <w:noProof/>
            <w:sz w:val="22"/>
          </w:rPr>
          <w:tab/>
        </w:r>
        <w:r w:rsidR="00773EB9" w:rsidRPr="0047271F">
          <w:rPr>
            <w:rStyle w:val="Hyperlink"/>
            <w:noProof/>
            <w:lang w:val="id-ID"/>
          </w:rPr>
          <w:t>Analisis Linear Berganda</w:t>
        </w:r>
        <w:r w:rsidR="00773EB9">
          <w:rPr>
            <w:noProof/>
            <w:webHidden/>
          </w:rPr>
          <w:tab/>
        </w:r>
        <w:r w:rsidR="00773EB9">
          <w:rPr>
            <w:noProof/>
            <w:webHidden/>
          </w:rPr>
          <w:fldChar w:fldCharType="begin"/>
        </w:r>
        <w:r w:rsidR="00773EB9">
          <w:rPr>
            <w:noProof/>
            <w:webHidden/>
          </w:rPr>
          <w:instrText xml:space="preserve"> PAGEREF _Toc236747664 \h </w:instrText>
        </w:r>
        <w:r w:rsidR="00773EB9">
          <w:rPr>
            <w:noProof/>
            <w:webHidden/>
          </w:rPr>
        </w:r>
        <w:r w:rsidR="00773EB9">
          <w:rPr>
            <w:noProof/>
            <w:webHidden/>
          </w:rPr>
          <w:fldChar w:fldCharType="separate"/>
        </w:r>
        <w:r w:rsidR="004152A4">
          <w:rPr>
            <w:noProof/>
            <w:webHidden/>
          </w:rPr>
          <w:t>58</w:t>
        </w:r>
        <w:r w:rsidR="00773EB9">
          <w:rPr>
            <w:noProof/>
            <w:webHidden/>
          </w:rPr>
          <w:fldChar w:fldCharType="end"/>
        </w:r>
      </w:hyperlink>
    </w:p>
    <w:p w14:paraId="5A602907" w14:textId="707F6250" w:rsidR="00773EB9" w:rsidRDefault="00CD44D9">
      <w:pPr>
        <w:pStyle w:val="TOC2"/>
        <w:tabs>
          <w:tab w:val="left" w:pos="880"/>
          <w:tab w:val="right" w:leader="dot" w:pos="7927"/>
        </w:tabs>
        <w:rPr>
          <w:rFonts w:asciiTheme="minorHAnsi" w:hAnsiTheme="minorHAnsi"/>
          <w:noProof/>
          <w:sz w:val="22"/>
        </w:rPr>
      </w:pPr>
      <w:hyperlink w:anchor="_Toc236747665" w:history="1">
        <w:r w:rsidR="00773EB9" w:rsidRPr="0047271F">
          <w:rPr>
            <w:rStyle w:val="Hyperlink"/>
            <w:noProof/>
            <w:lang w:val="id-ID"/>
            <w14:scene3d>
              <w14:camera w14:prst="orthographicFront"/>
              <w14:lightRig w14:rig="threePt" w14:dir="t">
                <w14:rot w14:lat="0" w14:lon="0" w14:rev="0"/>
              </w14:lightRig>
            </w14:scene3d>
          </w:rPr>
          <w:t>4.8</w:t>
        </w:r>
        <w:r w:rsidR="00773EB9">
          <w:rPr>
            <w:rFonts w:asciiTheme="minorHAnsi" w:hAnsiTheme="minorHAnsi"/>
            <w:noProof/>
            <w:sz w:val="22"/>
          </w:rPr>
          <w:tab/>
        </w:r>
        <w:r w:rsidR="00773EB9" w:rsidRPr="0047271F">
          <w:rPr>
            <w:rStyle w:val="Hyperlink"/>
            <w:noProof/>
            <w:lang w:val="id-ID"/>
          </w:rPr>
          <w:t>Uji Hipotesis</w:t>
        </w:r>
        <w:r w:rsidR="00773EB9">
          <w:rPr>
            <w:noProof/>
            <w:webHidden/>
          </w:rPr>
          <w:tab/>
        </w:r>
        <w:r w:rsidR="00773EB9">
          <w:rPr>
            <w:noProof/>
            <w:webHidden/>
          </w:rPr>
          <w:fldChar w:fldCharType="begin"/>
        </w:r>
        <w:r w:rsidR="00773EB9">
          <w:rPr>
            <w:noProof/>
            <w:webHidden/>
          </w:rPr>
          <w:instrText xml:space="preserve"> PAGEREF _Toc236747665 \h </w:instrText>
        </w:r>
        <w:r w:rsidR="00773EB9">
          <w:rPr>
            <w:noProof/>
            <w:webHidden/>
          </w:rPr>
        </w:r>
        <w:r w:rsidR="00773EB9">
          <w:rPr>
            <w:noProof/>
            <w:webHidden/>
          </w:rPr>
          <w:fldChar w:fldCharType="separate"/>
        </w:r>
        <w:r w:rsidR="004152A4">
          <w:rPr>
            <w:noProof/>
            <w:webHidden/>
          </w:rPr>
          <w:t>59</w:t>
        </w:r>
        <w:r w:rsidR="00773EB9">
          <w:rPr>
            <w:noProof/>
            <w:webHidden/>
          </w:rPr>
          <w:fldChar w:fldCharType="end"/>
        </w:r>
      </w:hyperlink>
    </w:p>
    <w:p w14:paraId="3612CB4F" w14:textId="23C6B818" w:rsidR="00773EB9" w:rsidRDefault="00CD44D9">
      <w:pPr>
        <w:pStyle w:val="TOC2"/>
        <w:tabs>
          <w:tab w:val="left" w:pos="880"/>
          <w:tab w:val="right" w:leader="dot" w:pos="7927"/>
        </w:tabs>
        <w:rPr>
          <w:rFonts w:asciiTheme="minorHAnsi" w:hAnsiTheme="minorHAnsi"/>
          <w:noProof/>
          <w:sz w:val="22"/>
        </w:rPr>
      </w:pPr>
      <w:hyperlink w:anchor="_Toc236747666" w:history="1">
        <w:r w:rsidR="00773EB9" w:rsidRPr="0047271F">
          <w:rPr>
            <w:rStyle w:val="Hyperlink"/>
            <w:noProof/>
            <w:lang w:val="id-ID"/>
            <w14:scene3d>
              <w14:camera w14:prst="orthographicFront"/>
              <w14:lightRig w14:rig="threePt" w14:dir="t">
                <w14:rot w14:lat="0" w14:lon="0" w14:rev="0"/>
              </w14:lightRig>
            </w14:scene3d>
          </w:rPr>
          <w:t>4.9</w:t>
        </w:r>
        <w:r w:rsidR="00773EB9">
          <w:rPr>
            <w:rFonts w:asciiTheme="minorHAnsi" w:hAnsiTheme="minorHAnsi"/>
            <w:noProof/>
            <w:sz w:val="22"/>
          </w:rPr>
          <w:tab/>
        </w:r>
        <w:r w:rsidR="00773EB9" w:rsidRPr="0047271F">
          <w:rPr>
            <w:rStyle w:val="Hyperlink"/>
            <w:noProof/>
            <w:lang w:val="id-ID"/>
          </w:rPr>
          <w:t>Pembahasan</w:t>
        </w:r>
        <w:r w:rsidR="00773EB9">
          <w:rPr>
            <w:noProof/>
            <w:webHidden/>
          </w:rPr>
          <w:tab/>
        </w:r>
        <w:r w:rsidR="00773EB9">
          <w:rPr>
            <w:noProof/>
            <w:webHidden/>
          </w:rPr>
          <w:fldChar w:fldCharType="begin"/>
        </w:r>
        <w:r w:rsidR="00773EB9">
          <w:rPr>
            <w:noProof/>
            <w:webHidden/>
          </w:rPr>
          <w:instrText xml:space="preserve"> PAGEREF _Toc236747666 \h </w:instrText>
        </w:r>
        <w:r w:rsidR="00773EB9">
          <w:rPr>
            <w:noProof/>
            <w:webHidden/>
          </w:rPr>
        </w:r>
        <w:r w:rsidR="00773EB9">
          <w:rPr>
            <w:noProof/>
            <w:webHidden/>
          </w:rPr>
          <w:fldChar w:fldCharType="separate"/>
        </w:r>
        <w:r w:rsidR="004152A4">
          <w:rPr>
            <w:noProof/>
            <w:webHidden/>
          </w:rPr>
          <w:t>62</w:t>
        </w:r>
        <w:r w:rsidR="00773EB9">
          <w:rPr>
            <w:noProof/>
            <w:webHidden/>
          </w:rPr>
          <w:fldChar w:fldCharType="end"/>
        </w:r>
      </w:hyperlink>
    </w:p>
    <w:p w14:paraId="0A0E6068" w14:textId="71DE300C" w:rsidR="00773EB9" w:rsidRDefault="00CD44D9">
      <w:pPr>
        <w:pStyle w:val="TOC1"/>
        <w:tabs>
          <w:tab w:val="left" w:pos="480"/>
          <w:tab w:val="right" w:leader="dot" w:pos="7927"/>
        </w:tabs>
        <w:rPr>
          <w:rFonts w:asciiTheme="minorHAnsi" w:hAnsiTheme="minorHAnsi"/>
          <w:noProof/>
          <w:sz w:val="22"/>
        </w:rPr>
      </w:pPr>
      <w:hyperlink w:anchor="_Toc236747667" w:history="1">
        <w:r w:rsidR="00773EB9" w:rsidRPr="0047271F">
          <w:rPr>
            <w:rStyle w:val="Hyperlink"/>
            <w:noProof/>
            <w:lang w:val="id-ID"/>
          </w:rPr>
          <w:t>BAB V</w:t>
        </w:r>
        <w:r w:rsidR="00773EB9">
          <w:rPr>
            <w:noProof/>
            <w:webHidden/>
          </w:rPr>
          <w:tab/>
        </w:r>
        <w:r w:rsidR="00773EB9">
          <w:rPr>
            <w:noProof/>
            <w:webHidden/>
          </w:rPr>
          <w:fldChar w:fldCharType="begin"/>
        </w:r>
        <w:r w:rsidR="00773EB9">
          <w:rPr>
            <w:noProof/>
            <w:webHidden/>
          </w:rPr>
          <w:instrText xml:space="preserve"> PAGEREF _Toc236747667 \h </w:instrText>
        </w:r>
        <w:r w:rsidR="00773EB9">
          <w:rPr>
            <w:noProof/>
            <w:webHidden/>
          </w:rPr>
        </w:r>
        <w:r w:rsidR="00773EB9">
          <w:rPr>
            <w:noProof/>
            <w:webHidden/>
          </w:rPr>
          <w:fldChar w:fldCharType="separate"/>
        </w:r>
        <w:r w:rsidR="004152A4">
          <w:rPr>
            <w:noProof/>
            <w:webHidden/>
          </w:rPr>
          <w:t>64</w:t>
        </w:r>
        <w:r w:rsidR="00773EB9">
          <w:rPr>
            <w:noProof/>
            <w:webHidden/>
          </w:rPr>
          <w:fldChar w:fldCharType="end"/>
        </w:r>
      </w:hyperlink>
    </w:p>
    <w:p w14:paraId="64952CED" w14:textId="601BEFC0" w:rsidR="00773EB9" w:rsidRDefault="00CD44D9">
      <w:pPr>
        <w:pStyle w:val="TOC2"/>
        <w:tabs>
          <w:tab w:val="left" w:pos="880"/>
          <w:tab w:val="right" w:leader="dot" w:pos="7927"/>
        </w:tabs>
        <w:rPr>
          <w:rFonts w:asciiTheme="minorHAnsi" w:hAnsiTheme="minorHAnsi"/>
          <w:noProof/>
          <w:sz w:val="22"/>
        </w:rPr>
      </w:pPr>
      <w:hyperlink w:anchor="_Toc236747669" w:history="1">
        <w:r w:rsidR="00773EB9" w:rsidRPr="0047271F">
          <w:rPr>
            <w:rStyle w:val="Hyperlink"/>
            <w:noProof/>
            <w:lang w:val="id-ID"/>
            <w14:scene3d>
              <w14:camera w14:prst="orthographicFront"/>
              <w14:lightRig w14:rig="threePt" w14:dir="t">
                <w14:rot w14:lat="0" w14:lon="0" w14:rev="0"/>
              </w14:lightRig>
            </w14:scene3d>
          </w:rPr>
          <w:t>5.1</w:t>
        </w:r>
        <w:r w:rsidR="00773EB9">
          <w:rPr>
            <w:rFonts w:asciiTheme="minorHAnsi" w:hAnsiTheme="minorHAnsi"/>
            <w:noProof/>
            <w:sz w:val="22"/>
          </w:rPr>
          <w:tab/>
        </w:r>
        <w:r w:rsidR="00773EB9" w:rsidRPr="0047271F">
          <w:rPr>
            <w:rStyle w:val="Hyperlink"/>
            <w:noProof/>
            <w:lang w:val="id-ID"/>
          </w:rPr>
          <w:t>Kesimpulan</w:t>
        </w:r>
        <w:r w:rsidR="00773EB9">
          <w:rPr>
            <w:noProof/>
            <w:webHidden/>
          </w:rPr>
          <w:tab/>
        </w:r>
        <w:r w:rsidR="00773EB9">
          <w:rPr>
            <w:noProof/>
            <w:webHidden/>
          </w:rPr>
          <w:fldChar w:fldCharType="begin"/>
        </w:r>
        <w:r w:rsidR="00773EB9">
          <w:rPr>
            <w:noProof/>
            <w:webHidden/>
          </w:rPr>
          <w:instrText xml:space="preserve"> PAGEREF _Toc236747669 \h </w:instrText>
        </w:r>
        <w:r w:rsidR="00773EB9">
          <w:rPr>
            <w:noProof/>
            <w:webHidden/>
          </w:rPr>
        </w:r>
        <w:r w:rsidR="00773EB9">
          <w:rPr>
            <w:noProof/>
            <w:webHidden/>
          </w:rPr>
          <w:fldChar w:fldCharType="separate"/>
        </w:r>
        <w:r w:rsidR="004152A4">
          <w:rPr>
            <w:noProof/>
            <w:webHidden/>
          </w:rPr>
          <w:t>64</w:t>
        </w:r>
        <w:r w:rsidR="00773EB9">
          <w:rPr>
            <w:noProof/>
            <w:webHidden/>
          </w:rPr>
          <w:fldChar w:fldCharType="end"/>
        </w:r>
      </w:hyperlink>
    </w:p>
    <w:p w14:paraId="49E97450" w14:textId="0CF8DFA2" w:rsidR="00773EB9" w:rsidRDefault="00CD44D9">
      <w:pPr>
        <w:pStyle w:val="TOC2"/>
        <w:tabs>
          <w:tab w:val="left" w:pos="880"/>
          <w:tab w:val="right" w:leader="dot" w:pos="7927"/>
        </w:tabs>
        <w:rPr>
          <w:rFonts w:asciiTheme="minorHAnsi" w:hAnsiTheme="minorHAnsi"/>
          <w:noProof/>
          <w:sz w:val="22"/>
        </w:rPr>
      </w:pPr>
      <w:hyperlink w:anchor="_Toc236747670" w:history="1">
        <w:r w:rsidR="00773EB9" w:rsidRPr="0047271F">
          <w:rPr>
            <w:rStyle w:val="Hyperlink"/>
            <w:noProof/>
            <w:lang w:val="id-ID"/>
            <w14:scene3d>
              <w14:camera w14:prst="orthographicFront"/>
              <w14:lightRig w14:rig="threePt" w14:dir="t">
                <w14:rot w14:lat="0" w14:lon="0" w14:rev="0"/>
              </w14:lightRig>
            </w14:scene3d>
          </w:rPr>
          <w:t>5.2</w:t>
        </w:r>
        <w:r w:rsidR="00773EB9">
          <w:rPr>
            <w:rFonts w:asciiTheme="minorHAnsi" w:hAnsiTheme="minorHAnsi"/>
            <w:noProof/>
            <w:sz w:val="22"/>
          </w:rPr>
          <w:tab/>
        </w:r>
        <w:r w:rsidR="00773EB9" w:rsidRPr="0047271F">
          <w:rPr>
            <w:rStyle w:val="Hyperlink"/>
            <w:noProof/>
            <w:lang w:val="id-ID"/>
          </w:rPr>
          <w:t>Saran</w:t>
        </w:r>
        <w:r w:rsidR="00773EB9">
          <w:rPr>
            <w:noProof/>
            <w:webHidden/>
          </w:rPr>
          <w:tab/>
        </w:r>
        <w:r w:rsidR="00773EB9">
          <w:rPr>
            <w:noProof/>
            <w:webHidden/>
          </w:rPr>
          <w:fldChar w:fldCharType="begin"/>
        </w:r>
        <w:r w:rsidR="00773EB9">
          <w:rPr>
            <w:noProof/>
            <w:webHidden/>
          </w:rPr>
          <w:instrText xml:space="preserve"> PAGEREF _Toc236747670 \h </w:instrText>
        </w:r>
        <w:r w:rsidR="00773EB9">
          <w:rPr>
            <w:noProof/>
            <w:webHidden/>
          </w:rPr>
        </w:r>
        <w:r w:rsidR="00773EB9">
          <w:rPr>
            <w:noProof/>
            <w:webHidden/>
          </w:rPr>
          <w:fldChar w:fldCharType="separate"/>
        </w:r>
        <w:r w:rsidR="004152A4">
          <w:rPr>
            <w:noProof/>
            <w:webHidden/>
          </w:rPr>
          <w:t>65</w:t>
        </w:r>
        <w:r w:rsidR="00773EB9">
          <w:rPr>
            <w:noProof/>
            <w:webHidden/>
          </w:rPr>
          <w:fldChar w:fldCharType="end"/>
        </w:r>
      </w:hyperlink>
    </w:p>
    <w:p w14:paraId="1C1FF057" w14:textId="44EFEBAF" w:rsidR="00773EB9" w:rsidRDefault="00CD44D9">
      <w:pPr>
        <w:pStyle w:val="TOC1"/>
        <w:tabs>
          <w:tab w:val="right" w:leader="dot" w:pos="7927"/>
        </w:tabs>
        <w:rPr>
          <w:rFonts w:asciiTheme="minorHAnsi" w:hAnsiTheme="minorHAnsi"/>
          <w:noProof/>
          <w:sz w:val="22"/>
        </w:rPr>
      </w:pPr>
      <w:hyperlink w:anchor="_Toc236747671" w:history="1">
        <w:r w:rsidR="00773EB9" w:rsidRPr="0047271F">
          <w:rPr>
            <w:rStyle w:val="Hyperlink"/>
            <w:noProof/>
            <w:lang w:val="id-ID"/>
          </w:rPr>
          <w:t>DAFTAR PUSTAKA</w:t>
        </w:r>
        <w:r w:rsidR="00773EB9">
          <w:rPr>
            <w:noProof/>
            <w:webHidden/>
          </w:rPr>
          <w:tab/>
        </w:r>
        <w:r w:rsidR="00773EB9">
          <w:rPr>
            <w:noProof/>
            <w:webHidden/>
          </w:rPr>
          <w:fldChar w:fldCharType="begin"/>
        </w:r>
        <w:r w:rsidR="00773EB9">
          <w:rPr>
            <w:noProof/>
            <w:webHidden/>
          </w:rPr>
          <w:instrText xml:space="preserve"> PAGEREF _Toc236747671 \h </w:instrText>
        </w:r>
        <w:r w:rsidR="00773EB9">
          <w:rPr>
            <w:noProof/>
            <w:webHidden/>
          </w:rPr>
        </w:r>
        <w:r w:rsidR="00773EB9">
          <w:rPr>
            <w:noProof/>
            <w:webHidden/>
          </w:rPr>
          <w:fldChar w:fldCharType="separate"/>
        </w:r>
        <w:r w:rsidR="004152A4">
          <w:rPr>
            <w:noProof/>
            <w:webHidden/>
          </w:rPr>
          <w:t>67</w:t>
        </w:r>
        <w:r w:rsidR="00773EB9">
          <w:rPr>
            <w:noProof/>
            <w:webHidden/>
          </w:rPr>
          <w:fldChar w:fldCharType="end"/>
        </w:r>
      </w:hyperlink>
    </w:p>
    <w:p w14:paraId="1053F3D4" w14:textId="5A0DA90B" w:rsidR="00773EB9" w:rsidRDefault="00CD44D9">
      <w:pPr>
        <w:pStyle w:val="TOC1"/>
        <w:tabs>
          <w:tab w:val="left" w:pos="480"/>
          <w:tab w:val="right" w:leader="dot" w:pos="7927"/>
        </w:tabs>
        <w:rPr>
          <w:rFonts w:asciiTheme="minorHAnsi" w:hAnsiTheme="minorHAnsi"/>
          <w:noProof/>
          <w:sz w:val="22"/>
        </w:rPr>
      </w:pPr>
      <w:hyperlink w:anchor="_Toc236747672" w:history="1">
        <w:r w:rsidR="00773EB9" w:rsidRPr="0047271F">
          <w:rPr>
            <w:rStyle w:val="Hyperlink"/>
            <w:noProof/>
          </w:rPr>
          <w:t>LAMPIRAN</w:t>
        </w:r>
        <w:r w:rsidR="00773EB9">
          <w:rPr>
            <w:noProof/>
            <w:webHidden/>
          </w:rPr>
          <w:tab/>
        </w:r>
        <w:r w:rsidR="00773EB9">
          <w:rPr>
            <w:noProof/>
            <w:webHidden/>
          </w:rPr>
          <w:fldChar w:fldCharType="begin"/>
        </w:r>
        <w:r w:rsidR="00773EB9">
          <w:rPr>
            <w:noProof/>
            <w:webHidden/>
          </w:rPr>
          <w:instrText xml:space="preserve"> PAGEREF _Toc236747672 \h </w:instrText>
        </w:r>
        <w:r w:rsidR="00773EB9">
          <w:rPr>
            <w:noProof/>
            <w:webHidden/>
          </w:rPr>
        </w:r>
        <w:r w:rsidR="00773EB9">
          <w:rPr>
            <w:noProof/>
            <w:webHidden/>
          </w:rPr>
          <w:fldChar w:fldCharType="separate"/>
        </w:r>
        <w:r w:rsidR="004152A4">
          <w:rPr>
            <w:noProof/>
            <w:webHidden/>
          </w:rPr>
          <w:t>69</w:t>
        </w:r>
        <w:r w:rsidR="00773EB9">
          <w:rPr>
            <w:noProof/>
            <w:webHidden/>
          </w:rPr>
          <w:fldChar w:fldCharType="end"/>
        </w:r>
      </w:hyperlink>
    </w:p>
    <w:p w14:paraId="15905F7A" w14:textId="7FBDC4A8" w:rsidR="00FE09B8" w:rsidRPr="00E22388" w:rsidRDefault="00FE09B8" w:rsidP="00FE09B8">
      <w:pPr>
        <w:rPr>
          <w:lang w:val="id-ID"/>
        </w:rPr>
      </w:pPr>
      <w:r w:rsidRPr="00E22388">
        <w:rPr>
          <w:lang w:val="id-ID"/>
        </w:rPr>
        <w:fldChar w:fldCharType="end"/>
      </w:r>
    </w:p>
    <w:p w14:paraId="1A107C39" w14:textId="1638AA94" w:rsidR="00FE09B8" w:rsidRPr="00E22388" w:rsidRDefault="00FE09B8" w:rsidP="00FE09B8">
      <w:pPr>
        <w:rPr>
          <w:lang w:val="id-ID"/>
        </w:rPr>
      </w:pPr>
    </w:p>
    <w:p w14:paraId="768FFB22" w14:textId="77777777" w:rsidR="00432318" w:rsidRPr="00E22388" w:rsidRDefault="00432318" w:rsidP="00FE09B8">
      <w:pPr>
        <w:rPr>
          <w:lang w:val="id-ID"/>
        </w:rPr>
      </w:pPr>
    </w:p>
    <w:p w14:paraId="47D6AD63" w14:textId="77777777" w:rsidR="00432318" w:rsidRPr="00E22388" w:rsidRDefault="00432318" w:rsidP="00FE09B8">
      <w:pPr>
        <w:rPr>
          <w:lang w:val="id-ID"/>
        </w:rPr>
      </w:pPr>
    </w:p>
    <w:p w14:paraId="5D00E1CF" w14:textId="3D0E89E8" w:rsidR="00432318" w:rsidRPr="00E22388" w:rsidRDefault="00432318" w:rsidP="00FE09B8">
      <w:pPr>
        <w:rPr>
          <w:lang w:val="id-ID"/>
        </w:rPr>
      </w:pPr>
    </w:p>
    <w:p w14:paraId="71CD593A" w14:textId="77777777" w:rsidR="0061595D" w:rsidRPr="00E22388" w:rsidRDefault="0061595D" w:rsidP="00FE09B8">
      <w:pPr>
        <w:rPr>
          <w:lang w:val="id-ID"/>
        </w:rPr>
      </w:pPr>
    </w:p>
    <w:p w14:paraId="6BD1C762" w14:textId="1A3C5BDE" w:rsidR="00FE09B8" w:rsidRPr="00E22388" w:rsidRDefault="00FE09B8" w:rsidP="00FE09B8">
      <w:pPr>
        <w:rPr>
          <w:lang w:val="id-ID"/>
        </w:rPr>
      </w:pPr>
    </w:p>
    <w:p w14:paraId="09F711C2" w14:textId="1D01069D" w:rsidR="00432318" w:rsidRDefault="00432318" w:rsidP="00A30133">
      <w:pPr>
        <w:pStyle w:val="Heading1"/>
        <w:numPr>
          <w:ilvl w:val="0"/>
          <w:numId w:val="0"/>
        </w:numPr>
        <w:spacing w:after="0" w:line="240" w:lineRule="auto"/>
        <w:rPr>
          <w:lang w:val="id-ID"/>
        </w:rPr>
      </w:pPr>
      <w:bookmarkStart w:id="14" w:name="_Toc236747622"/>
      <w:r w:rsidRPr="00E22388">
        <w:rPr>
          <w:lang w:val="id-ID"/>
        </w:rPr>
        <w:lastRenderedPageBreak/>
        <w:t>DAFTAR TABEL</w:t>
      </w:r>
      <w:bookmarkEnd w:id="14"/>
    </w:p>
    <w:p w14:paraId="4B6768CF" w14:textId="592CBABE" w:rsidR="00A30133" w:rsidRDefault="00A30133" w:rsidP="00A30133">
      <w:pPr>
        <w:spacing w:after="0" w:line="240" w:lineRule="auto"/>
        <w:rPr>
          <w:lang w:val="id-ID"/>
        </w:rPr>
      </w:pPr>
    </w:p>
    <w:p w14:paraId="2404FA4B" w14:textId="77777777" w:rsidR="00A30133" w:rsidRPr="00A30133" w:rsidRDefault="00A30133" w:rsidP="00A30133">
      <w:pPr>
        <w:spacing w:after="0" w:line="240" w:lineRule="auto"/>
        <w:rPr>
          <w:lang w:val="id-ID"/>
        </w:rPr>
      </w:pPr>
    </w:p>
    <w:p w14:paraId="771F5D78" w14:textId="1B6EF274" w:rsidR="00583BDE" w:rsidRDefault="00432318">
      <w:pPr>
        <w:pStyle w:val="TableofFigures"/>
        <w:tabs>
          <w:tab w:val="right" w:leader="dot" w:pos="7927"/>
        </w:tabs>
        <w:rPr>
          <w:rFonts w:asciiTheme="minorHAnsi" w:hAnsiTheme="minorHAnsi"/>
          <w:noProof/>
          <w:sz w:val="22"/>
        </w:rPr>
      </w:pPr>
      <w:r w:rsidRPr="00E22388">
        <w:rPr>
          <w:lang w:val="id-ID"/>
        </w:rPr>
        <w:fldChar w:fldCharType="begin"/>
      </w:r>
      <w:r w:rsidRPr="00E22388">
        <w:rPr>
          <w:lang w:val="id-ID"/>
        </w:rPr>
        <w:instrText xml:space="preserve"> TOC \h \z \c "Tabel" </w:instrText>
      </w:r>
      <w:r w:rsidRPr="00E22388">
        <w:rPr>
          <w:lang w:val="id-ID"/>
        </w:rPr>
        <w:fldChar w:fldCharType="separate"/>
      </w:r>
      <w:hyperlink w:anchor="_Toc235702771" w:history="1">
        <w:r w:rsidR="00583BDE" w:rsidRPr="00D77BCE">
          <w:rPr>
            <w:rStyle w:val="Hyperlink"/>
            <w:noProof/>
          </w:rPr>
          <w:t>Tabel 1.1 Perbandingan Jumlah Order AstroCustom Tahun 2024-2025</w:t>
        </w:r>
        <w:r w:rsidR="00583BDE">
          <w:rPr>
            <w:noProof/>
            <w:webHidden/>
          </w:rPr>
          <w:tab/>
        </w:r>
        <w:r w:rsidR="00583BDE">
          <w:rPr>
            <w:noProof/>
            <w:webHidden/>
          </w:rPr>
          <w:fldChar w:fldCharType="begin"/>
        </w:r>
        <w:r w:rsidR="00583BDE">
          <w:rPr>
            <w:noProof/>
            <w:webHidden/>
          </w:rPr>
          <w:instrText xml:space="preserve"> PAGEREF _Toc235702771 \h </w:instrText>
        </w:r>
        <w:r w:rsidR="00583BDE">
          <w:rPr>
            <w:noProof/>
            <w:webHidden/>
          </w:rPr>
        </w:r>
        <w:r w:rsidR="00583BDE">
          <w:rPr>
            <w:noProof/>
            <w:webHidden/>
          </w:rPr>
          <w:fldChar w:fldCharType="separate"/>
        </w:r>
        <w:r w:rsidR="004152A4">
          <w:rPr>
            <w:noProof/>
            <w:webHidden/>
          </w:rPr>
          <w:t>3</w:t>
        </w:r>
        <w:r w:rsidR="00583BDE">
          <w:rPr>
            <w:noProof/>
            <w:webHidden/>
          </w:rPr>
          <w:fldChar w:fldCharType="end"/>
        </w:r>
      </w:hyperlink>
    </w:p>
    <w:p w14:paraId="0951BE22" w14:textId="6FC4C1BC" w:rsidR="00583BDE" w:rsidRDefault="00CD44D9">
      <w:pPr>
        <w:pStyle w:val="TableofFigures"/>
        <w:tabs>
          <w:tab w:val="right" w:leader="dot" w:pos="7927"/>
        </w:tabs>
        <w:rPr>
          <w:rFonts w:asciiTheme="minorHAnsi" w:hAnsiTheme="minorHAnsi"/>
          <w:noProof/>
          <w:sz w:val="22"/>
        </w:rPr>
      </w:pPr>
      <w:hyperlink w:anchor="_Toc235702772" w:history="1">
        <w:r w:rsidR="00583BDE" w:rsidRPr="00D77BCE">
          <w:rPr>
            <w:rStyle w:val="Hyperlink"/>
            <w:rFonts w:cs="Times New Roman"/>
            <w:noProof/>
          </w:rPr>
          <w:t>Tabel 2.1 Penelitian Terdahulu</w:t>
        </w:r>
        <w:r w:rsidR="00583BDE">
          <w:rPr>
            <w:noProof/>
            <w:webHidden/>
          </w:rPr>
          <w:tab/>
        </w:r>
        <w:r w:rsidR="00583BDE">
          <w:rPr>
            <w:noProof/>
            <w:webHidden/>
          </w:rPr>
          <w:fldChar w:fldCharType="begin"/>
        </w:r>
        <w:r w:rsidR="00583BDE">
          <w:rPr>
            <w:noProof/>
            <w:webHidden/>
          </w:rPr>
          <w:instrText xml:space="preserve"> PAGEREF _Toc235702772 \h </w:instrText>
        </w:r>
        <w:r w:rsidR="00583BDE">
          <w:rPr>
            <w:noProof/>
            <w:webHidden/>
          </w:rPr>
        </w:r>
        <w:r w:rsidR="00583BDE">
          <w:rPr>
            <w:noProof/>
            <w:webHidden/>
          </w:rPr>
          <w:fldChar w:fldCharType="separate"/>
        </w:r>
        <w:r w:rsidR="004152A4">
          <w:rPr>
            <w:noProof/>
            <w:webHidden/>
          </w:rPr>
          <w:t>20</w:t>
        </w:r>
        <w:r w:rsidR="00583BDE">
          <w:rPr>
            <w:noProof/>
            <w:webHidden/>
          </w:rPr>
          <w:fldChar w:fldCharType="end"/>
        </w:r>
      </w:hyperlink>
    </w:p>
    <w:p w14:paraId="1FF7C371" w14:textId="1958FC75" w:rsidR="00583BDE" w:rsidRDefault="00CD44D9">
      <w:pPr>
        <w:pStyle w:val="TableofFigures"/>
        <w:tabs>
          <w:tab w:val="right" w:leader="dot" w:pos="7927"/>
        </w:tabs>
        <w:rPr>
          <w:rFonts w:asciiTheme="minorHAnsi" w:hAnsiTheme="minorHAnsi"/>
          <w:noProof/>
          <w:sz w:val="22"/>
        </w:rPr>
      </w:pPr>
      <w:hyperlink w:anchor="_Toc235702773" w:history="1">
        <w:r w:rsidR="00583BDE" w:rsidRPr="00D77BCE">
          <w:rPr>
            <w:rStyle w:val="Hyperlink"/>
            <w:rFonts w:cs="Times New Roman"/>
            <w:noProof/>
          </w:rPr>
          <w:t>Tabel 3.1 Jadwal Pelaksanaan Penelitian</w:t>
        </w:r>
        <w:r w:rsidR="00583BDE">
          <w:rPr>
            <w:noProof/>
            <w:webHidden/>
          </w:rPr>
          <w:tab/>
        </w:r>
        <w:r w:rsidR="00583BDE">
          <w:rPr>
            <w:noProof/>
            <w:webHidden/>
          </w:rPr>
          <w:fldChar w:fldCharType="begin"/>
        </w:r>
        <w:r w:rsidR="00583BDE">
          <w:rPr>
            <w:noProof/>
            <w:webHidden/>
          </w:rPr>
          <w:instrText xml:space="preserve"> PAGEREF _Toc235702773 \h </w:instrText>
        </w:r>
        <w:r w:rsidR="00583BDE">
          <w:rPr>
            <w:noProof/>
            <w:webHidden/>
          </w:rPr>
        </w:r>
        <w:r w:rsidR="00583BDE">
          <w:rPr>
            <w:noProof/>
            <w:webHidden/>
          </w:rPr>
          <w:fldChar w:fldCharType="separate"/>
        </w:r>
        <w:r w:rsidR="004152A4">
          <w:rPr>
            <w:noProof/>
            <w:webHidden/>
          </w:rPr>
          <w:t>24</w:t>
        </w:r>
        <w:r w:rsidR="00583BDE">
          <w:rPr>
            <w:noProof/>
            <w:webHidden/>
          </w:rPr>
          <w:fldChar w:fldCharType="end"/>
        </w:r>
      </w:hyperlink>
    </w:p>
    <w:p w14:paraId="7F119C84" w14:textId="0E1362C8" w:rsidR="00583BDE" w:rsidRDefault="00CD44D9">
      <w:pPr>
        <w:pStyle w:val="TableofFigures"/>
        <w:tabs>
          <w:tab w:val="right" w:leader="dot" w:pos="7927"/>
        </w:tabs>
        <w:rPr>
          <w:rFonts w:asciiTheme="minorHAnsi" w:hAnsiTheme="minorHAnsi"/>
          <w:noProof/>
          <w:sz w:val="22"/>
        </w:rPr>
      </w:pPr>
      <w:hyperlink w:anchor="_Toc235702774" w:history="1">
        <w:r w:rsidR="00583BDE" w:rsidRPr="00D77BCE">
          <w:rPr>
            <w:rStyle w:val="Hyperlink"/>
            <w:rFonts w:cs="Times New Roman"/>
            <w:noProof/>
          </w:rPr>
          <w:t>Tabel 3.2 Operasional Variabel Penelitian</w:t>
        </w:r>
        <w:r w:rsidR="00583BDE">
          <w:rPr>
            <w:noProof/>
            <w:webHidden/>
          </w:rPr>
          <w:tab/>
        </w:r>
        <w:r w:rsidR="00583BDE">
          <w:rPr>
            <w:noProof/>
            <w:webHidden/>
          </w:rPr>
          <w:fldChar w:fldCharType="begin"/>
        </w:r>
        <w:r w:rsidR="00583BDE">
          <w:rPr>
            <w:noProof/>
            <w:webHidden/>
          </w:rPr>
          <w:instrText xml:space="preserve"> PAGEREF _Toc235702774 \h </w:instrText>
        </w:r>
        <w:r w:rsidR="00583BDE">
          <w:rPr>
            <w:noProof/>
            <w:webHidden/>
          </w:rPr>
        </w:r>
        <w:r w:rsidR="00583BDE">
          <w:rPr>
            <w:noProof/>
            <w:webHidden/>
          </w:rPr>
          <w:fldChar w:fldCharType="separate"/>
        </w:r>
        <w:r w:rsidR="004152A4">
          <w:rPr>
            <w:noProof/>
            <w:webHidden/>
          </w:rPr>
          <w:t>27</w:t>
        </w:r>
        <w:r w:rsidR="00583BDE">
          <w:rPr>
            <w:noProof/>
            <w:webHidden/>
          </w:rPr>
          <w:fldChar w:fldCharType="end"/>
        </w:r>
      </w:hyperlink>
    </w:p>
    <w:p w14:paraId="61AE6551" w14:textId="4BF99D83" w:rsidR="00583BDE" w:rsidRDefault="00CD44D9">
      <w:pPr>
        <w:pStyle w:val="TableofFigures"/>
        <w:tabs>
          <w:tab w:val="right" w:leader="dot" w:pos="7927"/>
        </w:tabs>
        <w:rPr>
          <w:rFonts w:asciiTheme="minorHAnsi" w:hAnsiTheme="minorHAnsi"/>
          <w:noProof/>
          <w:sz w:val="22"/>
        </w:rPr>
      </w:pPr>
      <w:hyperlink w:anchor="_Toc235702775" w:history="1">
        <w:r w:rsidR="00583BDE" w:rsidRPr="00D77BCE">
          <w:rPr>
            <w:rStyle w:val="Hyperlink"/>
            <w:rFonts w:cs="Times New Roman"/>
            <w:noProof/>
          </w:rPr>
          <w:t>Tabel 4.1 Tabel Karakteristik Jenis Kelamin Responden</w:t>
        </w:r>
        <w:r w:rsidR="00583BDE">
          <w:rPr>
            <w:noProof/>
            <w:webHidden/>
          </w:rPr>
          <w:tab/>
        </w:r>
        <w:r w:rsidR="00583BDE">
          <w:rPr>
            <w:noProof/>
            <w:webHidden/>
          </w:rPr>
          <w:fldChar w:fldCharType="begin"/>
        </w:r>
        <w:r w:rsidR="00583BDE">
          <w:rPr>
            <w:noProof/>
            <w:webHidden/>
          </w:rPr>
          <w:instrText xml:space="preserve"> PAGEREF _Toc235702775 \h </w:instrText>
        </w:r>
        <w:r w:rsidR="00583BDE">
          <w:rPr>
            <w:noProof/>
            <w:webHidden/>
          </w:rPr>
        </w:r>
        <w:r w:rsidR="00583BDE">
          <w:rPr>
            <w:noProof/>
            <w:webHidden/>
          </w:rPr>
          <w:fldChar w:fldCharType="separate"/>
        </w:r>
        <w:r w:rsidR="004152A4">
          <w:rPr>
            <w:noProof/>
            <w:webHidden/>
          </w:rPr>
          <w:t>36</w:t>
        </w:r>
        <w:r w:rsidR="00583BDE">
          <w:rPr>
            <w:noProof/>
            <w:webHidden/>
          </w:rPr>
          <w:fldChar w:fldCharType="end"/>
        </w:r>
      </w:hyperlink>
    </w:p>
    <w:p w14:paraId="7A71CDE2" w14:textId="5AE063D4" w:rsidR="00583BDE" w:rsidRDefault="00CD44D9">
      <w:pPr>
        <w:pStyle w:val="TableofFigures"/>
        <w:tabs>
          <w:tab w:val="right" w:leader="dot" w:pos="7927"/>
        </w:tabs>
        <w:rPr>
          <w:rFonts w:asciiTheme="minorHAnsi" w:hAnsiTheme="minorHAnsi"/>
          <w:noProof/>
          <w:sz w:val="22"/>
        </w:rPr>
      </w:pPr>
      <w:hyperlink w:anchor="_Toc235702776" w:history="1">
        <w:r w:rsidR="00583BDE" w:rsidRPr="00D77BCE">
          <w:rPr>
            <w:rStyle w:val="Hyperlink"/>
            <w:rFonts w:cs="Times New Roman"/>
            <w:noProof/>
          </w:rPr>
          <w:t>Tabel 4.2 Karakteristik Usia Responden</w:t>
        </w:r>
        <w:r w:rsidR="00583BDE">
          <w:rPr>
            <w:noProof/>
            <w:webHidden/>
          </w:rPr>
          <w:tab/>
        </w:r>
        <w:r w:rsidR="00583BDE">
          <w:rPr>
            <w:noProof/>
            <w:webHidden/>
          </w:rPr>
          <w:fldChar w:fldCharType="begin"/>
        </w:r>
        <w:r w:rsidR="00583BDE">
          <w:rPr>
            <w:noProof/>
            <w:webHidden/>
          </w:rPr>
          <w:instrText xml:space="preserve"> PAGEREF _Toc235702776 \h </w:instrText>
        </w:r>
        <w:r w:rsidR="00583BDE">
          <w:rPr>
            <w:noProof/>
            <w:webHidden/>
          </w:rPr>
        </w:r>
        <w:r w:rsidR="00583BDE">
          <w:rPr>
            <w:noProof/>
            <w:webHidden/>
          </w:rPr>
          <w:fldChar w:fldCharType="separate"/>
        </w:r>
        <w:r w:rsidR="004152A4">
          <w:rPr>
            <w:noProof/>
            <w:webHidden/>
          </w:rPr>
          <w:t>36</w:t>
        </w:r>
        <w:r w:rsidR="00583BDE">
          <w:rPr>
            <w:noProof/>
            <w:webHidden/>
          </w:rPr>
          <w:fldChar w:fldCharType="end"/>
        </w:r>
      </w:hyperlink>
    </w:p>
    <w:p w14:paraId="7AF441CC" w14:textId="7ECA6E4C" w:rsidR="00583BDE" w:rsidRDefault="00CD44D9">
      <w:pPr>
        <w:pStyle w:val="TableofFigures"/>
        <w:tabs>
          <w:tab w:val="right" w:leader="dot" w:pos="7927"/>
        </w:tabs>
        <w:rPr>
          <w:rFonts w:asciiTheme="minorHAnsi" w:hAnsiTheme="minorHAnsi"/>
          <w:noProof/>
          <w:sz w:val="22"/>
        </w:rPr>
      </w:pPr>
      <w:hyperlink w:anchor="_Toc235702777" w:history="1">
        <w:r w:rsidR="00583BDE" w:rsidRPr="00D77BCE">
          <w:rPr>
            <w:rStyle w:val="Hyperlink"/>
            <w:rFonts w:cs="Times New Roman"/>
            <w:noProof/>
          </w:rPr>
          <w:t>Tabel 4.3 Karakteristik Pekerjaan Responden</w:t>
        </w:r>
        <w:r w:rsidR="00583BDE">
          <w:rPr>
            <w:noProof/>
            <w:webHidden/>
          </w:rPr>
          <w:tab/>
        </w:r>
        <w:r w:rsidR="00583BDE">
          <w:rPr>
            <w:noProof/>
            <w:webHidden/>
          </w:rPr>
          <w:fldChar w:fldCharType="begin"/>
        </w:r>
        <w:r w:rsidR="00583BDE">
          <w:rPr>
            <w:noProof/>
            <w:webHidden/>
          </w:rPr>
          <w:instrText xml:space="preserve"> PAGEREF _Toc235702777 \h </w:instrText>
        </w:r>
        <w:r w:rsidR="00583BDE">
          <w:rPr>
            <w:noProof/>
            <w:webHidden/>
          </w:rPr>
        </w:r>
        <w:r w:rsidR="00583BDE">
          <w:rPr>
            <w:noProof/>
            <w:webHidden/>
          </w:rPr>
          <w:fldChar w:fldCharType="separate"/>
        </w:r>
        <w:r w:rsidR="004152A4">
          <w:rPr>
            <w:noProof/>
            <w:webHidden/>
          </w:rPr>
          <w:t>37</w:t>
        </w:r>
        <w:r w:rsidR="00583BDE">
          <w:rPr>
            <w:noProof/>
            <w:webHidden/>
          </w:rPr>
          <w:fldChar w:fldCharType="end"/>
        </w:r>
      </w:hyperlink>
    </w:p>
    <w:p w14:paraId="078D2221" w14:textId="24FFC561" w:rsidR="00583BDE" w:rsidRDefault="00CD44D9">
      <w:pPr>
        <w:pStyle w:val="TableofFigures"/>
        <w:tabs>
          <w:tab w:val="right" w:leader="dot" w:pos="7927"/>
        </w:tabs>
        <w:rPr>
          <w:rFonts w:asciiTheme="minorHAnsi" w:hAnsiTheme="minorHAnsi"/>
          <w:noProof/>
          <w:sz w:val="22"/>
        </w:rPr>
      </w:pPr>
      <w:hyperlink w:anchor="_Toc235702778" w:history="1">
        <w:r w:rsidR="00583BDE" w:rsidRPr="00D77BCE">
          <w:rPr>
            <w:rStyle w:val="Hyperlink"/>
            <w:rFonts w:cs="Times New Roman"/>
            <w:noProof/>
          </w:rPr>
          <w:t>Tabel 4.4 Karakteristik Penghasilan Responden</w:t>
        </w:r>
        <w:r w:rsidR="00583BDE">
          <w:rPr>
            <w:noProof/>
            <w:webHidden/>
          </w:rPr>
          <w:tab/>
        </w:r>
        <w:r w:rsidR="00583BDE">
          <w:rPr>
            <w:noProof/>
            <w:webHidden/>
          </w:rPr>
          <w:fldChar w:fldCharType="begin"/>
        </w:r>
        <w:r w:rsidR="00583BDE">
          <w:rPr>
            <w:noProof/>
            <w:webHidden/>
          </w:rPr>
          <w:instrText xml:space="preserve"> PAGEREF _Toc235702778 \h </w:instrText>
        </w:r>
        <w:r w:rsidR="00583BDE">
          <w:rPr>
            <w:noProof/>
            <w:webHidden/>
          </w:rPr>
        </w:r>
        <w:r w:rsidR="00583BDE">
          <w:rPr>
            <w:noProof/>
            <w:webHidden/>
          </w:rPr>
          <w:fldChar w:fldCharType="separate"/>
        </w:r>
        <w:r w:rsidR="004152A4">
          <w:rPr>
            <w:noProof/>
            <w:webHidden/>
          </w:rPr>
          <w:t>37</w:t>
        </w:r>
        <w:r w:rsidR="00583BDE">
          <w:rPr>
            <w:noProof/>
            <w:webHidden/>
          </w:rPr>
          <w:fldChar w:fldCharType="end"/>
        </w:r>
      </w:hyperlink>
    </w:p>
    <w:p w14:paraId="4C62F892" w14:textId="5DAD3AD4" w:rsidR="00583BDE" w:rsidRDefault="00CD44D9">
      <w:pPr>
        <w:pStyle w:val="TableofFigures"/>
        <w:tabs>
          <w:tab w:val="right" w:leader="dot" w:pos="7927"/>
        </w:tabs>
        <w:rPr>
          <w:rFonts w:asciiTheme="minorHAnsi" w:hAnsiTheme="minorHAnsi"/>
          <w:noProof/>
          <w:sz w:val="22"/>
        </w:rPr>
      </w:pPr>
      <w:hyperlink w:anchor="_Toc235702779" w:history="1">
        <w:r w:rsidR="00583BDE" w:rsidRPr="00D77BCE">
          <w:rPr>
            <w:rStyle w:val="Hyperlink"/>
            <w:rFonts w:cs="Times New Roman"/>
            <w:noProof/>
          </w:rPr>
          <w:t>Tabel 4.5 Karakteristik Frekuensi Pembelian Responden</w:t>
        </w:r>
        <w:r w:rsidR="00583BDE">
          <w:rPr>
            <w:noProof/>
            <w:webHidden/>
          </w:rPr>
          <w:tab/>
        </w:r>
        <w:r w:rsidR="00583BDE">
          <w:rPr>
            <w:noProof/>
            <w:webHidden/>
          </w:rPr>
          <w:fldChar w:fldCharType="begin"/>
        </w:r>
        <w:r w:rsidR="00583BDE">
          <w:rPr>
            <w:noProof/>
            <w:webHidden/>
          </w:rPr>
          <w:instrText xml:space="preserve"> PAGEREF _Toc235702779 \h </w:instrText>
        </w:r>
        <w:r w:rsidR="00583BDE">
          <w:rPr>
            <w:noProof/>
            <w:webHidden/>
          </w:rPr>
        </w:r>
        <w:r w:rsidR="00583BDE">
          <w:rPr>
            <w:noProof/>
            <w:webHidden/>
          </w:rPr>
          <w:fldChar w:fldCharType="separate"/>
        </w:r>
        <w:r w:rsidR="004152A4">
          <w:rPr>
            <w:noProof/>
            <w:webHidden/>
          </w:rPr>
          <w:t>38</w:t>
        </w:r>
        <w:r w:rsidR="00583BDE">
          <w:rPr>
            <w:noProof/>
            <w:webHidden/>
          </w:rPr>
          <w:fldChar w:fldCharType="end"/>
        </w:r>
      </w:hyperlink>
    </w:p>
    <w:p w14:paraId="0BE6D5CE" w14:textId="5354EB95" w:rsidR="00583BDE" w:rsidRDefault="00CD44D9">
      <w:pPr>
        <w:pStyle w:val="TableofFigures"/>
        <w:tabs>
          <w:tab w:val="right" w:leader="dot" w:pos="7927"/>
        </w:tabs>
        <w:rPr>
          <w:rFonts w:asciiTheme="minorHAnsi" w:hAnsiTheme="minorHAnsi"/>
          <w:noProof/>
          <w:sz w:val="22"/>
        </w:rPr>
      </w:pPr>
      <w:hyperlink r:id="rId9" w:anchor="_Toc235702780" w:history="1">
        <w:r w:rsidR="00583BDE" w:rsidRPr="00D77BCE">
          <w:rPr>
            <w:rStyle w:val="Hyperlink"/>
            <w:noProof/>
          </w:rPr>
          <w:t xml:space="preserve">Tabel 4.6 Tanggapan Responden terhadap Variabel Pemasaran </w:t>
        </w:r>
        <w:r w:rsidR="007F5C8C" w:rsidRPr="007F5C8C">
          <w:rPr>
            <w:rStyle w:val="Hyperlink"/>
            <w:i/>
            <w:noProof/>
          </w:rPr>
          <w:t>Affiliate</w:t>
        </w:r>
        <w:r w:rsidR="00583BDE" w:rsidRPr="00D77BCE">
          <w:rPr>
            <w:rStyle w:val="Hyperlink"/>
            <w:noProof/>
          </w:rPr>
          <w:t xml:space="preserve"> (X1)</w:t>
        </w:r>
        <w:r w:rsidR="00583BDE">
          <w:rPr>
            <w:noProof/>
            <w:webHidden/>
          </w:rPr>
          <w:tab/>
        </w:r>
        <w:r w:rsidR="00583BDE">
          <w:rPr>
            <w:noProof/>
            <w:webHidden/>
          </w:rPr>
          <w:fldChar w:fldCharType="begin"/>
        </w:r>
        <w:r w:rsidR="00583BDE">
          <w:rPr>
            <w:noProof/>
            <w:webHidden/>
          </w:rPr>
          <w:instrText xml:space="preserve"> PAGEREF _Toc235702780 \h </w:instrText>
        </w:r>
        <w:r w:rsidR="00583BDE">
          <w:rPr>
            <w:noProof/>
            <w:webHidden/>
          </w:rPr>
        </w:r>
        <w:r w:rsidR="00583BDE">
          <w:rPr>
            <w:noProof/>
            <w:webHidden/>
          </w:rPr>
          <w:fldChar w:fldCharType="separate"/>
        </w:r>
        <w:r w:rsidR="004152A4">
          <w:rPr>
            <w:noProof/>
            <w:webHidden/>
          </w:rPr>
          <w:t>39</w:t>
        </w:r>
        <w:r w:rsidR="00583BDE">
          <w:rPr>
            <w:noProof/>
            <w:webHidden/>
          </w:rPr>
          <w:fldChar w:fldCharType="end"/>
        </w:r>
      </w:hyperlink>
    </w:p>
    <w:p w14:paraId="31A4EE5E" w14:textId="2582045E" w:rsidR="00583BDE" w:rsidRDefault="00CD44D9">
      <w:pPr>
        <w:pStyle w:val="TableofFigures"/>
        <w:tabs>
          <w:tab w:val="right" w:leader="dot" w:pos="7927"/>
        </w:tabs>
        <w:rPr>
          <w:rFonts w:asciiTheme="minorHAnsi" w:hAnsiTheme="minorHAnsi"/>
          <w:noProof/>
          <w:sz w:val="22"/>
        </w:rPr>
      </w:pPr>
      <w:hyperlink w:anchor="_Toc235702781" w:history="1">
        <w:r w:rsidR="00583BDE" w:rsidRPr="00D77BCE">
          <w:rPr>
            <w:rStyle w:val="Hyperlink"/>
            <w:noProof/>
          </w:rPr>
          <w:t>Tabel 4.7 Tanggapan Responden terhadap Variabel Pemasaran Digital (X2)</w:t>
        </w:r>
        <w:r w:rsidR="00583BDE">
          <w:rPr>
            <w:noProof/>
            <w:webHidden/>
          </w:rPr>
          <w:tab/>
        </w:r>
        <w:r w:rsidR="00583BDE">
          <w:rPr>
            <w:noProof/>
            <w:webHidden/>
          </w:rPr>
          <w:fldChar w:fldCharType="begin"/>
        </w:r>
        <w:r w:rsidR="00583BDE">
          <w:rPr>
            <w:noProof/>
            <w:webHidden/>
          </w:rPr>
          <w:instrText xml:space="preserve"> PAGEREF _Toc235702781 \h </w:instrText>
        </w:r>
        <w:r w:rsidR="00583BDE">
          <w:rPr>
            <w:noProof/>
            <w:webHidden/>
          </w:rPr>
        </w:r>
        <w:r w:rsidR="00583BDE">
          <w:rPr>
            <w:noProof/>
            <w:webHidden/>
          </w:rPr>
          <w:fldChar w:fldCharType="separate"/>
        </w:r>
        <w:r w:rsidR="004152A4">
          <w:rPr>
            <w:noProof/>
            <w:webHidden/>
          </w:rPr>
          <w:t>43</w:t>
        </w:r>
        <w:r w:rsidR="00583BDE">
          <w:rPr>
            <w:noProof/>
            <w:webHidden/>
          </w:rPr>
          <w:fldChar w:fldCharType="end"/>
        </w:r>
      </w:hyperlink>
    </w:p>
    <w:p w14:paraId="1F595E46" w14:textId="5EC6BADB" w:rsidR="00583BDE" w:rsidRDefault="00CD44D9">
      <w:pPr>
        <w:pStyle w:val="TableofFigures"/>
        <w:tabs>
          <w:tab w:val="right" w:leader="dot" w:pos="7927"/>
        </w:tabs>
        <w:rPr>
          <w:rFonts w:asciiTheme="minorHAnsi" w:hAnsiTheme="minorHAnsi"/>
          <w:noProof/>
          <w:sz w:val="22"/>
        </w:rPr>
      </w:pPr>
      <w:hyperlink w:anchor="_Toc235702782" w:history="1">
        <w:r w:rsidR="00583BDE" w:rsidRPr="00D77BCE">
          <w:rPr>
            <w:rStyle w:val="Hyperlink"/>
            <w:noProof/>
          </w:rPr>
          <w:t>Tabel 4.8 Tanggapan Responden terhadap Variabel Keputusan Pembelian (Y)</w:t>
        </w:r>
        <w:r w:rsidR="00583BDE">
          <w:rPr>
            <w:noProof/>
            <w:webHidden/>
          </w:rPr>
          <w:tab/>
        </w:r>
        <w:r w:rsidR="00583BDE">
          <w:rPr>
            <w:noProof/>
            <w:webHidden/>
          </w:rPr>
          <w:fldChar w:fldCharType="begin"/>
        </w:r>
        <w:r w:rsidR="00583BDE">
          <w:rPr>
            <w:noProof/>
            <w:webHidden/>
          </w:rPr>
          <w:instrText xml:space="preserve"> PAGEREF _Toc235702782 \h </w:instrText>
        </w:r>
        <w:r w:rsidR="00583BDE">
          <w:rPr>
            <w:noProof/>
            <w:webHidden/>
          </w:rPr>
        </w:r>
        <w:r w:rsidR="00583BDE">
          <w:rPr>
            <w:noProof/>
            <w:webHidden/>
          </w:rPr>
          <w:fldChar w:fldCharType="separate"/>
        </w:r>
        <w:r w:rsidR="004152A4">
          <w:rPr>
            <w:noProof/>
            <w:webHidden/>
          </w:rPr>
          <w:t>47</w:t>
        </w:r>
        <w:r w:rsidR="00583BDE">
          <w:rPr>
            <w:noProof/>
            <w:webHidden/>
          </w:rPr>
          <w:fldChar w:fldCharType="end"/>
        </w:r>
      </w:hyperlink>
    </w:p>
    <w:p w14:paraId="428259E7" w14:textId="2E65CA91" w:rsidR="00583BDE" w:rsidRDefault="00CD44D9">
      <w:pPr>
        <w:pStyle w:val="TableofFigures"/>
        <w:tabs>
          <w:tab w:val="right" w:leader="dot" w:pos="7927"/>
        </w:tabs>
        <w:rPr>
          <w:rFonts w:asciiTheme="minorHAnsi" w:hAnsiTheme="minorHAnsi"/>
          <w:noProof/>
          <w:sz w:val="22"/>
        </w:rPr>
      </w:pPr>
      <w:hyperlink w:anchor="_Toc235702783" w:history="1">
        <w:r w:rsidR="00583BDE" w:rsidRPr="00D77BCE">
          <w:rPr>
            <w:rStyle w:val="Hyperlink"/>
            <w:noProof/>
          </w:rPr>
          <w:t xml:space="preserve">Tabel 4.9 Hasil Uji Validitas Variabel Pemasaran </w:t>
        </w:r>
        <w:r w:rsidR="007F5C8C" w:rsidRPr="007F5C8C">
          <w:rPr>
            <w:rStyle w:val="Hyperlink"/>
            <w:i/>
            <w:noProof/>
          </w:rPr>
          <w:t>Affiliate</w:t>
        </w:r>
        <w:r w:rsidR="00583BDE" w:rsidRPr="00D77BCE">
          <w:rPr>
            <w:rStyle w:val="Hyperlink"/>
            <w:noProof/>
          </w:rPr>
          <w:t xml:space="preserve"> (X1), Variabel Pemasaran Digital (X2), dan Variabel Keputusan Pembelian (Y)</w:t>
        </w:r>
        <w:r w:rsidR="00583BDE">
          <w:rPr>
            <w:noProof/>
            <w:webHidden/>
          </w:rPr>
          <w:tab/>
        </w:r>
        <w:r w:rsidR="00583BDE">
          <w:rPr>
            <w:noProof/>
            <w:webHidden/>
          </w:rPr>
          <w:fldChar w:fldCharType="begin"/>
        </w:r>
        <w:r w:rsidR="00583BDE">
          <w:rPr>
            <w:noProof/>
            <w:webHidden/>
          </w:rPr>
          <w:instrText xml:space="preserve"> PAGEREF _Toc235702783 \h </w:instrText>
        </w:r>
        <w:r w:rsidR="00583BDE">
          <w:rPr>
            <w:noProof/>
            <w:webHidden/>
          </w:rPr>
        </w:r>
        <w:r w:rsidR="00583BDE">
          <w:rPr>
            <w:noProof/>
            <w:webHidden/>
          </w:rPr>
          <w:fldChar w:fldCharType="separate"/>
        </w:r>
        <w:r w:rsidR="004152A4">
          <w:rPr>
            <w:noProof/>
            <w:webHidden/>
          </w:rPr>
          <w:t>50</w:t>
        </w:r>
        <w:r w:rsidR="00583BDE">
          <w:rPr>
            <w:noProof/>
            <w:webHidden/>
          </w:rPr>
          <w:fldChar w:fldCharType="end"/>
        </w:r>
      </w:hyperlink>
    </w:p>
    <w:p w14:paraId="1DBFCEC8" w14:textId="5FE19837" w:rsidR="00583BDE" w:rsidRDefault="00CD44D9">
      <w:pPr>
        <w:pStyle w:val="TableofFigures"/>
        <w:tabs>
          <w:tab w:val="right" w:leader="dot" w:pos="7927"/>
        </w:tabs>
        <w:rPr>
          <w:rFonts w:asciiTheme="minorHAnsi" w:hAnsiTheme="minorHAnsi"/>
          <w:noProof/>
          <w:sz w:val="22"/>
        </w:rPr>
      </w:pPr>
      <w:hyperlink r:id="rId10" w:anchor="_Toc235702784" w:history="1">
        <w:r w:rsidR="00583BDE" w:rsidRPr="00D77BCE">
          <w:rPr>
            <w:rStyle w:val="Hyperlink"/>
            <w:rFonts w:cs="Times New Roman"/>
            <w:noProof/>
          </w:rPr>
          <w:t xml:space="preserve">Tabel 4.10 Hasil Uji Reliabilitas Pemasaran </w:t>
        </w:r>
        <w:r w:rsidR="007F5C8C" w:rsidRPr="007F5C8C">
          <w:rPr>
            <w:rStyle w:val="Hyperlink"/>
            <w:rFonts w:cs="Times New Roman"/>
            <w:i/>
            <w:noProof/>
          </w:rPr>
          <w:t>Affiliate</w:t>
        </w:r>
        <w:r w:rsidR="00583BDE" w:rsidRPr="00D77BCE">
          <w:rPr>
            <w:rStyle w:val="Hyperlink"/>
            <w:rFonts w:cs="Times New Roman"/>
            <w:noProof/>
          </w:rPr>
          <w:t xml:space="preserve"> (X1)</w:t>
        </w:r>
        <w:r w:rsidR="00583BDE">
          <w:rPr>
            <w:noProof/>
            <w:webHidden/>
          </w:rPr>
          <w:tab/>
        </w:r>
        <w:r w:rsidR="00583BDE">
          <w:rPr>
            <w:noProof/>
            <w:webHidden/>
          </w:rPr>
          <w:fldChar w:fldCharType="begin"/>
        </w:r>
        <w:r w:rsidR="00583BDE">
          <w:rPr>
            <w:noProof/>
            <w:webHidden/>
          </w:rPr>
          <w:instrText xml:space="preserve"> PAGEREF _Toc235702784 \h </w:instrText>
        </w:r>
        <w:r w:rsidR="00583BDE">
          <w:rPr>
            <w:noProof/>
            <w:webHidden/>
          </w:rPr>
        </w:r>
        <w:r w:rsidR="00583BDE">
          <w:rPr>
            <w:noProof/>
            <w:webHidden/>
          </w:rPr>
          <w:fldChar w:fldCharType="separate"/>
        </w:r>
        <w:r w:rsidR="004152A4">
          <w:rPr>
            <w:noProof/>
            <w:webHidden/>
          </w:rPr>
          <w:t>52</w:t>
        </w:r>
        <w:r w:rsidR="00583BDE">
          <w:rPr>
            <w:noProof/>
            <w:webHidden/>
          </w:rPr>
          <w:fldChar w:fldCharType="end"/>
        </w:r>
      </w:hyperlink>
    </w:p>
    <w:p w14:paraId="626C9CA8" w14:textId="50EE3915" w:rsidR="00583BDE" w:rsidRDefault="00CD44D9">
      <w:pPr>
        <w:pStyle w:val="TableofFigures"/>
        <w:tabs>
          <w:tab w:val="right" w:leader="dot" w:pos="7927"/>
        </w:tabs>
        <w:rPr>
          <w:rFonts w:asciiTheme="minorHAnsi" w:hAnsiTheme="minorHAnsi"/>
          <w:noProof/>
          <w:sz w:val="22"/>
        </w:rPr>
      </w:pPr>
      <w:hyperlink r:id="rId11" w:anchor="_Toc235702785" w:history="1">
        <w:r w:rsidR="00583BDE" w:rsidRPr="00D77BCE">
          <w:rPr>
            <w:rStyle w:val="Hyperlink"/>
            <w:rFonts w:cs="Times New Roman"/>
            <w:noProof/>
          </w:rPr>
          <w:t>Tabel 4.11 Hasil Uji Reliabilitas Pemasaran Digital (X2)</w:t>
        </w:r>
        <w:r w:rsidR="00583BDE">
          <w:rPr>
            <w:noProof/>
            <w:webHidden/>
          </w:rPr>
          <w:tab/>
        </w:r>
        <w:r w:rsidR="00583BDE">
          <w:rPr>
            <w:noProof/>
            <w:webHidden/>
          </w:rPr>
          <w:fldChar w:fldCharType="begin"/>
        </w:r>
        <w:r w:rsidR="00583BDE">
          <w:rPr>
            <w:noProof/>
            <w:webHidden/>
          </w:rPr>
          <w:instrText xml:space="preserve"> PAGEREF _Toc235702785 \h </w:instrText>
        </w:r>
        <w:r w:rsidR="00583BDE">
          <w:rPr>
            <w:noProof/>
            <w:webHidden/>
          </w:rPr>
        </w:r>
        <w:r w:rsidR="00583BDE">
          <w:rPr>
            <w:noProof/>
            <w:webHidden/>
          </w:rPr>
          <w:fldChar w:fldCharType="separate"/>
        </w:r>
        <w:r w:rsidR="004152A4">
          <w:rPr>
            <w:noProof/>
            <w:webHidden/>
          </w:rPr>
          <w:t>53</w:t>
        </w:r>
        <w:r w:rsidR="00583BDE">
          <w:rPr>
            <w:noProof/>
            <w:webHidden/>
          </w:rPr>
          <w:fldChar w:fldCharType="end"/>
        </w:r>
      </w:hyperlink>
    </w:p>
    <w:p w14:paraId="7BC2B63D" w14:textId="408F40C9" w:rsidR="00583BDE" w:rsidRDefault="00CD44D9">
      <w:pPr>
        <w:pStyle w:val="TableofFigures"/>
        <w:tabs>
          <w:tab w:val="right" w:leader="dot" w:pos="7927"/>
        </w:tabs>
        <w:rPr>
          <w:rFonts w:asciiTheme="minorHAnsi" w:hAnsiTheme="minorHAnsi"/>
          <w:noProof/>
          <w:sz w:val="22"/>
        </w:rPr>
      </w:pPr>
      <w:hyperlink r:id="rId12" w:anchor="_Toc235702786" w:history="1">
        <w:r w:rsidR="00583BDE" w:rsidRPr="00D77BCE">
          <w:rPr>
            <w:rStyle w:val="Hyperlink"/>
            <w:rFonts w:cs="Times New Roman"/>
            <w:noProof/>
          </w:rPr>
          <w:t>Tabel 4.12 Hasil Uji Reliabilitas Keputusan Pembelian (Y)</w:t>
        </w:r>
        <w:r w:rsidR="00583BDE">
          <w:rPr>
            <w:noProof/>
            <w:webHidden/>
          </w:rPr>
          <w:tab/>
        </w:r>
        <w:r w:rsidR="00583BDE">
          <w:rPr>
            <w:noProof/>
            <w:webHidden/>
          </w:rPr>
          <w:fldChar w:fldCharType="begin"/>
        </w:r>
        <w:r w:rsidR="00583BDE">
          <w:rPr>
            <w:noProof/>
            <w:webHidden/>
          </w:rPr>
          <w:instrText xml:space="preserve"> PAGEREF _Toc235702786 \h </w:instrText>
        </w:r>
        <w:r w:rsidR="00583BDE">
          <w:rPr>
            <w:noProof/>
            <w:webHidden/>
          </w:rPr>
        </w:r>
        <w:r w:rsidR="00583BDE">
          <w:rPr>
            <w:noProof/>
            <w:webHidden/>
          </w:rPr>
          <w:fldChar w:fldCharType="separate"/>
        </w:r>
        <w:r w:rsidR="004152A4">
          <w:rPr>
            <w:noProof/>
            <w:webHidden/>
          </w:rPr>
          <w:t>53</w:t>
        </w:r>
        <w:r w:rsidR="00583BDE">
          <w:rPr>
            <w:noProof/>
            <w:webHidden/>
          </w:rPr>
          <w:fldChar w:fldCharType="end"/>
        </w:r>
      </w:hyperlink>
    </w:p>
    <w:p w14:paraId="77D640DC" w14:textId="0CA0E99E" w:rsidR="00583BDE" w:rsidRDefault="00CD44D9">
      <w:pPr>
        <w:pStyle w:val="TableofFigures"/>
        <w:tabs>
          <w:tab w:val="right" w:leader="dot" w:pos="7927"/>
        </w:tabs>
        <w:rPr>
          <w:rFonts w:asciiTheme="minorHAnsi" w:hAnsiTheme="minorHAnsi"/>
          <w:noProof/>
          <w:sz w:val="22"/>
        </w:rPr>
      </w:pPr>
      <w:hyperlink w:anchor="_Toc235702787" w:history="1">
        <w:r w:rsidR="00583BDE" w:rsidRPr="00D77BCE">
          <w:rPr>
            <w:rStyle w:val="Hyperlink"/>
            <w:rFonts w:cs="Times New Roman"/>
            <w:noProof/>
          </w:rPr>
          <w:t>Tabel 4.13 Hasil Uji Normalitas</w:t>
        </w:r>
        <w:r w:rsidR="00583BDE">
          <w:rPr>
            <w:noProof/>
            <w:webHidden/>
          </w:rPr>
          <w:tab/>
        </w:r>
        <w:r w:rsidR="00583BDE">
          <w:rPr>
            <w:noProof/>
            <w:webHidden/>
          </w:rPr>
          <w:fldChar w:fldCharType="begin"/>
        </w:r>
        <w:r w:rsidR="00583BDE">
          <w:rPr>
            <w:noProof/>
            <w:webHidden/>
          </w:rPr>
          <w:instrText xml:space="preserve"> PAGEREF _Toc235702787 \h </w:instrText>
        </w:r>
        <w:r w:rsidR="00583BDE">
          <w:rPr>
            <w:noProof/>
            <w:webHidden/>
          </w:rPr>
        </w:r>
        <w:r w:rsidR="00583BDE">
          <w:rPr>
            <w:noProof/>
            <w:webHidden/>
          </w:rPr>
          <w:fldChar w:fldCharType="separate"/>
        </w:r>
        <w:r w:rsidR="004152A4">
          <w:rPr>
            <w:noProof/>
            <w:webHidden/>
          </w:rPr>
          <w:t>55</w:t>
        </w:r>
        <w:r w:rsidR="00583BDE">
          <w:rPr>
            <w:noProof/>
            <w:webHidden/>
          </w:rPr>
          <w:fldChar w:fldCharType="end"/>
        </w:r>
      </w:hyperlink>
    </w:p>
    <w:p w14:paraId="71833E1E" w14:textId="68FBCB53" w:rsidR="00583BDE" w:rsidRDefault="00CD44D9">
      <w:pPr>
        <w:pStyle w:val="TableofFigures"/>
        <w:tabs>
          <w:tab w:val="right" w:leader="dot" w:pos="7927"/>
        </w:tabs>
        <w:rPr>
          <w:rFonts w:asciiTheme="minorHAnsi" w:hAnsiTheme="minorHAnsi"/>
          <w:noProof/>
          <w:sz w:val="22"/>
        </w:rPr>
      </w:pPr>
      <w:hyperlink w:anchor="_Toc235702788" w:history="1">
        <w:r w:rsidR="00583BDE" w:rsidRPr="00D77BCE">
          <w:rPr>
            <w:rStyle w:val="Hyperlink"/>
            <w:rFonts w:cs="Times New Roman"/>
            <w:noProof/>
          </w:rPr>
          <w:t>Tabel 4.14 Hasil Uji Heteroskedastisitas</w:t>
        </w:r>
        <w:r w:rsidR="00583BDE">
          <w:rPr>
            <w:noProof/>
            <w:webHidden/>
          </w:rPr>
          <w:tab/>
        </w:r>
        <w:r w:rsidR="00583BDE">
          <w:rPr>
            <w:noProof/>
            <w:webHidden/>
          </w:rPr>
          <w:fldChar w:fldCharType="begin"/>
        </w:r>
        <w:r w:rsidR="00583BDE">
          <w:rPr>
            <w:noProof/>
            <w:webHidden/>
          </w:rPr>
          <w:instrText xml:space="preserve"> PAGEREF _Toc235702788 \h </w:instrText>
        </w:r>
        <w:r w:rsidR="00583BDE">
          <w:rPr>
            <w:noProof/>
            <w:webHidden/>
          </w:rPr>
        </w:r>
        <w:r w:rsidR="00583BDE">
          <w:rPr>
            <w:noProof/>
            <w:webHidden/>
          </w:rPr>
          <w:fldChar w:fldCharType="separate"/>
        </w:r>
        <w:r w:rsidR="004152A4">
          <w:rPr>
            <w:noProof/>
            <w:webHidden/>
          </w:rPr>
          <w:t>56</w:t>
        </w:r>
        <w:r w:rsidR="00583BDE">
          <w:rPr>
            <w:noProof/>
            <w:webHidden/>
          </w:rPr>
          <w:fldChar w:fldCharType="end"/>
        </w:r>
      </w:hyperlink>
    </w:p>
    <w:p w14:paraId="52F2EB06" w14:textId="7DA6F479" w:rsidR="00583BDE" w:rsidRDefault="00CD44D9">
      <w:pPr>
        <w:pStyle w:val="TableofFigures"/>
        <w:tabs>
          <w:tab w:val="right" w:leader="dot" w:pos="7927"/>
        </w:tabs>
        <w:rPr>
          <w:rFonts w:asciiTheme="minorHAnsi" w:hAnsiTheme="minorHAnsi"/>
          <w:noProof/>
          <w:sz w:val="22"/>
        </w:rPr>
      </w:pPr>
      <w:hyperlink r:id="rId13" w:anchor="_Toc235702789" w:history="1">
        <w:r w:rsidR="00583BDE" w:rsidRPr="00D77BCE">
          <w:rPr>
            <w:rStyle w:val="Hyperlink"/>
            <w:rFonts w:cs="Times New Roman"/>
            <w:noProof/>
          </w:rPr>
          <w:t>Tabel 4.15 Hasil Uji Multikolinearitas</w:t>
        </w:r>
        <w:r w:rsidR="00583BDE">
          <w:rPr>
            <w:noProof/>
            <w:webHidden/>
          </w:rPr>
          <w:tab/>
        </w:r>
        <w:r w:rsidR="00583BDE">
          <w:rPr>
            <w:noProof/>
            <w:webHidden/>
          </w:rPr>
          <w:fldChar w:fldCharType="begin"/>
        </w:r>
        <w:r w:rsidR="00583BDE">
          <w:rPr>
            <w:noProof/>
            <w:webHidden/>
          </w:rPr>
          <w:instrText xml:space="preserve"> PAGEREF _Toc235702789 \h </w:instrText>
        </w:r>
        <w:r w:rsidR="00583BDE">
          <w:rPr>
            <w:noProof/>
            <w:webHidden/>
          </w:rPr>
        </w:r>
        <w:r w:rsidR="00583BDE">
          <w:rPr>
            <w:noProof/>
            <w:webHidden/>
          </w:rPr>
          <w:fldChar w:fldCharType="separate"/>
        </w:r>
        <w:r w:rsidR="004152A4">
          <w:rPr>
            <w:noProof/>
            <w:webHidden/>
          </w:rPr>
          <w:t>57</w:t>
        </w:r>
        <w:r w:rsidR="00583BDE">
          <w:rPr>
            <w:noProof/>
            <w:webHidden/>
          </w:rPr>
          <w:fldChar w:fldCharType="end"/>
        </w:r>
      </w:hyperlink>
    </w:p>
    <w:p w14:paraId="4C2F3532" w14:textId="0B8DDA4C" w:rsidR="00583BDE" w:rsidRDefault="00CD44D9">
      <w:pPr>
        <w:pStyle w:val="TableofFigures"/>
        <w:tabs>
          <w:tab w:val="right" w:leader="dot" w:pos="7927"/>
        </w:tabs>
        <w:rPr>
          <w:rFonts w:asciiTheme="minorHAnsi" w:hAnsiTheme="minorHAnsi"/>
          <w:noProof/>
          <w:sz w:val="22"/>
        </w:rPr>
      </w:pPr>
      <w:hyperlink w:anchor="_Toc235702790" w:history="1">
        <w:r w:rsidR="00583BDE" w:rsidRPr="00D77BCE">
          <w:rPr>
            <w:rStyle w:val="Hyperlink"/>
            <w:rFonts w:cs="Times New Roman"/>
            <w:noProof/>
          </w:rPr>
          <w:t>Tabel 4.16 Hasil Analisis Regresi Linear Berganda</w:t>
        </w:r>
        <w:r w:rsidR="00583BDE">
          <w:rPr>
            <w:noProof/>
            <w:webHidden/>
          </w:rPr>
          <w:tab/>
        </w:r>
        <w:r w:rsidR="00583BDE">
          <w:rPr>
            <w:noProof/>
            <w:webHidden/>
          </w:rPr>
          <w:fldChar w:fldCharType="begin"/>
        </w:r>
        <w:r w:rsidR="00583BDE">
          <w:rPr>
            <w:noProof/>
            <w:webHidden/>
          </w:rPr>
          <w:instrText xml:space="preserve"> PAGEREF _Toc235702790 \h </w:instrText>
        </w:r>
        <w:r w:rsidR="00583BDE">
          <w:rPr>
            <w:noProof/>
            <w:webHidden/>
          </w:rPr>
        </w:r>
        <w:r w:rsidR="00583BDE">
          <w:rPr>
            <w:noProof/>
            <w:webHidden/>
          </w:rPr>
          <w:fldChar w:fldCharType="separate"/>
        </w:r>
        <w:r w:rsidR="004152A4">
          <w:rPr>
            <w:noProof/>
            <w:webHidden/>
          </w:rPr>
          <w:t>58</w:t>
        </w:r>
        <w:r w:rsidR="00583BDE">
          <w:rPr>
            <w:noProof/>
            <w:webHidden/>
          </w:rPr>
          <w:fldChar w:fldCharType="end"/>
        </w:r>
      </w:hyperlink>
    </w:p>
    <w:p w14:paraId="4A18AE35" w14:textId="7BDC9C82" w:rsidR="00583BDE" w:rsidRDefault="00CD44D9">
      <w:pPr>
        <w:pStyle w:val="TableofFigures"/>
        <w:tabs>
          <w:tab w:val="right" w:leader="dot" w:pos="7927"/>
        </w:tabs>
        <w:rPr>
          <w:rFonts w:asciiTheme="minorHAnsi" w:hAnsiTheme="minorHAnsi"/>
          <w:noProof/>
          <w:sz w:val="22"/>
        </w:rPr>
      </w:pPr>
      <w:hyperlink w:anchor="_Toc235702791" w:history="1">
        <w:r w:rsidR="00583BDE" w:rsidRPr="00D77BCE">
          <w:rPr>
            <w:rStyle w:val="Hyperlink"/>
            <w:rFonts w:cs="Times New Roman"/>
            <w:noProof/>
          </w:rPr>
          <w:t>Tabel 4.17 Hasil Uji t (Parsial)</w:t>
        </w:r>
        <w:r w:rsidR="00583BDE">
          <w:rPr>
            <w:noProof/>
            <w:webHidden/>
          </w:rPr>
          <w:tab/>
        </w:r>
        <w:r w:rsidR="00583BDE">
          <w:rPr>
            <w:noProof/>
            <w:webHidden/>
          </w:rPr>
          <w:fldChar w:fldCharType="begin"/>
        </w:r>
        <w:r w:rsidR="00583BDE">
          <w:rPr>
            <w:noProof/>
            <w:webHidden/>
          </w:rPr>
          <w:instrText xml:space="preserve"> PAGEREF _Toc235702791 \h </w:instrText>
        </w:r>
        <w:r w:rsidR="00583BDE">
          <w:rPr>
            <w:noProof/>
            <w:webHidden/>
          </w:rPr>
        </w:r>
        <w:r w:rsidR="00583BDE">
          <w:rPr>
            <w:noProof/>
            <w:webHidden/>
          </w:rPr>
          <w:fldChar w:fldCharType="separate"/>
        </w:r>
        <w:r w:rsidR="004152A4">
          <w:rPr>
            <w:noProof/>
            <w:webHidden/>
          </w:rPr>
          <w:t>59</w:t>
        </w:r>
        <w:r w:rsidR="00583BDE">
          <w:rPr>
            <w:noProof/>
            <w:webHidden/>
          </w:rPr>
          <w:fldChar w:fldCharType="end"/>
        </w:r>
      </w:hyperlink>
    </w:p>
    <w:p w14:paraId="2FE00870" w14:textId="4D4644D8" w:rsidR="00583BDE" w:rsidRDefault="00CD44D9">
      <w:pPr>
        <w:pStyle w:val="TableofFigures"/>
        <w:tabs>
          <w:tab w:val="right" w:leader="dot" w:pos="7927"/>
        </w:tabs>
        <w:rPr>
          <w:rFonts w:asciiTheme="minorHAnsi" w:hAnsiTheme="minorHAnsi"/>
          <w:noProof/>
          <w:sz w:val="22"/>
        </w:rPr>
      </w:pPr>
      <w:hyperlink w:anchor="_Toc235702792" w:history="1">
        <w:r w:rsidR="00583BDE" w:rsidRPr="00D77BCE">
          <w:rPr>
            <w:rStyle w:val="Hyperlink"/>
            <w:rFonts w:cs="Times New Roman"/>
            <w:noProof/>
          </w:rPr>
          <w:t>Tabel 4.18 Hasil Uji F (Simultan)</w:t>
        </w:r>
        <w:r w:rsidR="00583BDE">
          <w:rPr>
            <w:noProof/>
            <w:webHidden/>
          </w:rPr>
          <w:tab/>
        </w:r>
        <w:r w:rsidR="00583BDE">
          <w:rPr>
            <w:noProof/>
            <w:webHidden/>
          </w:rPr>
          <w:fldChar w:fldCharType="begin"/>
        </w:r>
        <w:r w:rsidR="00583BDE">
          <w:rPr>
            <w:noProof/>
            <w:webHidden/>
          </w:rPr>
          <w:instrText xml:space="preserve"> PAGEREF _Toc235702792 \h </w:instrText>
        </w:r>
        <w:r w:rsidR="00583BDE">
          <w:rPr>
            <w:noProof/>
            <w:webHidden/>
          </w:rPr>
        </w:r>
        <w:r w:rsidR="00583BDE">
          <w:rPr>
            <w:noProof/>
            <w:webHidden/>
          </w:rPr>
          <w:fldChar w:fldCharType="separate"/>
        </w:r>
        <w:r w:rsidR="004152A4">
          <w:rPr>
            <w:noProof/>
            <w:webHidden/>
          </w:rPr>
          <w:t>60</w:t>
        </w:r>
        <w:r w:rsidR="00583BDE">
          <w:rPr>
            <w:noProof/>
            <w:webHidden/>
          </w:rPr>
          <w:fldChar w:fldCharType="end"/>
        </w:r>
      </w:hyperlink>
    </w:p>
    <w:p w14:paraId="40B07AB8" w14:textId="7C62DFC5" w:rsidR="00583BDE" w:rsidRDefault="00CD44D9">
      <w:pPr>
        <w:pStyle w:val="TableofFigures"/>
        <w:tabs>
          <w:tab w:val="right" w:leader="dot" w:pos="7927"/>
        </w:tabs>
        <w:rPr>
          <w:rFonts w:asciiTheme="minorHAnsi" w:hAnsiTheme="minorHAnsi"/>
          <w:noProof/>
          <w:sz w:val="22"/>
        </w:rPr>
      </w:pPr>
      <w:hyperlink w:anchor="_Toc235702793" w:history="1">
        <w:r w:rsidR="00583BDE" w:rsidRPr="00D77BCE">
          <w:rPr>
            <w:rStyle w:val="Hyperlink"/>
            <w:rFonts w:cs="Times New Roman"/>
            <w:noProof/>
          </w:rPr>
          <w:t>Tabel 4.19 Hasil Koefisien Determinasi (R²)</w:t>
        </w:r>
        <w:r w:rsidR="00583BDE">
          <w:rPr>
            <w:noProof/>
            <w:webHidden/>
          </w:rPr>
          <w:tab/>
        </w:r>
        <w:r w:rsidR="00583BDE">
          <w:rPr>
            <w:noProof/>
            <w:webHidden/>
          </w:rPr>
          <w:fldChar w:fldCharType="begin"/>
        </w:r>
        <w:r w:rsidR="00583BDE">
          <w:rPr>
            <w:noProof/>
            <w:webHidden/>
          </w:rPr>
          <w:instrText xml:space="preserve"> PAGEREF _Toc235702793 \h </w:instrText>
        </w:r>
        <w:r w:rsidR="00583BDE">
          <w:rPr>
            <w:noProof/>
            <w:webHidden/>
          </w:rPr>
        </w:r>
        <w:r w:rsidR="00583BDE">
          <w:rPr>
            <w:noProof/>
            <w:webHidden/>
          </w:rPr>
          <w:fldChar w:fldCharType="separate"/>
        </w:r>
        <w:r w:rsidR="004152A4">
          <w:rPr>
            <w:noProof/>
            <w:webHidden/>
          </w:rPr>
          <w:t>60</w:t>
        </w:r>
        <w:r w:rsidR="00583BDE">
          <w:rPr>
            <w:noProof/>
            <w:webHidden/>
          </w:rPr>
          <w:fldChar w:fldCharType="end"/>
        </w:r>
      </w:hyperlink>
    </w:p>
    <w:p w14:paraId="4D60AA01" w14:textId="50403A86" w:rsidR="00583BDE" w:rsidRDefault="00CD44D9">
      <w:pPr>
        <w:pStyle w:val="TableofFigures"/>
        <w:tabs>
          <w:tab w:val="right" w:leader="dot" w:pos="7927"/>
        </w:tabs>
        <w:rPr>
          <w:rFonts w:asciiTheme="minorHAnsi" w:hAnsiTheme="minorHAnsi"/>
          <w:noProof/>
          <w:sz w:val="22"/>
        </w:rPr>
      </w:pPr>
      <w:hyperlink r:id="rId14" w:anchor="_Toc235702794" w:history="1">
        <w:r w:rsidR="00583BDE" w:rsidRPr="00D77BCE">
          <w:rPr>
            <w:rStyle w:val="Hyperlink"/>
            <w:rFonts w:cs="Times New Roman"/>
            <w:noProof/>
          </w:rPr>
          <w:t>Tabel 4.20 Pengaruh Dominan</w:t>
        </w:r>
        <w:r w:rsidR="00583BDE">
          <w:rPr>
            <w:noProof/>
            <w:webHidden/>
          </w:rPr>
          <w:tab/>
        </w:r>
        <w:r w:rsidR="00583BDE">
          <w:rPr>
            <w:noProof/>
            <w:webHidden/>
          </w:rPr>
          <w:fldChar w:fldCharType="begin"/>
        </w:r>
        <w:r w:rsidR="00583BDE">
          <w:rPr>
            <w:noProof/>
            <w:webHidden/>
          </w:rPr>
          <w:instrText xml:space="preserve"> PAGEREF _Toc235702794 \h </w:instrText>
        </w:r>
        <w:r w:rsidR="00583BDE">
          <w:rPr>
            <w:noProof/>
            <w:webHidden/>
          </w:rPr>
        </w:r>
        <w:r w:rsidR="00583BDE">
          <w:rPr>
            <w:noProof/>
            <w:webHidden/>
          </w:rPr>
          <w:fldChar w:fldCharType="separate"/>
        </w:r>
        <w:r w:rsidR="004152A4">
          <w:rPr>
            <w:noProof/>
            <w:webHidden/>
          </w:rPr>
          <w:t>61</w:t>
        </w:r>
        <w:r w:rsidR="00583BDE">
          <w:rPr>
            <w:noProof/>
            <w:webHidden/>
          </w:rPr>
          <w:fldChar w:fldCharType="end"/>
        </w:r>
      </w:hyperlink>
    </w:p>
    <w:p w14:paraId="23903096" w14:textId="1066B4F1" w:rsidR="00432318" w:rsidRPr="00E22388" w:rsidRDefault="00432318" w:rsidP="00432318">
      <w:pPr>
        <w:rPr>
          <w:lang w:val="id-ID"/>
        </w:rPr>
      </w:pPr>
      <w:r w:rsidRPr="00E22388">
        <w:rPr>
          <w:lang w:val="id-ID"/>
        </w:rPr>
        <w:fldChar w:fldCharType="end"/>
      </w:r>
    </w:p>
    <w:p w14:paraId="0DB7A193" w14:textId="77777777" w:rsidR="006514D2" w:rsidRPr="00E22388" w:rsidRDefault="006514D2" w:rsidP="00432318">
      <w:pPr>
        <w:rPr>
          <w:lang w:val="id-ID"/>
        </w:rPr>
      </w:pPr>
    </w:p>
    <w:p w14:paraId="12927A03" w14:textId="77777777" w:rsidR="006514D2" w:rsidRPr="00E22388" w:rsidRDefault="006514D2" w:rsidP="00432318">
      <w:pPr>
        <w:rPr>
          <w:lang w:val="id-ID"/>
        </w:rPr>
      </w:pPr>
    </w:p>
    <w:p w14:paraId="2136C923" w14:textId="77777777" w:rsidR="006514D2" w:rsidRPr="00E22388" w:rsidRDefault="006514D2" w:rsidP="00432318">
      <w:pPr>
        <w:rPr>
          <w:lang w:val="id-ID"/>
        </w:rPr>
      </w:pPr>
    </w:p>
    <w:p w14:paraId="17B746EF" w14:textId="77777777" w:rsidR="006514D2" w:rsidRPr="00E22388" w:rsidRDefault="006514D2" w:rsidP="00432318">
      <w:pPr>
        <w:rPr>
          <w:lang w:val="id-ID"/>
        </w:rPr>
      </w:pPr>
    </w:p>
    <w:p w14:paraId="115F62B6" w14:textId="77777777" w:rsidR="00EA3227" w:rsidRPr="00E22388" w:rsidRDefault="00EA3227" w:rsidP="00432318">
      <w:pPr>
        <w:rPr>
          <w:lang w:val="id-ID"/>
        </w:rPr>
      </w:pPr>
    </w:p>
    <w:p w14:paraId="17D99D7E" w14:textId="77777777" w:rsidR="00EA3227" w:rsidRPr="00E22388" w:rsidRDefault="00EA3227" w:rsidP="00432318">
      <w:pPr>
        <w:rPr>
          <w:lang w:val="id-ID"/>
        </w:rPr>
      </w:pPr>
    </w:p>
    <w:p w14:paraId="1EC118A0" w14:textId="2FADBF9E" w:rsidR="00E06C13" w:rsidRDefault="00E06C13" w:rsidP="00A30133">
      <w:pPr>
        <w:pStyle w:val="Heading1"/>
        <w:numPr>
          <w:ilvl w:val="0"/>
          <w:numId w:val="0"/>
        </w:numPr>
        <w:spacing w:after="0" w:line="240" w:lineRule="auto"/>
        <w:rPr>
          <w:lang w:val="id-ID"/>
        </w:rPr>
      </w:pPr>
      <w:bookmarkStart w:id="15" w:name="_Toc236747623"/>
      <w:r w:rsidRPr="00E22388">
        <w:rPr>
          <w:lang w:val="id-ID"/>
        </w:rPr>
        <w:lastRenderedPageBreak/>
        <w:t>DAFTAR GAMBAR</w:t>
      </w:r>
      <w:bookmarkEnd w:id="15"/>
    </w:p>
    <w:p w14:paraId="379CCD51" w14:textId="157D69C1" w:rsidR="00A30133" w:rsidRDefault="00A30133" w:rsidP="00A30133">
      <w:pPr>
        <w:spacing w:after="0" w:line="240" w:lineRule="auto"/>
        <w:rPr>
          <w:lang w:val="id-ID"/>
        </w:rPr>
      </w:pPr>
    </w:p>
    <w:p w14:paraId="074ED5FA" w14:textId="77777777" w:rsidR="00A30133" w:rsidRPr="00A30133" w:rsidRDefault="00A30133" w:rsidP="00A30133">
      <w:pPr>
        <w:spacing w:after="0" w:line="240" w:lineRule="auto"/>
        <w:rPr>
          <w:lang w:val="id-ID"/>
        </w:rPr>
      </w:pPr>
    </w:p>
    <w:p w14:paraId="427DED55" w14:textId="1070948A" w:rsidR="00583BDE" w:rsidRDefault="00D37948">
      <w:pPr>
        <w:pStyle w:val="TableofFigures"/>
        <w:tabs>
          <w:tab w:val="right" w:leader="dot" w:pos="7927"/>
        </w:tabs>
        <w:rPr>
          <w:rFonts w:asciiTheme="minorHAnsi" w:hAnsiTheme="minorHAnsi"/>
          <w:noProof/>
          <w:sz w:val="22"/>
        </w:rPr>
      </w:pPr>
      <w:r w:rsidRPr="00E22388">
        <w:rPr>
          <w:lang w:val="id-ID"/>
        </w:rPr>
        <w:fldChar w:fldCharType="begin"/>
      </w:r>
      <w:r w:rsidRPr="00E22388">
        <w:rPr>
          <w:lang w:val="id-ID"/>
        </w:rPr>
        <w:instrText xml:space="preserve"> TOC \h \z \c "Gambar" </w:instrText>
      </w:r>
      <w:r w:rsidRPr="00E22388">
        <w:rPr>
          <w:lang w:val="id-ID"/>
        </w:rPr>
        <w:fldChar w:fldCharType="separate"/>
      </w:r>
      <w:hyperlink r:id="rId15" w:anchor="_Toc235702795" w:history="1">
        <w:r w:rsidR="00583BDE" w:rsidRPr="00995339">
          <w:rPr>
            <w:rStyle w:val="Hyperlink"/>
            <w:rFonts w:cs="Times New Roman"/>
            <w:noProof/>
          </w:rPr>
          <w:t>Gambar 2.1 Kerangka Konseptual Penelitian</w:t>
        </w:r>
        <w:r w:rsidR="00583BDE">
          <w:rPr>
            <w:noProof/>
            <w:webHidden/>
          </w:rPr>
          <w:tab/>
        </w:r>
        <w:r w:rsidR="00583BDE">
          <w:rPr>
            <w:noProof/>
            <w:webHidden/>
          </w:rPr>
          <w:fldChar w:fldCharType="begin"/>
        </w:r>
        <w:r w:rsidR="00583BDE">
          <w:rPr>
            <w:noProof/>
            <w:webHidden/>
          </w:rPr>
          <w:instrText xml:space="preserve"> PAGEREF _Toc235702795 \h </w:instrText>
        </w:r>
        <w:r w:rsidR="00583BDE">
          <w:rPr>
            <w:noProof/>
            <w:webHidden/>
          </w:rPr>
        </w:r>
        <w:r w:rsidR="00583BDE">
          <w:rPr>
            <w:noProof/>
            <w:webHidden/>
          </w:rPr>
          <w:fldChar w:fldCharType="separate"/>
        </w:r>
        <w:r w:rsidR="004152A4">
          <w:rPr>
            <w:noProof/>
            <w:webHidden/>
          </w:rPr>
          <w:t>22</w:t>
        </w:r>
        <w:r w:rsidR="00583BDE">
          <w:rPr>
            <w:noProof/>
            <w:webHidden/>
          </w:rPr>
          <w:fldChar w:fldCharType="end"/>
        </w:r>
      </w:hyperlink>
    </w:p>
    <w:p w14:paraId="7406BB67" w14:textId="5BB76A53" w:rsidR="00583BDE" w:rsidRDefault="00CD44D9">
      <w:pPr>
        <w:pStyle w:val="TableofFigures"/>
        <w:tabs>
          <w:tab w:val="right" w:leader="dot" w:pos="7927"/>
        </w:tabs>
        <w:rPr>
          <w:rFonts w:asciiTheme="minorHAnsi" w:hAnsiTheme="minorHAnsi"/>
          <w:noProof/>
          <w:sz w:val="22"/>
        </w:rPr>
      </w:pPr>
      <w:hyperlink w:anchor="_Toc235702796" w:history="1">
        <w:r w:rsidR="00583BDE" w:rsidRPr="00995339">
          <w:rPr>
            <w:rStyle w:val="Hyperlink"/>
            <w:noProof/>
          </w:rPr>
          <w:t>Gambar 4.1 Histogram Uji Normalitas</w:t>
        </w:r>
        <w:r w:rsidR="00583BDE">
          <w:rPr>
            <w:noProof/>
            <w:webHidden/>
          </w:rPr>
          <w:tab/>
        </w:r>
        <w:r w:rsidR="00583BDE">
          <w:rPr>
            <w:noProof/>
            <w:webHidden/>
          </w:rPr>
          <w:fldChar w:fldCharType="begin"/>
        </w:r>
        <w:r w:rsidR="00583BDE">
          <w:rPr>
            <w:noProof/>
            <w:webHidden/>
          </w:rPr>
          <w:instrText xml:space="preserve"> PAGEREF _Toc235702796 \h </w:instrText>
        </w:r>
        <w:r w:rsidR="00583BDE">
          <w:rPr>
            <w:noProof/>
            <w:webHidden/>
          </w:rPr>
        </w:r>
        <w:r w:rsidR="00583BDE">
          <w:rPr>
            <w:noProof/>
            <w:webHidden/>
          </w:rPr>
          <w:fldChar w:fldCharType="separate"/>
        </w:r>
        <w:r w:rsidR="004152A4">
          <w:rPr>
            <w:noProof/>
            <w:webHidden/>
          </w:rPr>
          <w:t>54</w:t>
        </w:r>
        <w:r w:rsidR="00583BDE">
          <w:rPr>
            <w:noProof/>
            <w:webHidden/>
          </w:rPr>
          <w:fldChar w:fldCharType="end"/>
        </w:r>
      </w:hyperlink>
    </w:p>
    <w:p w14:paraId="41506357" w14:textId="3B05ECB3" w:rsidR="00583BDE" w:rsidRDefault="00CD44D9">
      <w:pPr>
        <w:pStyle w:val="TableofFigures"/>
        <w:tabs>
          <w:tab w:val="right" w:leader="dot" w:pos="7927"/>
        </w:tabs>
        <w:rPr>
          <w:rFonts w:asciiTheme="minorHAnsi" w:hAnsiTheme="minorHAnsi"/>
          <w:noProof/>
          <w:sz w:val="22"/>
        </w:rPr>
      </w:pPr>
      <w:hyperlink w:anchor="_Toc235702797" w:history="1">
        <w:r w:rsidR="00583BDE" w:rsidRPr="00995339">
          <w:rPr>
            <w:rStyle w:val="Hyperlink"/>
            <w:noProof/>
          </w:rPr>
          <w:t>Gambar 4.2 Normal P-P Plot Uji Normalitas</w:t>
        </w:r>
        <w:r w:rsidR="00583BDE">
          <w:rPr>
            <w:noProof/>
            <w:webHidden/>
          </w:rPr>
          <w:tab/>
        </w:r>
        <w:r w:rsidR="00583BDE">
          <w:rPr>
            <w:noProof/>
            <w:webHidden/>
          </w:rPr>
          <w:fldChar w:fldCharType="begin"/>
        </w:r>
        <w:r w:rsidR="00583BDE">
          <w:rPr>
            <w:noProof/>
            <w:webHidden/>
          </w:rPr>
          <w:instrText xml:space="preserve"> PAGEREF _Toc235702797 \h </w:instrText>
        </w:r>
        <w:r w:rsidR="00583BDE">
          <w:rPr>
            <w:noProof/>
            <w:webHidden/>
          </w:rPr>
        </w:r>
        <w:r w:rsidR="00583BDE">
          <w:rPr>
            <w:noProof/>
            <w:webHidden/>
          </w:rPr>
          <w:fldChar w:fldCharType="separate"/>
        </w:r>
        <w:r w:rsidR="004152A4">
          <w:rPr>
            <w:noProof/>
            <w:webHidden/>
          </w:rPr>
          <w:t>54</w:t>
        </w:r>
        <w:r w:rsidR="00583BDE">
          <w:rPr>
            <w:noProof/>
            <w:webHidden/>
          </w:rPr>
          <w:fldChar w:fldCharType="end"/>
        </w:r>
      </w:hyperlink>
    </w:p>
    <w:p w14:paraId="43FFE370" w14:textId="24A6397B" w:rsidR="00583BDE" w:rsidRDefault="00CD44D9">
      <w:pPr>
        <w:pStyle w:val="TableofFigures"/>
        <w:tabs>
          <w:tab w:val="right" w:leader="dot" w:pos="7927"/>
        </w:tabs>
        <w:rPr>
          <w:rFonts w:asciiTheme="minorHAnsi" w:hAnsiTheme="minorHAnsi"/>
          <w:noProof/>
          <w:sz w:val="22"/>
        </w:rPr>
      </w:pPr>
      <w:hyperlink w:anchor="_Toc235702798" w:history="1">
        <w:r w:rsidR="00583BDE" w:rsidRPr="00995339">
          <w:rPr>
            <w:rStyle w:val="Hyperlink"/>
            <w:noProof/>
          </w:rPr>
          <w:t>Gambar 4.3 Scatterplot</w:t>
        </w:r>
        <w:r w:rsidR="00583BDE">
          <w:rPr>
            <w:noProof/>
            <w:webHidden/>
          </w:rPr>
          <w:tab/>
        </w:r>
        <w:r w:rsidR="00583BDE">
          <w:rPr>
            <w:noProof/>
            <w:webHidden/>
          </w:rPr>
          <w:fldChar w:fldCharType="begin"/>
        </w:r>
        <w:r w:rsidR="00583BDE">
          <w:rPr>
            <w:noProof/>
            <w:webHidden/>
          </w:rPr>
          <w:instrText xml:space="preserve"> PAGEREF _Toc235702798 \h </w:instrText>
        </w:r>
        <w:r w:rsidR="00583BDE">
          <w:rPr>
            <w:noProof/>
            <w:webHidden/>
          </w:rPr>
        </w:r>
        <w:r w:rsidR="00583BDE">
          <w:rPr>
            <w:noProof/>
            <w:webHidden/>
          </w:rPr>
          <w:fldChar w:fldCharType="separate"/>
        </w:r>
        <w:r w:rsidR="004152A4">
          <w:rPr>
            <w:noProof/>
            <w:webHidden/>
          </w:rPr>
          <w:t>56</w:t>
        </w:r>
        <w:r w:rsidR="00583BDE">
          <w:rPr>
            <w:noProof/>
            <w:webHidden/>
          </w:rPr>
          <w:fldChar w:fldCharType="end"/>
        </w:r>
      </w:hyperlink>
    </w:p>
    <w:p w14:paraId="032C5D43" w14:textId="4AC50991" w:rsidR="00D37948" w:rsidRPr="00E22388" w:rsidRDefault="00D37948" w:rsidP="00D37948">
      <w:pPr>
        <w:rPr>
          <w:lang w:val="id-ID"/>
        </w:rPr>
      </w:pPr>
      <w:r w:rsidRPr="00E22388">
        <w:rPr>
          <w:lang w:val="id-ID"/>
        </w:rPr>
        <w:fldChar w:fldCharType="end"/>
      </w:r>
    </w:p>
    <w:p w14:paraId="74226B73" w14:textId="77777777" w:rsidR="00D37948" w:rsidRPr="00E22388" w:rsidRDefault="00D37948" w:rsidP="00D37948">
      <w:pPr>
        <w:rPr>
          <w:lang w:val="id-ID"/>
        </w:rPr>
      </w:pPr>
    </w:p>
    <w:p w14:paraId="5CEC9869" w14:textId="77777777" w:rsidR="00D37948" w:rsidRPr="00E22388" w:rsidRDefault="00D37948" w:rsidP="00D37948">
      <w:pPr>
        <w:rPr>
          <w:lang w:val="id-ID"/>
        </w:rPr>
      </w:pPr>
    </w:p>
    <w:p w14:paraId="413FF995" w14:textId="77777777" w:rsidR="00D37948" w:rsidRPr="00E22388" w:rsidRDefault="00D37948" w:rsidP="00D37948">
      <w:pPr>
        <w:rPr>
          <w:lang w:val="id-ID"/>
        </w:rPr>
      </w:pPr>
    </w:p>
    <w:p w14:paraId="353DCBD2" w14:textId="77777777" w:rsidR="00E06C13" w:rsidRPr="00E22388" w:rsidRDefault="00E06C13" w:rsidP="00432318">
      <w:pPr>
        <w:rPr>
          <w:lang w:val="id-ID"/>
        </w:rPr>
      </w:pPr>
    </w:p>
    <w:p w14:paraId="7838B203" w14:textId="77777777" w:rsidR="006514D2" w:rsidRPr="00E22388" w:rsidRDefault="006514D2" w:rsidP="00432318">
      <w:pPr>
        <w:rPr>
          <w:lang w:val="id-ID"/>
        </w:rPr>
      </w:pPr>
    </w:p>
    <w:p w14:paraId="7CD50E29" w14:textId="77777777" w:rsidR="006514D2" w:rsidRPr="00E22388" w:rsidRDefault="006514D2" w:rsidP="00432318">
      <w:pPr>
        <w:rPr>
          <w:lang w:val="id-ID"/>
        </w:rPr>
      </w:pPr>
    </w:p>
    <w:p w14:paraId="09299F85" w14:textId="77777777" w:rsidR="006514D2" w:rsidRPr="00E22388" w:rsidRDefault="006514D2" w:rsidP="00432318">
      <w:pPr>
        <w:rPr>
          <w:lang w:val="id-ID"/>
        </w:rPr>
      </w:pPr>
    </w:p>
    <w:p w14:paraId="5B27AF7A" w14:textId="77777777" w:rsidR="006514D2" w:rsidRPr="00E22388" w:rsidRDefault="006514D2" w:rsidP="00432318">
      <w:pPr>
        <w:rPr>
          <w:lang w:val="id-ID"/>
        </w:rPr>
      </w:pPr>
    </w:p>
    <w:p w14:paraId="05F47E9C" w14:textId="77777777" w:rsidR="006514D2" w:rsidRPr="00E22388" w:rsidRDefault="006514D2" w:rsidP="00432318">
      <w:pPr>
        <w:rPr>
          <w:lang w:val="id-ID"/>
        </w:rPr>
      </w:pPr>
    </w:p>
    <w:p w14:paraId="606B2854" w14:textId="77777777" w:rsidR="00432318" w:rsidRDefault="00432318" w:rsidP="00FE09B8">
      <w:pPr>
        <w:rPr>
          <w:lang w:val="id-ID"/>
        </w:rPr>
      </w:pPr>
    </w:p>
    <w:p w14:paraId="5D2C2810" w14:textId="77777777" w:rsidR="00D97E1D" w:rsidRDefault="00D97E1D" w:rsidP="00FE09B8">
      <w:pPr>
        <w:rPr>
          <w:lang w:val="id-ID"/>
        </w:rPr>
      </w:pPr>
    </w:p>
    <w:p w14:paraId="7F83BE02" w14:textId="77777777" w:rsidR="00D97E1D" w:rsidRDefault="00D97E1D" w:rsidP="00FE09B8">
      <w:pPr>
        <w:rPr>
          <w:lang w:val="id-ID"/>
        </w:rPr>
      </w:pPr>
    </w:p>
    <w:p w14:paraId="0E36ACDD" w14:textId="77777777" w:rsidR="00D97E1D" w:rsidRDefault="00D97E1D" w:rsidP="00FE09B8">
      <w:pPr>
        <w:rPr>
          <w:lang w:val="id-ID"/>
        </w:rPr>
      </w:pPr>
    </w:p>
    <w:p w14:paraId="226A7BC1" w14:textId="77777777" w:rsidR="00D97E1D" w:rsidRDefault="00D97E1D" w:rsidP="00FE09B8">
      <w:pPr>
        <w:rPr>
          <w:lang w:val="id-ID"/>
        </w:rPr>
      </w:pPr>
    </w:p>
    <w:p w14:paraId="1164E494" w14:textId="77777777" w:rsidR="00D97E1D" w:rsidRPr="00E22388" w:rsidRDefault="00D97E1D" w:rsidP="00FE09B8">
      <w:pPr>
        <w:rPr>
          <w:lang w:val="id-ID"/>
        </w:rPr>
      </w:pPr>
    </w:p>
    <w:p w14:paraId="36F15C89" w14:textId="6577F539" w:rsidR="00FE09B8" w:rsidRPr="00E22388" w:rsidRDefault="00FE09B8" w:rsidP="00FE09B8">
      <w:pPr>
        <w:rPr>
          <w:lang w:val="id-ID"/>
        </w:rPr>
      </w:pPr>
    </w:p>
    <w:p w14:paraId="46076A1E" w14:textId="073AB3B5" w:rsidR="00FE09B8" w:rsidRPr="00E22388" w:rsidRDefault="00FE09B8" w:rsidP="00FE09B8">
      <w:pPr>
        <w:rPr>
          <w:lang w:val="id-ID"/>
        </w:rPr>
      </w:pPr>
    </w:p>
    <w:p w14:paraId="720CDB80" w14:textId="75A0CA24" w:rsidR="00FE09B8" w:rsidRPr="00E22388" w:rsidRDefault="00FE09B8" w:rsidP="00FE09B8">
      <w:pPr>
        <w:rPr>
          <w:lang w:val="id-ID"/>
        </w:rPr>
      </w:pPr>
    </w:p>
    <w:p w14:paraId="6803C89E" w14:textId="77777777" w:rsidR="00EA3227" w:rsidRPr="00E22388" w:rsidRDefault="00EA3227" w:rsidP="00EA3227">
      <w:pPr>
        <w:rPr>
          <w:lang w:val="id-ID"/>
        </w:rPr>
      </w:pPr>
      <w:bookmarkStart w:id="16" w:name="_Toc222743224"/>
    </w:p>
    <w:p w14:paraId="5AFE3015" w14:textId="1BA917AD" w:rsidR="00EA3227" w:rsidRDefault="00105E29" w:rsidP="006642E5">
      <w:pPr>
        <w:pStyle w:val="Heading1"/>
        <w:numPr>
          <w:ilvl w:val="0"/>
          <w:numId w:val="0"/>
        </w:numPr>
        <w:spacing w:after="0" w:line="240" w:lineRule="auto"/>
        <w:rPr>
          <w:lang w:val="id-ID"/>
        </w:rPr>
      </w:pPr>
      <w:bookmarkStart w:id="17" w:name="_Toc236747624"/>
      <w:r w:rsidRPr="00E22388">
        <w:rPr>
          <w:lang w:val="id-ID"/>
        </w:rPr>
        <w:lastRenderedPageBreak/>
        <w:t xml:space="preserve">DAFTAR </w:t>
      </w:r>
      <w:r w:rsidR="00EA3227" w:rsidRPr="00E22388">
        <w:rPr>
          <w:lang w:val="id-ID"/>
        </w:rPr>
        <w:t>LAMPIRAN</w:t>
      </w:r>
      <w:bookmarkEnd w:id="17"/>
    </w:p>
    <w:p w14:paraId="40FE17A6" w14:textId="3C27684C" w:rsidR="006642E5" w:rsidRDefault="006642E5" w:rsidP="006642E5">
      <w:pPr>
        <w:spacing w:after="0" w:line="240" w:lineRule="auto"/>
        <w:rPr>
          <w:lang w:val="id-ID"/>
        </w:rPr>
      </w:pPr>
    </w:p>
    <w:p w14:paraId="4ED90E84" w14:textId="77777777" w:rsidR="006642E5" w:rsidRPr="006642E5" w:rsidRDefault="006642E5" w:rsidP="006642E5">
      <w:pPr>
        <w:spacing w:after="0" w:line="240" w:lineRule="auto"/>
        <w:rPr>
          <w:lang w:val="id-ID"/>
        </w:rPr>
      </w:pPr>
    </w:p>
    <w:p w14:paraId="7595D8DB" w14:textId="0B555CFC" w:rsidR="00583BDE" w:rsidRDefault="00EA3227">
      <w:pPr>
        <w:pStyle w:val="TableofFigures"/>
        <w:tabs>
          <w:tab w:val="right" w:leader="dot" w:pos="7927"/>
        </w:tabs>
        <w:rPr>
          <w:rFonts w:asciiTheme="minorHAnsi" w:hAnsiTheme="minorHAnsi"/>
          <w:noProof/>
          <w:sz w:val="22"/>
        </w:rPr>
      </w:pPr>
      <w:r w:rsidRPr="00E22388">
        <w:rPr>
          <w:lang w:val="id-ID"/>
        </w:rPr>
        <w:fldChar w:fldCharType="begin"/>
      </w:r>
      <w:r w:rsidRPr="00E22388">
        <w:rPr>
          <w:lang w:val="id-ID"/>
        </w:rPr>
        <w:instrText xml:space="preserve"> TOC \h \z \c "Lampiran" </w:instrText>
      </w:r>
      <w:r w:rsidRPr="00E22388">
        <w:rPr>
          <w:lang w:val="id-ID"/>
        </w:rPr>
        <w:fldChar w:fldCharType="separate"/>
      </w:r>
      <w:hyperlink w:anchor="_Toc235702799" w:history="1">
        <w:r w:rsidR="00583BDE" w:rsidRPr="00B13FEF">
          <w:rPr>
            <w:rStyle w:val="Hyperlink"/>
            <w:noProof/>
          </w:rPr>
          <w:t>Lampiran 1.1 Hasil Pemeriksaan Plagiasi</w:t>
        </w:r>
        <w:r w:rsidR="00583BDE">
          <w:rPr>
            <w:noProof/>
            <w:webHidden/>
          </w:rPr>
          <w:tab/>
        </w:r>
        <w:r w:rsidR="00583BDE">
          <w:rPr>
            <w:noProof/>
            <w:webHidden/>
          </w:rPr>
          <w:fldChar w:fldCharType="begin"/>
        </w:r>
        <w:r w:rsidR="00583BDE">
          <w:rPr>
            <w:noProof/>
            <w:webHidden/>
          </w:rPr>
          <w:instrText xml:space="preserve"> PAGEREF _Toc235702799 \h </w:instrText>
        </w:r>
        <w:r w:rsidR="00583BDE">
          <w:rPr>
            <w:noProof/>
            <w:webHidden/>
          </w:rPr>
        </w:r>
        <w:r w:rsidR="00583BDE">
          <w:rPr>
            <w:noProof/>
            <w:webHidden/>
          </w:rPr>
          <w:fldChar w:fldCharType="separate"/>
        </w:r>
        <w:r w:rsidR="004152A4">
          <w:rPr>
            <w:noProof/>
            <w:webHidden/>
          </w:rPr>
          <w:t>69</w:t>
        </w:r>
        <w:r w:rsidR="00583BDE">
          <w:rPr>
            <w:noProof/>
            <w:webHidden/>
          </w:rPr>
          <w:fldChar w:fldCharType="end"/>
        </w:r>
      </w:hyperlink>
    </w:p>
    <w:p w14:paraId="10AD342F" w14:textId="076BC0F6" w:rsidR="00583BDE" w:rsidRDefault="00CD44D9">
      <w:pPr>
        <w:pStyle w:val="TableofFigures"/>
        <w:tabs>
          <w:tab w:val="right" w:leader="dot" w:pos="7927"/>
        </w:tabs>
        <w:rPr>
          <w:rFonts w:asciiTheme="minorHAnsi" w:hAnsiTheme="minorHAnsi"/>
          <w:noProof/>
          <w:sz w:val="22"/>
        </w:rPr>
      </w:pPr>
      <w:hyperlink w:anchor="_Toc235702800" w:history="1">
        <w:r w:rsidR="00583BDE" w:rsidRPr="00B13FEF">
          <w:rPr>
            <w:rStyle w:val="Hyperlink"/>
            <w:noProof/>
          </w:rPr>
          <w:t>Lampiran 1.2 Surat Keterangan Penelitian</w:t>
        </w:r>
        <w:r w:rsidR="00583BDE">
          <w:rPr>
            <w:noProof/>
            <w:webHidden/>
          </w:rPr>
          <w:tab/>
        </w:r>
        <w:r w:rsidR="00583BDE">
          <w:rPr>
            <w:noProof/>
            <w:webHidden/>
          </w:rPr>
          <w:fldChar w:fldCharType="begin"/>
        </w:r>
        <w:r w:rsidR="00583BDE">
          <w:rPr>
            <w:noProof/>
            <w:webHidden/>
          </w:rPr>
          <w:instrText xml:space="preserve"> PAGEREF _Toc235702800 \h </w:instrText>
        </w:r>
        <w:r w:rsidR="00583BDE">
          <w:rPr>
            <w:noProof/>
            <w:webHidden/>
          </w:rPr>
        </w:r>
        <w:r w:rsidR="00583BDE">
          <w:rPr>
            <w:noProof/>
            <w:webHidden/>
          </w:rPr>
          <w:fldChar w:fldCharType="separate"/>
        </w:r>
        <w:r w:rsidR="004152A4">
          <w:rPr>
            <w:noProof/>
            <w:webHidden/>
          </w:rPr>
          <w:t>70</w:t>
        </w:r>
        <w:r w:rsidR="00583BDE">
          <w:rPr>
            <w:noProof/>
            <w:webHidden/>
          </w:rPr>
          <w:fldChar w:fldCharType="end"/>
        </w:r>
      </w:hyperlink>
    </w:p>
    <w:p w14:paraId="5FB7B4D5" w14:textId="78107E54" w:rsidR="00583BDE" w:rsidRDefault="00CD44D9">
      <w:pPr>
        <w:pStyle w:val="TableofFigures"/>
        <w:tabs>
          <w:tab w:val="right" w:leader="dot" w:pos="7927"/>
        </w:tabs>
        <w:rPr>
          <w:rFonts w:asciiTheme="minorHAnsi" w:hAnsiTheme="minorHAnsi"/>
          <w:noProof/>
          <w:sz w:val="22"/>
        </w:rPr>
      </w:pPr>
      <w:hyperlink w:anchor="_Toc235702801" w:history="1">
        <w:r w:rsidR="00583BDE" w:rsidRPr="00B13FEF">
          <w:rPr>
            <w:rStyle w:val="Hyperlink"/>
            <w:noProof/>
          </w:rPr>
          <w:t>Lampiran 1.3 Kartu Bimbingan</w:t>
        </w:r>
        <w:r w:rsidR="00583BDE">
          <w:rPr>
            <w:noProof/>
            <w:webHidden/>
          </w:rPr>
          <w:tab/>
        </w:r>
        <w:r w:rsidR="00583BDE">
          <w:rPr>
            <w:noProof/>
            <w:webHidden/>
          </w:rPr>
          <w:fldChar w:fldCharType="begin"/>
        </w:r>
        <w:r w:rsidR="00583BDE">
          <w:rPr>
            <w:noProof/>
            <w:webHidden/>
          </w:rPr>
          <w:instrText xml:space="preserve"> PAGEREF _Toc235702801 \h </w:instrText>
        </w:r>
        <w:r w:rsidR="00583BDE">
          <w:rPr>
            <w:noProof/>
            <w:webHidden/>
          </w:rPr>
        </w:r>
        <w:r w:rsidR="00583BDE">
          <w:rPr>
            <w:noProof/>
            <w:webHidden/>
          </w:rPr>
          <w:fldChar w:fldCharType="separate"/>
        </w:r>
        <w:r w:rsidR="004152A4">
          <w:rPr>
            <w:noProof/>
            <w:webHidden/>
          </w:rPr>
          <w:t>71</w:t>
        </w:r>
        <w:r w:rsidR="00583BDE">
          <w:rPr>
            <w:noProof/>
            <w:webHidden/>
          </w:rPr>
          <w:fldChar w:fldCharType="end"/>
        </w:r>
      </w:hyperlink>
    </w:p>
    <w:p w14:paraId="25A12D57" w14:textId="30B9F2BC" w:rsidR="00583BDE" w:rsidRDefault="00CD44D9">
      <w:pPr>
        <w:pStyle w:val="TableofFigures"/>
        <w:tabs>
          <w:tab w:val="right" w:leader="dot" w:pos="7927"/>
        </w:tabs>
        <w:rPr>
          <w:rFonts w:asciiTheme="minorHAnsi" w:hAnsiTheme="minorHAnsi"/>
          <w:noProof/>
          <w:sz w:val="22"/>
        </w:rPr>
      </w:pPr>
      <w:hyperlink w:anchor="_Toc235702802" w:history="1">
        <w:r w:rsidR="00583BDE" w:rsidRPr="00B13FEF">
          <w:rPr>
            <w:rStyle w:val="Hyperlink"/>
            <w:noProof/>
          </w:rPr>
          <w:t>Lampiran 1.4 Tabulasi Data</w:t>
        </w:r>
        <w:r w:rsidR="00583BDE">
          <w:rPr>
            <w:noProof/>
            <w:webHidden/>
          </w:rPr>
          <w:tab/>
        </w:r>
        <w:r w:rsidR="00583BDE">
          <w:rPr>
            <w:noProof/>
            <w:webHidden/>
          </w:rPr>
          <w:fldChar w:fldCharType="begin"/>
        </w:r>
        <w:r w:rsidR="00583BDE">
          <w:rPr>
            <w:noProof/>
            <w:webHidden/>
          </w:rPr>
          <w:instrText xml:space="preserve"> PAGEREF _Toc235702802 \h </w:instrText>
        </w:r>
        <w:r w:rsidR="00583BDE">
          <w:rPr>
            <w:noProof/>
            <w:webHidden/>
          </w:rPr>
        </w:r>
        <w:r w:rsidR="00583BDE">
          <w:rPr>
            <w:noProof/>
            <w:webHidden/>
          </w:rPr>
          <w:fldChar w:fldCharType="separate"/>
        </w:r>
        <w:r w:rsidR="004152A4">
          <w:rPr>
            <w:noProof/>
            <w:webHidden/>
          </w:rPr>
          <w:t>72</w:t>
        </w:r>
        <w:r w:rsidR="00583BDE">
          <w:rPr>
            <w:noProof/>
            <w:webHidden/>
          </w:rPr>
          <w:fldChar w:fldCharType="end"/>
        </w:r>
      </w:hyperlink>
    </w:p>
    <w:p w14:paraId="335533E7" w14:textId="24D17F8E" w:rsidR="00583BDE" w:rsidRDefault="00CD44D9">
      <w:pPr>
        <w:pStyle w:val="TableofFigures"/>
        <w:tabs>
          <w:tab w:val="right" w:leader="dot" w:pos="7927"/>
        </w:tabs>
        <w:rPr>
          <w:rFonts w:asciiTheme="minorHAnsi" w:hAnsiTheme="minorHAnsi"/>
          <w:noProof/>
          <w:sz w:val="22"/>
        </w:rPr>
      </w:pPr>
      <w:hyperlink w:anchor="_Toc235702803" w:history="1">
        <w:r w:rsidR="00583BDE" w:rsidRPr="00B13FEF">
          <w:rPr>
            <w:rStyle w:val="Hyperlink"/>
            <w:noProof/>
          </w:rPr>
          <w:t>Lampiran 1.5 Hasil Output SPSS</w:t>
        </w:r>
        <w:r w:rsidR="00583BDE">
          <w:rPr>
            <w:noProof/>
            <w:webHidden/>
          </w:rPr>
          <w:tab/>
        </w:r>
        <w:r w:rsidR="00583BDE">
          <w:rPr>
            <w:noProof/>
            <w:webHidden/>
          </w:rPr>
          <w:fldChar w:fldCharType="begin"/>
        </w:r>
        <w:r w:rsidR="00583BDE">
          <w:rPr>
            <w:noProof/>
            <w:webHidden/>
          </w:rPr>
          <w:instrText xml:space="preserve"> PAGEREF _Toc235702803 \h </w:instrText>
        </w:r>
        <w:r w:rsidR="00583BDE">
          <w:rPr>
            <w:noProof/>
            <w:webHidden/>
          </w:rPr>
        </w:r>
        <w:r w:rsidR="00583BDE">
          <w:rPr>
            <w:noProof/>
            <w:webHidden/>
          </w:rPr>
          <w:fldChar w:fldCharType="separate"/>
        </w:r>
        <w:r w:rsidR="004152A4">
          <w:rPr>
            <w:noProof/>
            <w:webHidden/>
          </w:rPr>
          <w:t>73</w:t>
        </w:r>
        <w:r w:rsidR="00583BDE">
          <w:rPr>
            <w:noProof/>
            <w:webHidden/>
          </w:rPr>
          <w:fldChar w:fldCharType="end"/>
        </w:r>
      </w:hyperlink>
    </w:p>
    <w:p w14:paraId="66B501D4" w14:textId="5AF3C36A" w:rsidR="00583BDE" w:rsidRDefault="00CD44D9">
      <w:pPr>
        <w:pStyle w:val="TableofFigures"/>
        <w:tabs>
          <w:tab w:val="right" w:leader="dot" w:pos="7927"/>
        </w:tabs>
        <w:rPr>
          <w:rFonts w:asciiTheme="minorHAnsi" w:hAnsiTheme="minorHAnsi"/>
          <w:noProof/>
          <w:sz w:val="22"/>
        </w:rPr>
      </w:pPr>
      <w:hyperlink w:anchor="_Toc235702804" w:history="1">
        <w:r w:rsidR="00583BDE" w:rsidRPr="00B13FEF">
          <w:rPr>
            <w:rStyle w:val="Hyperlink"/>
            <w:noProof/>
          </w:rPr>
          <w:t>Lampiran 1.6 Kuesioner Penelitian</w:t>
        </w:r>
        <w:r w:rsidR="00583BDE">
          <w:rPr>
            <w:noProof/>
            <w:webHidden/>
          </w:rPr>
          <w:tab/>
        </w:r>
        <w:r w:rsidR="00583BDE">
          <w:rPr>
            <w:noProof/>
            <w:webHidden/>
          </w:rPr>
          <w:fldChar w:fldCharType="begin"/>
        </w:r>
        <w:r w:rsidR="00583BDE">
          <w:rPr>
            <w:noProof/>
            <w:webHidden/>
          </w:rPr>
          <w:instrText xml:space="preserve"> PAGEREF _Toc235702804 \h </w:instrText>
        </w:r>
        <w:r w:rsidR="00583BDE">
          <w:rPr>
            <w:noProof/>
            <w:webHidden/>
          </w:rPr>
        </w:r>
        <w:r w:rsidR="00583BDE">
          <w:rPr>
            <w:noProof/>
            <w:webHidden/>
          </w:rPr>
          <w:fldChar w:fldCharType="separate"/>
        </w:r>
        <w:r w:rsidR="004152A4">
          <w:rPr>
            <w:noProof/>
            <w:webHidden/>
          </w:rPr>
          <w:t>80</w:t>
        </w:r>
        <w:r w:rsidR="00583BDE">
          <w:rPr>
            <w:noProof/>
            <w:webHidden/>
          </w:rPr>
          <w:fldChar w:fldCharType="end"/>
        </w:r>
      </w:hyperlink>
    </w:p>
    <w:p w14:paraId="61CFD0CF" w14:textId="491404D9" w:rsidR="00EA3227" w:rsidRPr="00E22388" w:rsidRDefault="00EA3227" w:rsidP="00EA3227">
      <w:pPr>
        <w:rPr>
          <w:lang w:val="id-ID"/>
        </w:rPr>
      </w:pPr>
      <w:r w:rsidRPr="00E22388">
        <w:rPr>
          <w:lang w:val="id-ID"/>
        </w:rPr>
        <w:fldChar w:fldCharType="end"/>
      </w:r>
    </w:p>
    <w:p w14:paraId="0C232C70" w14:textId="77777777" w:rsidR="00105E29" w:rsidRPr="00E22388" w:rsidRDefault="00105E29" w:rsidP="00105E29">
      <w:pPr>
        <w:rPr>
          <w:lang w:val="id-ID"/>
        </w:rPr>
      </w:pPr>
    </w:p>
    <w:p w14:paraId="340127ED" w14:textId="138253D7" w:rsidR="00105E29" w:rsidRPr="00E22388" w:rsidRDefault="00105E29" w:rsidP="00105E29">
      <w:pPr>
        <w:tabs>
          <w:tab w:val="left" w:pos="5292"/>
        </w:tabs>
        <w:rPr>
          <w:lang w:val="id-ID"/>
        </w:rPr>
      </w:pPr>
      <w:r w:rsidRPr="00E22388">
        <w:rPr>
          <w:lang w:val="id-ID"/>
        </w:rPr>
        <w:tab/>
      </w:r>
    </w:p>
    <w:p w14:paraId="1C216218" w14:textId="77777777" w:rsidR="00105E29" w:rsidRPr="00E22388" w:rsidRDefault="00105E29" w:rsidP="00105E29">
      <w:pPr>
        <w:tabs>
          <w:tab w:val="left" w:pos="5292"/>
        </w:tabs>
        <w:rPr>
          <w:lang w:val="id-ID"/>
        </w:rPr>
      </w:pPr>
    </w:p>
    <w:p w14:paraId="384D3601" w14:textId="77777777" w:rsidR="00105E29" w:rsidRPr="00E22388" w:rsidRDefault="00105E29" w:rsidP="00105E29">
      <w:pPr>
        <w:tabs>
          <w:tab w:val="left" w:pos="5292"/>
        </w:tabs>
        <w:rPr>
          <w:lang w:val="id-ID"/>
        </w:rPr>
      </w:pPr>
    </w:p>
    <w:p w14:paraId="4223EEBD" w14:textId="77777777" w:rsidR="00633A0B" w:rsidRDefault="00633A0B" w:rsidP="00105E29">
      <w:pPr>
        <w:tabs>
          <w:tab w:val="left" w:pos="5292"/>
        </w:tabs>
        <w:rPr>
          <w:lang w:val="id-ID"/>
        </w:rPr>
        <w:sectPr w:rsidR="00633A0B" w:rsidSect="00DB7565">
          <w:headerReference w:type="default" r:id="rId16"/>
          <w:footerReference w:type="default" r:id="rId17"/>
          <w:footerReference w:type="first" r:id="rId18"/>
          <w:pgSz w:w="11906" w:h="16838" w:code="9"/>
          <w:pgMar w:top="2268" w:right="1701" w:bottom="1701" w:left="2268" w:header="720" w:footer="720" w:gutter="0"/>
          <w:pgNumType w:fmt="lowerRoman"/>
          <w:cols w:space="720"/>
          <w:titlePg/>
          <w:docGrid w:linePitch="360"/>
        </w:sectPr>
      </w:pPr>
    </w:p>
    <w:bookmarkEnd w:id="2"/>
    <w:bookmarkEnd w:id="16"/>
    <w:p w14:paraId="4BE5A826" w14:textId="04410718" w:rsidR="00F02F61" w:rsidRPr="00F02F61" w:rsidRDefault="00F02F61" w:rsidP="00633A0B">
      <w:pPr>
        <w:divId w:val="1778060202"/>
        <w:rPr>
          <w:lang w:val="id-ID"/>
        </w:rPr>
      </w:pPr>
    </w:p>
    <w:sectPr w:rsidR="00F02F61" w:rsidRPr="00F02F61" w:rsidSect="00CD44D9">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63011" w14:textId="77777777" w:rsidR="00A10998" w:rsidRDefault="00A10998" w:rsidP="006017E2">
      <w:pPr>
        <w:spacing w:after="0" w:line="240" w:lineRule="auto"/>
      </w:pPr>
      <w:r>
        <w:separator/>
      </w:r>
    </w:p>
  </w:endnote>
  <w:endnote w:type="continuationSeparator" w:id="0">
    <w:p w14:paraId="223EB0F1" w14:textId="77777777" w:rsidR="00A10998" w:rsidRDefault="00A10998" w:rsidP="0060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666922"/>
      <w:docPartObj>
        <w:docPartGallery w:val="Page Numbers (Bottom of Page)"/>
        <w:docPartUnique/>
      </w:docPartObj>
    </w:sdtPr>
    <w:sdtEndPr>
      <w:rPr>
        <w:noProof/>
      </w:rPr>
    </w:sdtEndPr>
    <w:sdtContent>
      <w:p w14:paraId="1558F1B5" w14:textId="059DEEAA" w:rsidR="005903F6" w:rsidRDefault="005903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A3F75" w14:textId="77777777" w:rsidR="00E24AE5" w:rsidRDefault="00E24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86F7" w14:textId="3B923AE3" w:rsidR="00E260CD" w:rsidRDefault="00E260CD">
    <w:pPr>
      <w:pStyle w:val="Footer"/>
      <w:jc w:val="center"/>
    </w:pPr>
  </w:p>
  <w:p w14:paraId="5926DA14" w14:textId="77777777" w:rsidR="002A312B" w:rsidRDefault="002A3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3CBA" w14:textId="77777777" w:rsidR="00664D78" w:rsidRDefault="00664D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912A" w14:textId="77777777" w:rsidR="00664D78" w:rsidRDefault="00664D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D52F" w14:textId="77777777" w:rsidR="00664D78" w:rsidRDefault="00664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149FC" w14:textId="77777777" w:rsidR="00A10998" w:rsidRDefault="00A10998" w:rsidP="006017E2">
      <w:pPr>
        <w:spacing w:after="0" w:line="240" w:lineRule="auto"/>
      </w:pPr>
      <w:r>
        <w:separator/>
      </w:r>
    </w:p>
  </w:footnote>
  <w:footnote w:type="continuationSeparator" w:id="0">
    <w:p w14:paraId="36F04A1E" w14:textId="77777777" w:rsidR="00A10998" w:rsidRDefault="00A10998" w:rsidP="00601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0474" w14:textId="198E3399" w:rsidR="00A17F97" w:rsidRDefault="00A17F97">
    <w:pPr>
      <w:pStyle w:val="Header"/>
      <w:jc w:val="right"/>
    </w:pPr>
  </w:p>
  <w:p w14:paraId="72795CB7" w14:textId="77777777" w:rsidR="005B7838" w:rsidRDefault="005B7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CCAA" w14:textId="77777777" w:rsidR="00664D78" w:rsidRDefault="00664D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602539"/>
      <w:docPartObj>
        <w:docPartGallery w:val="Page Numbers (Top of Page)"/>
        <w:docPartUnique/>
      </w:docPartObj>
    </w:sdtPr>
    <w:sdtEndPr>
      <w:rPr>
        <w:noProof/>
      </w:rPr>
    </w:sdtEndPr>
    <w:sdtContent>
      <w:p w14:paraId="116B1528" w14:textId="77777777" w:rsidR="009B7A8A" w:rsidRDefault="009B7A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174A8A" w14:textId="77777777" w:rsidR="009B7A8A" w:rsidRDefault="009B7A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763B" w14:textId="77777777" w:rsidR="00664D78" w:rsidRDefault="00664D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3F2C91"/>
    <w:multiLevelType w:val="hybridMultilevel"/>
    <w:tmpl w:val="3FC2434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3847E8C"/>
    <w:multiLevelType w:val="multilevel"/>
    <w:tmpl w:val="C4E41026"/>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595567D"/>
    <w:multiLevelType w:val="hybridMultilevel"/>
    <w:tmpl w:val="5F8865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8E60CD7"/>
    <w:multiLevelType w:val="hybridMultilevel"/>
    <w:tmpl w:val="3FF0505C"/>
    <w:lvl w:ilvl="0" w:tplc="FFFFFFFF">
      <w:start w:val="1"/>
      <w:numFmt w:val="lowerLetter"/>
      <w:lvlText w:val="%1."/>
      <w:lvlJc w:val="left"/>
      <w:pPr>
        <w:ind w:left="360" w:hanging="360"/>
      </w:pPr>
      <w:rPr>
        <w:rFonts w:hint="default"/>
      </w:rPr>
    </w:lvl>
    <w:lvl w:ilvl="1" w:tplc="6104642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C181774"/>
    <w:multiLevelType w:val="hybridMultilevel"/>
    <w:tmpl w:val="94003162"/>
    <w:lvl w:ilvl="0" w:tplc="6DCA818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CBA645D"/>
    <w:multiLevelType w:val="multilevel"/>
    <w:tmpl w:val="533A3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495488"/>
    <w:multiLevelType w:val="multilevel"/>
    <w:tmpl w:val="FFFFFFFF"/>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11F942EA"/>
    <w:multiLevelType w:val="hybridMultilevel"/>
    <w:tmpl w:val="5F886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340C29"/>
    <w:multiLevelType w:val="multilevel"/>
    <w:tmpl w:val="FFFFFFFF"/>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131250D0"/>
    <w:multiLevelType w:val="multilevel"/>
    <w:tmpl w:val="FFFFFFFF"/>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132109EC"/>
    <w:multiLevelType w:val="hybridMultilevel"/>
    <w:tmpl w:val="99388FF6"/>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19267D9B"/>
    <w:multiLevelType w:val="hybridMultilevel"/>
    <w:tmpl w:val="3CCA83F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974E6E"/>
    <w:multiLevelType w:val="multilevel"/>
    <w:tmpl w:val="533A3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D468F2"/>
    <w:multiLevelType w:val="multilevel"/>
    <w:tmpl w:val="FFFFFFFF"/>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FFE525D"/>
    <w:multiLevelType w:val="hybridMultilevel"/>
    <w:tmpl w:val="C4E2A3DC"/>
    <w:lvl w:ilvl="0" w:tplc="B434DE2A">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7066EB"/>
    <w:multiLevelType w:val="hybridMultilevel"/>
    <w:tmpl w:val="F7F04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487C69"/>
    <w:multiLevelType w:val="hybridMultilevel"/>
    <w:tmpl w:val="2E98F3C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46D655E"/>
    <w:multiLevelType w:val="hybridMultilevel"/>
    <w:tmpl w:val="C96A607C"/>
    <w:lvl w:ilvl="0" w:tplc="552E49F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374E59B5"/>
    <w:multiLevelType w:val="multilevel"/>
    <w:tmpl w:val="E3BAF40C"/>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8C80DAF"/>
    <w:multiLevelType w:val="hybridMultilevel"/>
    <w:tmpl w:val="2D06CC04"/>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3952BF"/>
    <w:multiLevelType w:val="hybridMultilevel"/>
    <w:tmpl w:val="CAFA8B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1A17005"/>
    <w:multiLevelType w:val="multilevel"/>
    <w:tmpl w:val="CB703158"/>
    <w:lvl w:ilvl="0">
      <w:start w:val="2"/>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6F605A9"/>
    <w:multiLevelType w:val="multilevel"/>
    <w:tmpl w:val="E5C8D3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7049D2"/>
    <w:multiLevelType w:val="multilevel"/>
    <w:tmpl w:val="FFFFFFFF"/>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47817067"/>
    <w:multiLevelType w:val="multilevel"/>
    <w:tmpl w:val="9E62992A"/>
    <w:lvl w:ilvl="0">
      <w:start w:val="1"/>
      <w:numFmt w:val="decimal"/>
      <w:pStyle w:val="Heading1"/>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0B7352C"/>
    <w:multiLevelType w:val="multilevel"/>
    <w:tmpl w:val="533A3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FA4609"/>
    <w:multiLevelType w:val="hybridMultilevel"/>
    <w:tmpl w:val="3FC2434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6856FFE"/>
    <w:multiLevelType w:val="hybridMultilevel"/>
    <w:tmpl w:val="43D0E99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CD3EFA"/>
    <w:multiLevelType w:val="hybridMultilevel"/>
    <w:tmpl w:val="73BA1A6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F7E42C2"/>
    <w:multiLevelType w:val="multilevel"/>
    <w:tmpl w:val="FFFFFFFF"/>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62540F17"/>
    <w:multiLevelType w:val="multilevel"/>
    <w:tmpl w:val="FFFFFFFF"/>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7" w15:restartNumberingAfterBreak="0">
    <w:nsid w:val="631A39CB"/>
    <w:multiLevelType w:val="hybridMultilevel"/>
    <w:tmpl w:val="2E98F3C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3B269E1"/>
    <w:multiLevelType w:val="multilevel"/>
    <w:tmpl w:val="6D98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FF450F"/>
    <w:multiLevelType w:val="hybridMultilevel"/>
    <w:tmpl w:val="5F886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F45B20"/>
    <w:multiLevelType w:val="hybridMultilevel"/>
    <w:tmpl w:val="3FC2434C"/>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1" w15:restartNumberingAfterBreak="0">
    <w:nsid w:val="762A0B4D"/>
    <w:multiLevelType w:val="hybridMultilevel"/>
    <w:tmpl w:val="2E98F3C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7E975E4"/>
    <w:multiLevelType w:val="hybridMultilevel"/>
    <w:tmpl w:val="64A8FD10"/>
    <w:lvl w:ilvl="0" w:tplc="88FCB4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792E39FC"/>
    <w:multiLevelType w:val="hybridMultilevel"/>
    <w:tmpl w:val="5B880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FF64B0"/>
    <w:multiLevelType w:val="hybridMultilevel"/>
    <w:tmpl w:val="6686B776"/>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1573FA"/>
    <w:multiLevelType w:val="multilevel"/>
    <w:tmpl w:val="3220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CB77C2"/>
    <w:multiLevelType w:val="multilevel"/>
    <w:tmpl w:val="DA548608"/>
    <w:lvl w:ilvl="0">
      <w:start w:val="1"/>
      <w:numFmt w:val="decimal"/>
      <w:lvlText w:val="%1"/>
      <w:lvlJc w:val="left"/>
      <w:pPr>
        <w:ind w:left="432" w:hanging="432"/>
      </w:pPr>
      <w:rPr>
        <w:rFonts w:hint="default"/>
        <w:color w:val="FFFFFF" w:themeColor="background1"/>
      </w:rPr>
    </w:lvl>
    <w:lvl w:ilvl="1">
      <w:start w:val="1"/>
      <w:numFmt w:val="decimal"/>
      <w:pStyle w:val="Heading2"/>
      <w:lvlText w:val="%1.%2"/>
      <w:lvlJc w:val="left"/>
      <w:pPr>
        <w:ind w:left="576" w:hanging="576"/>
      </w:pPr>
      <w:rPr>
        <w:rFonts w:ascii="Times New Roman" w:hAnsi="Times New Roman" w:hint="default"/>
        <w:b/>
        <w:bCs/>
        <w:i w:val="0"/>
        <w:iCs w:val="0"/>
        <w:caps w:val="0"/>
        <w:smallCaps w:val="0"/>
        <w:strike w:val="0"/>
        <w:dstrike w:val="0"/>
        <w:outline w:val="0"/>
        <w:shadow w:val="0"/>
        <w:emboss w:val="0"/>
        <w:imprint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7F9D0205"/>
    <w:multiLevelType w:val="hybridMultilevel"/>
    <w:tmpl w:val="3CCA83F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29"/>
  </w:num>
  <w:num w:numId="8">
    <w:abstractNumId w:val="19"/>
  </w:num>
  <w:num w:numId="9">
    <w:abstractNumId w:val="35"/>
  </w:num>
  <w:num w:numId="10">
    <w:abstractNumId w:val="34"/>
  </w:num>
  <w:num w:numId="11">
    <w:abstractNumId w:val="42"/>
  </w:num>
  <w:num w:numId="12">
    <w:abstractNumId w:val="23"/>
  </w:num>
  <w:num w:numId="13">
    <w:abstractNumId w:val="9"/>
  </w:num>
  <w:num w:numId="14">
    <w:abstractNumId w:val="10"/>
  </w:num>
  <w:num w:numId="15">
    <w:abstractNumId w:val="14"/>
  </w:num>
  <w:num w:numId="16">
    <w:abstractNumId w:val="15"/>
  </w:num>
  <w:num w:numId="17">
    <w:abstractNumId w:val="12"/>
  </w:num>
  <w:num w:numId="18">
    <w:abstractNumId w:val="36"/>
  </w:num>
  <w:num w:numId="19">
    <w:abstractNumId w:val="7"/>
  </w:num>
  <w:num w:numId="20">
    <w:abstractNumId w:val="16"/>
  </w:num>
  <w:num w:numId="21">
    <w:abstractNumId w:val="40"/>
  </w:num>
  <w:num w:numId="22">
    <w:abstractNumId w:val="27"/>
  </w:num>
  <w:num w:numId="23">
    <w:abstractNumId w:val="6"/>
  </w:num>
  <w:num w:numId="24">
    <w:abstractNumId w:val="32"/>
  </w:num>
  <w:num w:numId="25">
    <w:abstractNumId w:val="22"/>
  </w:num>
  <w:num w:numId="26">
    <w:abstractNumId w:val="47"/>
  </w:num>
  <w:num w:numId="27">
    <w:abstractNumId w:val="43"/>
  </w:num>
  <w:num w:numId="28">
    <w:abstractNumId w:val="45"/>
  </w:num>
  <w:num w:numId="29">
    <w:abstractNumId w:val="38"/>
  </w:num>
  <w:num w:numId="30">
    <w:abstractNumId w:val="28"/>
  </w:num>
  <w:num w:numId="31">
    <w:abstractNumId w:val="18"/>
  </w:num>
  <w:num w:numId="32">
    <w:abstractNumId w:val="20"/>
  </w:num>
  <w:num w:numId="33">
    <w:abstractNumId w:val="44"/>
  </w:num>
  <w:num w:numId="34">
    <w:abstractNumId w:val="33"/>
  </w:num>
  <w:num w:numId="35">
    <w:abstractNumId w:val="17"/>
  </w:num>
  <w:num w:numId="36">
    <w:abstractNumId w:val="41"/>
  </w:num>
  <w:num w:numId="37">
    <w:abstractNumId w:val="8"/>
  </w:num>
  <w:num w:numId="38">
    <w:abstractNumId w:val="13"/>
  </w:num>
  <w:num w:numId="39">
    <w:abstractNumId w:val="46"/>
  </w:num>
  <w:num w:numId="40">
    <w:abstractNumId w:val="24"/>
  </w:num>
  <w:num w:numId="41">
    <w:abstractNumId w:val="30"/>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 w:ilvl="0">
        <w:start w:val="1"/>
        <w:numFmt w:val="decimal"/>
        <w:lvlText w:val="%1"/>
        <w:lvlJc w:val="left"/>
        <w:pPr>
          <w:ind w:left="432" w:hanging="432"/>
        </w:pPr>
        <w:rPr>
          <w:rFonts w:hint="default"/>
          <w:color w:val="FFFFFF" w:themeColor="background1"/>
        </w:rPr>
      </w:lvl>
    </w:lvlOverride>
    <w:lvlOverride w:ilvl="1">
      <w:lvl w:ilvl="1">
        <w:start w:val="1"/>
        <w:numFmt w:val="decimal"/>
        <w:pStyle w:val="Heading2"/>
        <w:lvlText w:val="%1.%2"/>
        <w:lvlJc w:val="left"/>
        <w:pPr>
          <w:ind w:left="576" w:hanging="576"/>
        </w:pPr>
        <w:rPr>
          <w:rFonts w:ascii="Times New Roman" w:hAnsi="Times New Roman" w:hint="default"/>
          <w:b/>
          <w:bCs/>
          <w:i w:val="0"/>
          <w:iCs w:val="0"/>
          <w:caps w:val="0"/>
          <w:smallCaps w:val="0"/>
          <w:strike w:val="0"/>
          <w:dstrike w:val="0"/>
          <w:outline w:val="0"/>
          <w:shadow w:val="0"/>
          <w:emboss w:val="0"/>
          <w:imprint w:val="0"/>
          <w:vanish w:val="0"/>
          <w:color w:val="auto"/>
          <w:spacing w:val="0"/>
          <w:kern w:val="0"/>
          <w:position w:val="0"/>
          <w:sz w:val="24"/>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4">
    <w:abstractNumId w:val="26"/>
  </w:num>
  <w:num w:numId="45">
    <w:abstractNumId w:val="11"/>
  </w:num>
  <w:num w:numId="46">
    <w:abstractNumId w:val="31"/>
  </w:num>
  <w:num w:numId="47">
    <w:abstractNumId w:val="37"/>
  </w:num>
  <w:num w:numId="48">
    <w:abstractNumId w:val="39"/>
  </w:num>
  <w:num w:numId="49">
    <w:abstractNumId w:val="25"/>
  </w:num>
  <w:num w:numId="50">
    <w:abstractNumId w:val="21"/>
  </w:num>
  <w:num w:numId="51">
    <w:abstractNumId w:val="30"/>
  </w:num>
  <w:num w:numId="52">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07F"/>
    <w:rsid w:val="00001F53"/>
    <w:rsid w:val="0000231C"/>
    <w:rsid w:val="000028F9"/>
    <w:rsid w:val="00002EB5"/>
    <w:rsid w:val="00002EDC"/>
    <w:rsid w:val="00002F94"/>
    <w:rsid w:val="00010583"/>
    <w:rsid w:val="00012461"/>
    <w:rsid w:val="0001417D"/>
    <w:rsid w:val="00014AE4"/>
    <w:rsid w:val="000150B2"/>
    <w:rsid w:val="0001549A"/>
    <w:rsid w:val="00016621"/>
    <w:rsid w:val="00016A12"/>
    <w:rsid w:val="00016D7D"/>
    <w:rsid w:val="000209A7"/>
    <w:rsid w:val="00022881"/>
    <w:rsid w:val="000243D1"/>
    <w:rsid w:val="00024804"/>
    <w:rsid w:val="00024EF0"/>
    <w:rsid w:val="00025784"/>
    <w:rsid w:val="000276F4"/>
    <w:rsid w:val="000309B9"/>
    <w:rsid w:val="0003232D"/>
    <w:rsid w:val="00034616"/>
    <w:rsid w:val="00037D86"/>
    <w:rsid w:val="00040FE3"/>
    <w:rsid w:val="00041EB6"/>
    <w:rsid w:val="00042168"/>
    <w:rsid w:val="00042916"/>
    <w:rsid w:val="00042C68"/>
    <w:rsid w:val="00045218"/>
    <w:rsid w:val="0004586D"/>
    <w:rsid w:val="00045A72"/>
    <w:rsid w:val="00050038"/>
    <w:rsid w:val="00050049"/>
    <w:rsid w:val="00050C41"/>
    <w:rsid w:val="00054430"/>
    <w:rsid w:val="00054CEF"/>
    <w:rsid w:val="0006063C"/>
    <w:rsid w:val="00060FF7"/>
    <w:rsid w:val="000621D1"/>
    <w:rsid w:val="00064AE8"/>
    <w:rsid w:val="00067977"/>
    <w:rsid w:val="00067B5F"/>
    <w:rsid w:val="00071623"/>
    <w:rsid w:val="000735D7"/>
    <w:rsid w:val="0007548A"/>
    <w:rsid w:val="000765B0"/>
    <w:rsid w:val="000769AC"/>
    <w:rsid w:val="000770C9"/>
    <w:rsid w:val="00081FAF"/>
    <w:rsid w:val="000845DF"/>
    <w:rsid w:val="00085166"/>
    <w:rsid w:val="00085C71"/>
    <w:rsid w:val="0008751B"/>
    <w:rsid w:val="000879B4"/>
    <w:rsid w:val="00087DC3"/>
    <w:rsid w:val="000919AD"/>
    <w:rsid w:val="00093A77"/>
    <w:rsid w:val="000949A2"/>
    <w:rsid w:val="00097803"/>
    <w:rsid w:val="000A00B3"/>
    <w:rsid w:val="000A0973"/>
    <w:rsid w:val="000A1D7E"/>
    <w:rsid w:val="000A2E0F"/>
    <w:rsid w:val="000A56E2"/>
    <w:rsid w:val="000B1A11"/>
    <w:rsid w:val="000B3088"/>
    <w:rsid w:val="000B3172"/>
    <w:rsid w:val="000B3DEB"/>
    <w:rsid w:val="000B4B68"/>
    <w:rsid w:val="000B79C5"/>
    <w:rsid w:val="000C0AC2"/>
    <w:rsid w:val="000C2EB4"/>
    <w:rsid w:val="000C359E"/>
    <w:rsid w:val="000C4D52"/>
    <w:rsid w:val="000C581A"/>
    <w:rsid w:val="000C5EA9"/>
    <w:rsid w:val="000C73F3"/>
    <w:rsid w:val="000D0E85"/>
    <w:rsid w:val="000D12D7"/>
    <w:rsid w:val="000D1A2B"/>
    <w:rsid w:val="000D234F"/>
    <w:rsid w:val="000D35A7"/>
    <w:rsid w:val="000D5348"/>
    <w:rsid w:val="000D5965"/>
    <w:rsid w:val="000D741D"/>
    <w:rsid w:val="000E06FB"/>
    <w:rsid w:val="000E3615"/>
    <w:rsid w:val="000E431E"/>
    <w:rsid w:val="000E4F31"/>
    <w:rsid w:val="000E65DC"/>
    <w:rsid w:val="000E6F7D"/>
    <w:rsid w:val="000F02CD"/>
    <w:rsid w:val="000F0D41"/>
    <w:rsid w:val="000F5403"/>
    <w:rsid w:val="000F64C5"/>
    <w:rsid w:val="000F6BBE"/>
    <w:rsid w:val="000F73F0"/>
    <w:rsid w:val="000F74AE"/>
    <w:rsid w:val="00100452"/>
    <w:rsid w:val="00103C86"/>
    <w:rsid w:val="00105E29"/>
    <w:rsid w:val="00106E04"/>
    <w:rsid w:val="00106E84"/>
    <w:rsid w:val="00110C1D"/>
    <w:rsid w:val="00110D00"/>
    <w:rsid w:val="00111E8F"/>
    <w:rsid w:val="00117ABC"/>
    <w:rsid w:val="001215A2"/>
    <w:rsid w:val="00123210"/>
    <w:rsid w:val="0012402B"/>
    <w:rsid w:val="00124B25"/>
    <w:rsid w:val="001254D1"/>
    <w:rsid w:val="00127448"/>
    <w:rsid w:val="00127C94"/>
    <w:rsid w:val="00132704"/>
    <w:rsid w:val="001337A4"/>
    <w:rsid w:val="001352BB"/>
    <w:rsid w:val="00140276"/>
    <w:rsid w:val="001408E3"/>
    <w:rsid w:val="00141752"/>
    <w:rsid w:val="0014452C"/>
    <w:rsid w:val="001457DF"/>
    <w:rsid w:val="00147EF9"/>
    <w:rsid w:val="00147FE7"/>
    <w:rsid w:val="0015074B"/>
    <w:rsid w:val="00151F2A"/>
    <w:rsid w:val="00155D56"/>
    <w:rsid w:val="00156E6D"/>
    <w:rsid w:val="00156FB7"/>
    <w:rsid w:val="001575BF"/>
    <w:rsid w:val="001618D5"/>
    <w:rsid w:val="0016377C"/>
    <w:rsid w:val="001641E1"/>
    <w:rsid w:val="00164F2D"/>
    <w:rsid w:val="001656BB"/>
    <w:rsid w:val="00167F97"/>
    <w:rsid w:val="00171528"/>
    <w:rsid w:val="001725C9"/>
    <w:rsid w:val="001741E4"/>
    <w:rsid w:val="00174646"/>
    <w:rsid w:val="00174B9B"/>
    <w:rsid w:val="0017534C"/>
    <w:rsid w:val="0018015B"/>
    <w:rsid w:val="00181165"/>
    <w:rsid w:val="00181EFD"/>
    <w:rsid w:val="001820D7"/>
    <w:rsid w:val="00182683"/>
    <w:rsid w:val="001828BB"/>
    <w:rsid w:val="0018556D"/>
    <w:rsid w:val="001862AE"/>
    <w:rsid w:val="001864DE"/>
    <w:rsid w:val="0019074B"/>
    <w:rsid w:val="0019289D"/>
    <w:rsid w:val="001951BF"/>
    <w:rsid w:val="00196DF2"/>
    <w:rsid w:val="00197164"/>
    <w:rsid w:val="001A005E"/>
    <w:rsid w:val="001A017D"/>
    <w:rsid w:val="001A2D7F"/>
    <w:rsid w:val="001A3B0A"/>
    <w:rsid w:val="001A40B2"/>
    <w:rsid w:val="001A5404"/>
    <w:rsid w:val="001A5EC2"/>
    <w:rsid w:val="001B4403"/>
    <w:rsid w:val="001B5B88"/>
    <w:rsid w:val="001B64A7"/>
    <w:rsid w:val="001B764F"/>
    <w:rsid w:val="001C05E3"/>
    <w:rsid w:val="001C1BAC"/>
    <w:rsid w:val="001C4952"/>
    <w:rsid w:val="001C68CE"/>
    <w:rsid w:val="001C6D4F"/>
    <w:rsid w:val="001D225C"/>
    <w:rsid w:val="001D22C5"/>
    <w:rsid w:val="001D272B"/>
    <w:rsid w:val="001D433B"/>
    <w:rsid w:val="001D4A07"/>
    <w:rsid w:val="001E07AD"/>
    <w:rsid w:val="001E4B7F"/>
    <w:rsid w:val="001E508B"/>
    <w:rsid w:val="001F1432"/>
    <w:rsid w:val="002014DD"/>
    <w:rsid w:val="00201C6B"/>
    <w:rsid w:val="00206EBB"/>
    <w:rsid w:val="00210373"/>
    <w:rsid w:val="00213216"/>
    <w:rsid w:val="00216CB5"/>
    <w:rsid w:val="00216DC0"/>
    <w:rsid w:val="002171A1"/>
    <w:rsid w:val="00217920"/>
    <w:rsid w:val="00220CE3"/>
    <w:rsid w:val="0022151A"/>
    <w:rsid w:val="002216B6"/>
    <w:rsid w:val="00221CD4"/>
    <w:rsid w:val="00223AB6"/>
    <w:rsid w:val="00223E1D"/>
    <w:rsid w:val="00224298"/>
    <w:rsid w:val="0022566F"/>
    <w:rsid w:val="00225DA4"/>
    <w:rsid w:val="00227C1F"/>
    <w:rsid w:val="002302B5"/>
    <w:rsid w:val="00230328"/>
    <w:rsid w:val="002320CF"/>
    <w:rsid w:val="00232D28"/>
    <w:rsid w:val="002344D4"/>
    <w:rsid w:val="002358F3"/>
    <w:rsid w:val="002375FE"/>
    <w:rsid w:val="00241537"/>
    <w:rsid w:val="002433F7"/>
    <w:rsid w:val="002436A2"/>
    <w:rsid w:val="00244BD1"/>
    <w:rsid w:val="00244C57"/>
    <w:rsid w:val="00244DEF"/>
    <w:rsid w:val="0024504E"/>
    <w:rsid w:val="00245296"/>
    <w:rsid w:val="0024581E"/>
    <w:rsid w:val="00245E60"/>
    <w:rsid w:val="00246FEF"/>
    <w:rsid w:val="002510EA"/>
    <w:rsid w:val="00252531"/>
    <w:rsid w:val="00252F2D"/>
    <w:rsid w:val="002535FF"/>
    <w:rsid w:val="00253F03"/>
    <w:rsid w:val="0025425D"/>
    <w:rsid w:val="002568FC"/>
    <w:rsid w:val="00261B65"/>
    <w:rsid w:val="00262723"/>
    <w:rsid w:val="00263EED"/>
    <w:rsid w:val="002659D4"/>
    <w:rsid w:val="00265C44"/>
    <w:rsid w:val="00266512"/>
    <w:rsid w:val="00266727"/>
    <w:rsid w:val="00272345"/>
    <w:rsid w:val="002723BB"/>
    <w:rsid w:val="00273865"/>
    <w:rsid w:val="00275599"/>
    <w:rsid w:val="00276C79"/>
    <w:rsid w:val="00276CC0"/>
    <w:rsid w:val="002775D7"/>
    <w:rsid w:val="00280ADA"/>
    <w:rsid w:val="00283A86"/>
    <w:rsid w:val="00283F6B"/>
    <w:rsid w:val="002846EB"/>
    <w:rsid w:val="002925A9"/>
    <w:rsid w:val="00293BAD"/>
    <w:rsid w:val="00295BB7"/>
    <w:rsid w:val="0029639D"/>
    <w:rsid w:val="00296897"/>
    <w:rsid w:val="00297A91"/>
    <w:rsid w:val="002A0620"/>
    <w:rsid w:val="002A312B"/>
    <w:rsid w:val="002A41C4"/>
    <w:rsid w:val="002A4B32"/>
    <w:rsid w:val="002B4356"/>
    <w:rsid w:val="002B5368"/>
    <w:rsid w:val="002B7444"/>
    <w:rsid w:val="002C1DEA"/>
    <w:rsid w:val="002C59E6"/>
    <w:rsid w:val="002E58B4"/>
    <w:rsid w:val="002E7134"/>
    <w:rsid w:val="002E79F4"/>
    <w:rsid w:val="002F0C9E"/>
    <w:rsid w:val="002F29AE"/>
    <w:rsid w:val="002F589C"/>
    <w:rsid w:val="002F6C5C"/>
    <w:rsid w:val="003035F4"/>
    <w:rsid w:val="00303F7B"/>
    <w:rsid w:val="00305696"/>
    <w:rsid w:val="00307306"/>
    <w:rsid w:val="003077F6"/>
    <w:rsid w:val="00310DBF"/>
    <w:rsid w:val="003144B5"/>
    <w:rsid w:val="003159DF"/>
    <w:rsid w:val="003202AF"/>
    <w:rsid w:val="00321D59"/>
    <w:rsid w:val="0032204C"/>
    <w:rsid w:val="0032490A"/>
    <w:rsid w:val="00326F90"/>
    <w:rsid w:val="003303A8"/>
    <w:rsid w:val="003322E3"/>
    <w:rsid w:val="003333C6"/>
    <w:rsid w:val="003407BC"/>
    <w:rsid w:val="003410EE"/>
    <w:rsid w:val="00341355"/>
    <w:rsid w:val="00345D72"/>
    <w:rsid w:val="003469C5"/>
    <w:rsid w:val="003512A5"/>
    <w:rsid w:val="0035178C"/>
    <w:rsid w:val="003520C7"/>
    <w:rsid w:val="003533DC"/>
    <w:rsid w:val="00356273"/>
    <w:rsid w:val="00361254"/>
    <w:rsid w:val="003646E7"/>
    <w:rsid w:val="0036551C"/>
    <w:rsid w:val="003715B9"/>
    <w:rsid w:val="003749D4"/>
    <w:rsid w:val="00375104"/>
    <w:rsid w:val="00381729"/>
    <w:rsid w:val="00382DBE"/>
    <w:rsid w:val="00386862"/>
    <w:rsid w:val="00387557"/>
    <w:rsid w:val="00390D7A"/>
    <w:rsid w:val="00391A50"/>
    <w:rsid w:val="00391B67"/>
    <w:rsid w:val="00393355"/>
    <w:rsid w:val="00395165"/>
    <w:rsid w:val="00395266"/>
    <w:rsid w:val="00395E61"/>
    <w:rsid w:val="003967A6"/>
    <w:rsid w:val="00396813"/>
    <w:rsid w:val="003977BF"/>
    <w:rsid w:val="003A6AEA"/>
    <w:rsid w:val="003A7E03"/>
    <w:rsid w:val="003B1374"/>
    <w:rsid w:val="003B2C51"/>
    <w:rsid w:val="003B382A"/>
    <w:rsid w:val="003B5062"/>
    <w:rsid w:val="003B6C6B"/>
    <w:rsid w:val="003C19A8"/>
    <w:rsid w:val="003C2250"/>
    <w:rsid w:val="003C59FE"/>
    <w:rsid w:val="003D0CBB"/>
    <w:rsid w:val="003D2C57"/>
    <w:rsid w:val="003D2EDF"/>
    <w:rsid w:val="003D3BF5"/>
    <w:rsid w:val="003E0311"/>
    <w:rsid w:val="003E06E5"/>
    <w:rsid w:val="003E11C2"/>
    <w:rsid w:val="003E2A6D"/>
    <w:rsid w:val="003E4F78"/>
    <w:rsid w:val="003E5C10"/>
    <w:rsid w:val="003E6CD3"/>
    <w:rsid w:val="003F0607"/>
    <w:rsid w:val="004002A9"/>
    <w:rsid w:val="00400FED"/>
    <w:rsid w:val="004025DC"/>
    <w:rsid w:val="00403BCF"/>
    <w:rsid w:val="00403D02"/>
    <w:rsid w:val="004056B8"/>
    <w:rsid w:val="00406D40"/>
    <w:rsid w:val="00407815"/>
    <w:rsid w:val="00410C13"/>
    <w:rsid w:val="00411D92"/>
    <w:rsid w:val="00412B4D"/>
    <w:rsid w:val="0041317C"/>
    <w:rsid w:val="00413ED7"/>
    <w:rsid w:val="0041405B"/>
    <w:rsid w:val="0041466E"/>
    <w:rsid w:val="004152A4"/>
    <w:rsid w:val="0041604B"/>
    <w:rsid w:val="004174DB"/>
    <w:rsid w:val="004206B5"/>
    <w:rsid w:val="004207A4"/>
    <w:rsid w:val="004241E7"/>
    <w:rsid w:val="0042496A"/>
    <w:rsid w:val="00426D6B"/>
    <w:rsid w:val="00427F15"/>
    <w:rsid w:val="00431327"/>
    <w:rsid w:val="00432318"/>
    <w:rsid w:val="00432769"/>
    <w:rsid w:val="00435A48"/>
    <w:rsid w:val="004373DD"/>
    <w:rsid w:val="0043764D"/>
    <w:rsid w:val="00440F35"/>
    <w:rsid w:val="00441A5B"/>
    <w:rsid w:val="00442188"/>
    <w:rsid w:val="00443CB4"/>
    <w:rsid w:val="0045055F"/>
    <w:rsid w:val="00453AC1"/>
    <w:rsid w:val="00456E25"/>
    <w:rsid w:val="00460C03"/>
    <w:rsid w:val="00460DE5"/>
    <w:rsid w:val="00461652"/>
    <w:rsid w:val="00462FBE"/>
    <w:rsid w:val="00463641"/>
    <w:rsid w:val="0046367A"/>
    <w:rsid w:val="00463E3A"/>
    <w:rsid w:val="00465FD7"/>
    <w:rsid w:val="00471987"/>
    <w:rsid w:val="00471BEE"/>
    <w:rsid w:val="004754EF"/>
    <w:rsid w:val="00481C70"/>
    <w:rsid w:val="004851CD"/>
    <w:rsid w:val="00486F66"/>
    <w:rsid w:val="004872DE"/>
    <w:rsid w:val="004876B4"/>
    <w:rsid w:val="004928C8"/>
    <w:rsid w:val="004934AD"/>
    <w:rsid w:val="00496477"/>
    <w:rsid w:val="00497E6E"/>
    <w:rsid w:val="004A1B1F"/>
    <w:rsid w:val="004A22A3"/>
    <w:rsid w:val="004A373E"/>
    <w:rsid w:val="004A40C3"/>
    <w:rsid w:val="004A4B66"/>
    <w:rsid w:val="004A6E4A"/>
    <w:rsid w:val="004A7682"/>
    <w:rsid w:val="004B0BA8"/>
    <w:rsid w:val="004B2E5B"/>
    <w:rsid w:val="004B353B"/>
    <w:rsid w:val="004B4265"/>
    <w:rsid w:val="004B6928"/>
    <w:rsid w:val="004C130A"/>
    <w:rsid w:val="004C1706"/>
    <w:rsid w:val="004C6E9B"/>
    <w:rsid w:val="004D132B"/>
    <w:rsid w:val="004D1A43"/>
    <w:rsid w:val="004D2390"/>
    <w:rsid w:val="004D37AD"/>
    <w:rsid w:val="004D392F"/>
    <w:rsid w:val="004D40B8"/>
    <w:rsid w:val="004D4836"/>
    <w:rsid w:val="004D4DD3"/>
    <w:rsid w:val="004D5ED8"/>
    <w:rsid w:val="004D6583"/>
    <w:rsid w:val="004D6856"/>
    <w:rsid w:val="004D6DBC"/>
    <w:rsid w:val="004E02D3"/>
    <w:rsid w:val="004E030A"/>
    <w:rsid w:val="004E0467"/>
    <w:rsid w:val="004E2712"/>
    <w:rsid w:val="004E31AC"/>
    <w:rsid w:val="004E3298"/>
    <w:rsid w:val="004E427E"/>
    <w:rsid w:val="004E4467"/>
    <w:rsid w:val="004E682B"/>
    <w:rsid w:val="004E6BCE"/>
    <w:rsid w:val="004E74E8"/>
    <w:rsid w:val="004F0BDE"/>
    <w:rsid w:val="004F3EB7"/>
    <w:rsid w:val="004F4382"/>
    <w:rsid w:val="004F468A"/>
    <w:rsid w:val="004F46DF"/>
    <w:rsid w:val="004F66DC"/>
    <w:rsid w:val="005010A0"/>
    <w:rsid w:val="00501D6A"/>
    <w:rsid w:val="00502042"/>
    <w:rsid w:val="00503F70"/>
    <w:rsid w:val="0050534B"/>
    <w:rsid w:val="0050586F"/>
    <w:rsid w:val="00506827"/>
    <w:rsid w:val="00513C45"/>
    <w:rsid w:val="005145F5"/>
    <w:rsid w:val="00515680"/>
    <w:rsid w:val="00517072"/>
    <w:rsid w:val="00517E96"/>
    <w:rsid w:val="00520872"/>
    <w:rsid w:val="00524D87"/>
    <w:rsid w:val="00524F5B"/>
    <w:rsid w:val="005267E4"/>
    <w:rsid w:val="00526D57"/>
    <w:rsid w:val="005272F3"/>
    <w:rsid w:val="00532248"/>
    <w:rsid w:val="00532498"/>
    <w:rsid w:val="005344EB"/>
    <w:rsid w:val="005345B7"/>
    <w:rsid w:val="00535547"/>
    <w:rsid w:val="00535742"/>
    <w:rsid w:val="00535BA1"/>
    <w:rsid w:val="00535E31"/>
    <w:rsid w:val="005374C4"/>
    <w:rsid w:val="00543E66"/>
    <w:rsid w:val="00544636"/>
    <w:rsid w:val="00547225"/>
    <w:rsid w:val="005474B1"/>
    <w:rsid w:val="00551474"/>
    <w:rsid w:val="00551F47"/>
    <w:rsid w:val="0055229C"/>
    <w:rsid w:val="0055612D"/>
    <w:rsid w:val="005606B3"/>
    <w:rsid w:val="00560CC2"/>
    <w:rsid w:val="005709F1"/>
    <w:rsid w:val="00571E18"/>
    <w:rsid w:val="00575DDE"/>
    <w:rsid w:val="00576F27"/>
    <w:rsid w:val="00577A2D"/>
    <w:rsid w:val="00581026"/>
    <w:rsid w:val="00581475"/>
    <w:rsid w:val="00581BFF"/>
    <w:rsid w:val="00582975"/>
    <w:rsid w:val="00583BDE"/>
    <w:rsid w:val="0058446A"/>
    <w:rsid w:val="005846DC"/>
    <w:rsid w:val="00584B64"/>
    <w:rsid w:val="005874E1"/>
    <w:rsid w:val="005903F6"/>
    <w:rsid w:val="005907B7"/>
    <w:rsid w:val="005908FE"/>
    <w:rsid w:val="00591091"/>
    <w:rsid w:val="0059171E"/>
    <w:rsid w:val="005919C5"/>
    <w:rsid w:val="00591AC8"/>
    <w:rsid w:val="00593F80"/>
    <w:rsid w:val="005959D5"/>
    <w:rsid w:val="00597D54"/>
    <w:rsid w:val="005A1269"/>
    <w:rsid w:val="005A21A7"/>
    <w:rsid w:val="005A301A"/>
    <w:rsid w:val="005A3D67"/>
    <w:rsid w:val="005A6B90"/>
    <w:rsid w:val="005B1EF6"/>
    <w:rsid w:val="005B54DE"/>
    <w:rsid w:val="005B552D"/>
    <w:rsid w:val="005B5813"/>
    <w:rsid w:val="005B7838"/>
    <w:rsid w:val="005C2CED"/>
    <w:rsid w:val="005C334F"/>
    <w:rsid w:val="005C672B"/>
    <w:rsid w:val="005C7154"/>
    <w:rsid w:val="005C76F9"/>
    <w:rsid w:val="005D1999"/>
    <w:rsid w:val="005D37CF"/>
    <w:rsid w:val="005D4EFA"/>
    <w:rsid w:val="005D51E4"/>
    <w:rsid w:val="005D540D"/>
    <w:rsid w:val="005D7568"/>
    <w:rsid w:val="005D7644"/>
    <w:rsid w:val="005D7D2C"/>
    <w:rsid w:val="005E1028"/>
    <w:rsid w:val="005E2695"/>
    <w:rsid w:val="005E2C10"/>
    <w:rsid w:val="005E2ED8"/>
    <w:rsid w:val="005E35F9"/>
    <w:rsid w:val="005F0C64"/>
    <w:rsid w:val="005F0DCE"/>
    <w:rsid w:val="005F1475"/>
    <w:rsid w:val="005F1901"/>
    <w:rsid w:val="005F45C1"/>
    <w:rsid w:val="006017E2"/>
    <w:rsid w:val="00604B23"/>
    <w:rsid w:val="00604E74"/>
    <w:rsid w:val="00607C7D"/>
    <w:rsid w:val="006108CC"/>
    <w:rsid w:val="00611D27"/>
    <w:rsid w:val="0061595D"/>
    <w:rsid w:val="00616F29"/>
    <w:rsid w:val="00617741"/>
    <w:rsid w:val="00617A39"/>
    <w:rsid w:val="00617F0C"/>
    <w:rsid w:val="00623477"/>
    <w:rsid w:val="00624801"/>
    <w:rsid w:val="006300BB"/>
    <w:rsid w:val="006306B9"/>
    <w:rsid w:val="00631795"/>
    <w:rsid w:val="00632D1B"/>
    <w:rsid w:val="00633A0B"/>
    <w:rsid w:val="006359F0"/>
    <w:rsid w:val="00635F14"/>
    <w:rsid w:val="0064060D"/>
    <w:rsid w:val="006436A6"/>
    <w:rsid w:val="0064633B"/>
    <w:rsid w:val="00646A75"/>
    <w:rsid w:val="006473F5"/>
    <w:rsid w:val="00650CD4"/>
    <w:rsid w:val="00651291"/>
    <w:rsid w:val="006514D2"/>
    <w:rsid w:val="0065426A"/>
    <w:rsid w:val="0065466E"/>
    <w:rsid w:val="006565BE"/>
    <w:rsid w:val="00661E2E"/>
    <w:rsid w:val="006642E5"/>
    <w:rsid w:val="00664839"/>
    <w:rsid w:val="00664D78"/>
    <w:rsid w:val="00665467"/>
    <w:rsid w:val="006662FB"/>
    <w:rsid w:val="0066668C"/>
    <w:rsid w:val="00667DC9"/>
    <w:rsid w:val="006718D3"/>
    <w:rsid w:val="006740B2"/>
    <w:rsid w:val="00674D55"/>
    <w:rsid w:val="00677BF7"/>
    <w:rsid w:val="00677FC3"/>
    <w:rsid w:val="00681E39"/>
    <w:rsid w:val="00682D16"/>
    <w:rsid w:val="00682EFF"/>
    <w:rsid w:val="0068334F"/>
    <w:rsid w:val="00693888"/>
    <w:rsid w:val="00693951"/>
    <w:rsid w:val="00695AA6"/>
    <w:rsid w:val="006A0CD5"/>
    <w:rsid w:val="006A72C5"/>
    <w:rsid w:val="006A73F0"/>
    <w:rsid w:val="006B213B"/>
    <w:rsid w:val="006B217F"/>
    <w:rsid w:val="006B5A4F"/>
    <w:rsid w:val="006C616B"/>
    <w:rsid w:val="006C6794"/>
    <w:rsid w:val="006C73C5"/>
    <w:rsid w:val="006C7C8D"/>
    <w:rsid w:val="006D1CE8"/>
    <w:rsid w:val="006D2EA1"/>
    <w:rsid w:val="006D6863"/>
    <w:rsid w:val="006D712D"/>
    <w:rsid w:val="006D747B"/>
    <w:rsid w:val="006D7FA0"/>
    <w:rsid w:val="006E077B"/>
    <w:rsid w:val="006E08B2"/>
    <w:rsid w:val="006E1A9C"/>
    <w:rsid w:val="006E2A1D"/>
    <w:rsid w:val="006E35AB"/>
    <w:rsid w:val="006E3701"/>
    <w:rsid w:val="006E5EDA"/>
    <w:rsid w:val="006E710F"/>
    <w:rsid w:val="006E7EAA"/>
    <w:rsid w:val="006F00B2"/>
    <w:rsid w:val="006F060D"/>
    <w:rsid w:val="006F272D"/>
    <w:rsid w:val="006F3D22"/>
    <w:rsid w:val="00701BE4"/>
    <w:rsid w:val="00701E79"/>
    <w:rsid w:val="00703E51"/>
    <w:rsid w:val="0070485C"/>
    <w:rsid w:val="00707043"/>
    <w:rsid w:val="007106A8"/>
    <w:rsid w:val="007115B7"/>
    <w:rsid w:val="00711C5B"/>
    <w:rsid w:val="00712CB8"/>
    <w:rsid w:val="00714164"/>
    <w:rsid w:val="00714D9F"/>
    <w:rsid w:val="00720E83"/>
    <w:rsid w:val="00720F6B"/>
    <w:rsid w:val="00721427"/>
    <w:rsid w:val="00725AA1"/>
    <w:rsid w:val="00727874"/>
    <w:rsid w:val="00727B4F"/>
    <w:rsid w:val="00730317"/>
    <w:rsid w:val="00730DD6"/>
    <w:rsid w:val="007318E7"/>
    <w:rsid w:val="00733579"/>
    <w:rsid w:val="00735150"/>
    <w:rsid w:val="007363E3"/>
    <w:rsid w:val="0074088C"/>
    <w:rsid w:val="007415CA"/>
    <w:rsid w:val="00741E2E"/>
    <w:rsid w:val="00742B86"/>
    <w:rsid w:val="0074309E"/>
    <w:rsid w:val="00743625"/>
    <w:rsid w:val="007448CC"/>
    <w:rsid w:val="00746224"/>
    <w:rsid w:val="00747165"/>
    <w:rsid w:val="00747B48"/>
    <w:rsid w:val="00747C2F"/>
    <w:rsid w:val="007500AF"/>
    <w:rsid w:val="00753209"/>
    <w:rsid w:val="00753D93"/>
    <w:rsid w:val="00754138"/>
    <w:rsid w:val="007606BC"/>
    <w:rsid w:val="00762643"/>
    <w:rsid w:val="00762F67"/>
    <w:rsid w:val="00763755"/>
    <w:rsid w:val="00767EA5"/>
    <w:rsid w:val="00770712"/>
    <w:rsid w:val="00772B04"/>
    <w:rsid w:val="00773EB9"/>
    <w:rsid w:val="00775B51"/>
    <w:rsid w:val="00776A12"/>
    <w:rsid w:val="00777283"/>
    <w:rsid w:val="007779DF"/>
    <w:rsid w:val="00781ABE"/>
    <w:rsid w:val="00782C25"/>
    <w:rsid w:val="007830BC"/>
    <w:rsid w:val="00787551"/>
    <w:rsid w:val="00790623"/>
    <w:rsid w:val="00792BD9"/>
    <w:rsid w:val="00793187"/>
    <w:rsid w:val="00793282"/>
    <w:rsid w:val="00793825"/>
    <w:rsid w:val="007940B1"/>
    <w:rsid w:val="00795D91"/>
    <w:rsid w:val="00796C4E"/>
    <w:rsid w:val="007975BA"/>
    <w:rsid w:val="007A297D"/>
    <w:rsid w:val="007A3490"/>
    <w:rsid w:val="007A4ADB"/>
    <w:rsid w:val="007A4E32"/>
    <w:rsid w:val="007A65C3"/>
    <w:rsid w:val="007A71F6"/>
    <w:rsid w:val="007B058B"/>
    <w:rsid w:val="007B1031"/>
    <w:rsid w:val="007B288D"/>
    <w:rsid w:val="007B3B5C"/>
    <w:rsid w:val="007C01F3"/>
    <w:rsid w:val="007C0287"/>
    <w:rsid w:val="007C23CB"/>
    <w:rsid w:val="007C5151"/>
    <w:rsid w:val="007C664B"/>
    <w:rsid w:val="007D6066"/>
    <w:rsid w:val="007D6F3A"/>
    <w:rsid w:val="007D778C"/>
    <w:rsid w:val="007E1680"/>
    <w:rsid w:val="007E2023"/>
    <w:rsid w:val="007E266F"/>
    <w:rsid w:val="007E7A61"/>
    <w:rsid w:val="007E7E0A"/>
    <w:rsid w:val="007F3DC0"/>
    <w:rsid w:val="007F5C8C"/>
    <w:rsid w:val="008029D0"/>
    <w:rsid w:val="00805026"/>
    <w:rsid w:val="0080631B"/>
    <w:rsid w:val="00810273"/>
    <w:rsid w:val="00810FA8"/>
    <w:rsid w:val="008136D8"/>
    <w:rsid w:val="00813C80"/>
    <w:rsid w:val="00814DF6"/>
    <w:rsid w:val="0082127A"/>
    <w:rsid w:val="00824BFA"/>
    <w:rsid w:val="0082548B"/>
    <w:rsid w:val="00826CC5"/>
    <w:rsid w:val="008316CE"/>
    <w:rsid w:val="00834015"/>
    <w:rsid w:val="008374A5"/>
    <w:rsid w:val="008418D2"/>
    <w:rsid w:val="0084204D"/>
    <w:rsid w:val="008439D4"/>
    <w:rsid w:val="0084592C"/>
    <w:rsid w:val="00846F40"/>
    <w:rsid w:val="00847095"/>
    <w:rsid w:val="00853816"/>
    <w:rsid w:val="00857AE9"/>
    <w:rsid w:val="00860D94"/>
    <w:rsid w:val="0086142F"/>
    <w:rsid w:val="008615C8"/>
    <w:rsid w:val="00861B87"/>
    <w:rsid w:val="00863A78"/>
    <w:rsid w:val="00863BED"/>
    <w:rsid w:val="00863F18"/>
    <w:rsid w:val="008648CC"/>
    <w:rsid w:val="00864B07"/>
    <w:rsid w:val="00865131"/>
    <w:rsid w:val="008654E1"/>
    <w:rsid w:val="008678AD"/>
    <w:rsid w:val="008702C2"/>
    <w:rsid w:val="0087110E"/>
    <w:rsid w:val="0087339E"/>
    <w:rsid w:val="008737D4"/>
    <w:rsid w:val="008764BE"/>
    <w:rsid w:val="0087655B"/>
    <w:rsid w:val="00876DF2"/>
    <w:rsid w:val="008802DD"/>
    <w:rsid w:val="00881FFC"/>
    <w:rsid w:val="008825EB"/>
    <w:rsid w:val="008837B8"/>
    <w:rsid w:val="00885660"/>
    <w:rsid w:val="00892611"/>
    <w:rsid w:val="00892A0D"/>
    <w:rsid w:val="00892DAB"/>
    <w:rsid w:val="008935E9"/>
    <w:rsid w:val="00894622"/>
    <w:rsid w:val="00894E78"/>
    <w:rsid w:val="0089612C"/>
    <w:rsid w:val="00897817"/>
    <w:rsid w:val="008A426A"/>
    <w:rsid w:val="008A429E"/>
    <w:rsid w:val="008A4F43"/>
    <w:rsid w:val="008B1C11"/>
    <w:rsid w:val="008B2C93"/>
    <w:rsid w:val="008B4C2A"/>
    <w:rsid w:val="008C0CB1"/>
    <w:rsid w:val="008C3A33"/>
    <w:rsid w:val="008C4D26"/>
    <w:rsid w:val="008D1B4E"/>
    <w:rsid w:val="008D23C5"/>
    <w:rsid w:val="008D2D62"/>
    <w:rsid w:val="008D4EF0"/>
    <w:rsid w:val="008D5E93"/>
    <w:rsid w:val="008D651B"/>
    <w:rsid w:val="008E254F"/>
    <w:rsid w:val="008E6A0F"/>
    <w:rsid w:val="008F28A5"/>
    <w:rsid w:val="00904078"/>
    <w:rsid w:val="0090536D"/>
    <w:rsid w:val="00905F81"/>
    <w:rsid w:val="00910E30"/>
    <w:rsid w:val="00911B39"/>
    <w:rsid w:val="00913414"/>
    <w:rsid w:val="00914953"/>
    <w:rsid w:val="00914F82"/>
    <w:rsid w:val="009235C0"/>
    <w:rsid w:val="00925D5D"/>
    <w:rsid w:val="00927C41"/>
    <w:rsid w:val="00927F11"/>
    <w:rsid w:val="009307E5"/>
    <w:rsid w:val="00931618"/>
    <w:rsid w:val="00931CE1"/>
    <w:rsid w:val="00932438"/>
    <w:rsid w:val="009337D4"/>
    <w:rsid w:val="00937E05"/>
    <w:rsid w:val="00945429"/>
    <w:rsid w:val="00946E34"/>
    <w:rsid w:val="00951BD5"/>
    <w:rsid w:val="009526E6"/>
    <w:rsid w:val="0095280E"/>
    <w:rsid w:val="0095318E"/>
    <w:rsid w:val="0095698B"/>
    <w:rsid w:val="009627E5"/>
    <w:rsid w:val="00962E7D"/>
    <w:rsid w:val="00971528"/>
    <w:rsid w:val="00973B41"/>
    <w:rsid w:val="00974B07"/>
    <w:rsid w:val="00976150"/>
    <w:rsid w:val="009775CE"/>
    <w:rsid w:val="0098134C"/>
    <w:rsid w:val="009827A4"/>
    <w:rsid w:val="00984431"/>
    <w:rsid w:val="00985B49"/>
    <w:rsid w:val="00986333"/>
    <w:rsid w:val="0098635D"/>
    <w:rsid w:val="009876C2"/>
    <w:rsid w:val="0099725D"/>
    <w:rsid w:val="009A0743"/>
    <w:rsid w:val="009A395A"/>
    <w:rsid w:val="009A3A00"/>
    <w:rsid w:val="009A4DE7"/>
    <w:rsid w:val="009A4E7F"/>
    <w:rsid w:val="009A612E"/>
    <w:rsid w:val="009A6CB0"/>
    <w:rsid w:val="009A7C90"/>
    <w:rsid w:val="009A7F33"/>
    <w:rsid w:val="009B7A8A"/>
    <w:rsid w:val="009C0E39"/>
    <w:rsid w:val="009C12FB"/>
    <w:rsid w:val="009C4FE3"/>
    <w:rsid w:val="009D141A"/>
    <w:rsid w:val="009D2666"/>
    <w:rsid w:val="009D468A"/>
    <w:rsid w:val="009D62AF"/>
    <w:rsid w:val="009D721E"/>
    <w:rsid w:val="009D7C67"/>
    <w:rsid w:val="009E135D"/>
    <w:rsid w:val="009E1CE5"/>
    <w:rsid w:val="009E6828"/>
    <w:rsid w:val="009E6F94"/>
    <w:rsid w:val="009F3835"/>
    <w:rsid w:val="009F43C1"/>
    <w:rsid w:val="009F5289"/>
    <w:rsid w:val="009F65CB"/>
    <w:rsid w:val="009F6636"/>
    <w:rsid w:val="00A02C45"/>
    <w:rsid w:val="00A10998"/>
    <w:rsid w:val="00A113FD"/>
    <w:rsid w:val="00A114E3"/>
    <w:rsid w:val="00A15874"/>
    <w:rsid w:val="00A15F06"/>
    <w:rsid w:val="00A174F9"/>
    <w:rsid w:val="00A17F97"/>
    <w:rsid w:val="00A207BA"/>
    <w:rsid w:val="00A21E5F"/>
    <w:rsid w:val="00A24F58"/>
    <w:rsid w:val="00A25ED6"/>
    <w:rsid w:val="00A276ED"/>
    <w:rsid w:val="00A30133"/>
    <w:rsid w:val="00A3035C"/>
    <w:rsid w:val="00A330D5"/>
    <w:rsid w:val="00A3374D"/>
    <w:rsid w:val="00A35790"/>
    <w:rsid w:val="00A3796A"/>
    <w:rsid w:val="00A37CAB"/>
    <w:rsid w:val="00A421AE"/>
    <w:rsid w:val="00A43E8A"/>
    <w:rsid w:val="00A4501A"/>
    <w:rsid w:val="00A461C3"/>
    <w:rsid w:val="00A47864"/>
    <w:rsid w:val="00A52F6A"/>
    <w:rsid w:val="00A531FA"/>
    <w:rsid w:val="00A54899"/>
    <w:rsid w:val="00A60CA7"/>
    <w:rsid w:val="00A61144"/>
    <w:rsid w:val="00A6137E"/>
    <w:rsid w:val="00A62B14"/>
    <w:rsid w:val="00A63125"/>
    <w:rsid w:val="00A63F03"/>
    <w:rsid w:val="00A657F1"/>
    <w:rsid w:val="00A65B28"/>
    <w:rsid w:val="00A66D87"/>
    <w:rsid w:val="00A7059C"/>
    <w:rsid w:val="00A70E63"/>
    <w:rsid w:val="00A761D2"/>
    <w:rsid w:val="00A818E1"/>
    <w:rsid w:val="00A84B5F"/>
    <w:rsid w:val="00A858B4"/>
    <w:rsid w:val="00A904AE"/>
    <w:rsid w:val="00A9109A"/>
    <w:rsid w:val="00A91182"/>
    <w:rsid w:val="00A91A40"/>
    <w:rsid w:val="00A94378"/>
    <w:rsid w:val="00A94435"/>
    <w:rsid w:val="00A9737E"/>
    <w:rsid w:val="00A97A3A"/>
    <w:rsid w:val="00AA0312"/>
    <w:rsid w:val="00AA11DC"/>
    <w:rsid w:val="00AA18AA"/>
    <w:rsid w:val="00AA1CDE"/>
    <w:rsid w:val="00AA1D8D"/>
    <w:rsid w:val="00AA4264"/>
    <w:rsid w:val="00AA69C5"/>
    <w:rsid w:val="00AA7082"/>
    <w:rsid w:val="00AA7921"/>
    <w:rsid w:val="00AB0078"/>
    <w:rsid w:val="00AB2049"/>
    <w:rsid w:val="00AB25CB"/>
    <w:rsid w:val="00AB30A9"/>
    <w:rsid w:val="00AB3A15"/>
    <w:rsid w:val="00AB60C0"/>
    <w:rsid w:val="00AC1535"/>
    <w:rsid w:val="00AC166F"/>
    <w:rsid w:val="00AC1F77"/>
    <w:rsid w:val="00AC7AFB"/>
    <w:rsid w:val="00AD0BD2"/>
    <w:rsid w:val="00AD0FB0"/>
    <w:rsid w:val="00AD1038"/>
    <w:rsid w:val="00AD10A0"/>
    <w:rsid w:val="00AD5451"/>
    <w:rsid w:val="00AD55AA"/>
    <w:rsid w:val="00AD5B83"/>
    <w:rsid w:val="00AD6AC1"/>
    <w:rsid w:val="00AD7C36"/>
    <w:rsid w:val="00AE08A2"/>
    <w:rsid w:val="00AE1874"/>
    <w:rsid w:val="00AE23C7"/>
    <w:rsid w:val="00AF09E1"/>
    <w:rsid w:val="00AF526A"/>
    <w:rsid w:val="00B00297"/>
    <w:rsid w:val="00B016DE"/>
    <w:rsid w:val="00B02092"/>
    <w:rsid w:val="00B02329"/>
    <w:rsid w:val="00B07AD3"/>
    <w:rsid w:val="00B1326E"/>
    <w:rsid w:val="00B15603"/>
    <w:rsid w:val="00B15BD9"/>
    <w:rsid w:val="00B16D31"/>
    <w:rsid w:val="00B17A51"/>
    <w:rsid w:val="00B22F8E"/>
    <w:rsid w:val="00B23A7C"/>
    <w:rsid w:val="00B23B6E"/>
    <w:rsid w:val="00B24E49"/>
    <w:rsid w:val="00B2563F"/>
    <w:rsid w:val="00B27793"/>
    <w:rsid w:val="00B30DCF"/>
    <w:rsid w:val="00B32842"/>
    <w:rsid w:val="00B35062"/>
    <w:rsid w:val="00B37249"/>
    <w:rsid w:val="00B373E9"/>
    <w:rsid w:val="00B37AFC"/>
    <w:rsid w:val="00B45D2E"/>
    <w:rsid w:val="00B46953"/>
    <w:rsid w:val="00B47730"/>
    <w:rsid w:val="00B47C93"/>
    <w:rsid w:val="00B50068"/>
    <w:rsid w:val="00B501D6"/>
    <w:rsid w:val="00B50617"/>
    <w:rsid w:val="00B50D67"/>
    <w:rsid w:val="00B53D4C"/>
    <w:rsid w:val="00B54B50"/>
    <w:rsid w:val="00B562D4"/>
    <w:rsid w:val="00B60002"/>
    <w:rsid w:val="00B618F3"/>
    <w:rsid w:val="00B62470"/>
    <w:rsid w:val="00B624D1"/>
    <w:rsid w:val="00B62F78"/>
    <w:rsid w:val="00B634EA"/>
    <w:rsid w:val="00B63F8E"/>
    <w:rsid w:val="00B64DD0"/>
    <w:rsid w:val="00B6637E"/>
    <w:rsid w:val="00B71CCF"/>
    <w:rsid w:val="00B72BDD"/>
    <w:rsid w:val="00B737E3"/>
    <w:rsid w:val="00B74526"/>
    <w:rsid w:val="00B75116"/>
    <w:rsid w:val="00B75919"/>
    <w:rsid w:val="00B75FD3"/>
    <w:rsid w:val="00B76040"/>
    <w:rsid w:val="00B77C84"/>
    <w:rsid w:val="00B802C7"/>
    <w:rsid w:val="00B80C1E"/>
    <w:rsid w:val="00B813DA"/>
    <w:rsid w:val="00B81C3E"/>
    <w:rsid w:val="00B834E7"/>
    <w:rsid w:val="00B83B31"/>
    <w:rsid w:val="00B852C4"/>
    <w:rsid w:val="00B86777"/>
    <w:rsid w:val="00B86845"/>
    <w:rsid w:val="00B86F3F"/>
    <w:rsid w:val="00B90D09"/>
    <w:rsid w:val="00B92E2C"/>
    <w:rsid w:val="00B93DC7"/>
    <w:rsid w:val="00B95AA8"/>
    <w:rsid w:val="00B95B0E"/>
    <w:rsid w:val="00B968CB"/>
    <w:rsid w:val="00B96FC5"/>
    <w:rsid w:val="00BA53C4"/>
    <w:rsid w:val="00BA666F"/>
    <w:rsid w:val="00BB01F6"/>
    <w:rsid w:val="00BB0794"/>
    <w:rsid w:val="00BB181F"/>
    <w:rsid w:val="00BB2867"/>
    <w:rsid w:val="00BB36D2"/>
    <w:rsid w:val="00BB3F23"/>
    <w:rsid w:val="00BB5494"/>
    <w:rsid w:val="00BB73E9"/>
    <w:rsid w:val="00BC069A"/>
    <w:rsid w:val="00BC41A7"/>
    <w:rsid w:val="00BC4EE7"/>
    <w:rsid w:val="00BC64E4"/>
    <w:rsid w:val="00BD0D76"/>
    <w:rsid w:val="00BD37CC"/>
    <w:rsid w:val="00BD61F1"/>
    <w:rsid w:val="00BE4C37"/>
    <w:rsid w:val="00BE4DFA"/>
    <w:rsid w:val="00BE74D8"/>
    <w:rsid w:val="00BE7610"/>
    <w:rsid w:val="00BF2674"/>
    <w:rsid w:val="00BF3209"/>
    <w:rsid w:val="00BF6F2B"/>
    <w:rsid w:val="00BF79D5"/>
    <w:rsid w:val="00C023B2"/>
    <w:rsid w:val="00C02CAF"/>
    <w:rsid w:val="00C0323D"/>
    <w:rsid w:val="00C05434"/>
    <w:rsid w:val="00C05836"/>
    <w:rsid w:val="00C06A86"/>
    <w:rsid w:val="00C07C02"/>
    <w:rsid w:val="00C10CA3"/>
    <w:rsid w:val="00C11739"/>
    <w:rsid w:val="00C136BC"/>
    <w:rsid w:val="00C15249"/>
    <w:rsid w:val="00C20AF8"/>
    <w:rsid w:val="00C224F1"/>
    <w:rsid w:val="00C2314A"/>
    <w:rsid w:val="00C23448"/>
    <w:rsid w:val="00C25FFC"/>
    <w:rsid w:val="00C26653"/>
    <w:rsid w:val="00C2667E"/>
    <w:rsid w:val="00C33F0E"/>
    <w:rsid w:val="00C34DB5"/>
    <w:rsid w:val="00C36788"/>
    <w:rsid w:val="00C37901"/>
    <w:rsid w:val="00C41D2F"/>
    <w:rsid w:val="00C44962"/>
    <w:rsid w:val="00C44DBC"/>
    <w:rsid w:val="00C45731"/>
    <w:rsid w:val="00C45F0D"/>
    <w:rsid w:val="00C45FD0"/>
    <w:rsid w:val="00C468D7"/>
    <w:rsid w:val="00C535C4"/>
    <w:rsid w:val="00C53B99"/>
    <w:rsid w:val="00C54200"/>
    <w:rsid w:val="00C54988"/>
    <w:rsid w:val="00C56AEB"/>
    <w:rsid w:val="00C57ED0"/>
    <w:rsid w:val="00C60AF6"/>
    <w:rsid w:val="00C6382D"/>
    <w:rsid w:val="00C67E2C"/>
    <w:rsid w:val="00C70FA4"/>
    <w:rsid w:val="00C713FB"/>
    <w:rsid w:val="00C719D4"/>
    <w:rsid w:val="00C72055"/>
    <w:rsid w:val="00C721D1"/>
    <w:rsid w:val="00C73A4D"/>
    <w:rsid w:val="00C74B6B"/>
    <w:rsid w:val="00C74E09"/>
    <w:rsid w:val="00C7738E"/>
    <w:rsid w:val="00C80EEF"/>
    <w:rsid w:val="00C83466"/>
    <w:rsid w:val="00C83C86"/>
    <w:rsid w:val="00C86ABC"/>
    <w:rsid w:val="00C9064A"/>
    <w:rsid w:val="00C93146"/>
    <w:rsid w:val="00C96683"/>
    <w:rsid w:val="00C9702E"/>
    <w:rsid w:val="00C97D4C"/>
    <w:rsid w:val="00CA2FAB"/>
    <w:rsid w:val="00CA3584"/>
    <w:rsid w:val="00CA5605"/>
    <w:rsid w:val="00CA5D0A"/>
    <w:rsid w:val="00CB0664"/>
    <w:rsid w:val="00CB12B1"/>
    <w:rsid w:val="00CB2BCB"/>
    <w:rsid w:val="00CB68B4"/>
    <w:rsid w:val="00CB7705"/>
    <w:rsid w:val="00CC06BD"/>
    <w:rsid w:val="00CC141F"/>
    <w:rsid w:val="00CC4BE3"/>
    <w:rsid w:val="00CC5DBD"/>
    <w:rsid w:val="00CD159D"/>
    <w:rsid w:val="00CD44D9"/>
    <w:rsid w:val="00CE1E42"/>
    <w:rsid w:val="00CE2133"/>
    <w:rsid w:val="00CE239A"/>
    <w:rsid w:val="00CE5C65"/>
    <w:rsid w:val="00CF041D"/>
    <w:rsid w:val="00CF2986"/>
    <w:rsid w:val="00CF3FB4"/>
    <w:rsid w:val="00CF49D5"/>
    <w:rsid w:val="00CF7A7C"/>
    <w:rsid w:val="00D01C70"/>
    <w:rsid w:val="00D0337A"/>
    <w:rsid w:val="00D0541F"/>
    <w:rsid w:val="00D10BCA"/>
    <w:rsid w:val="00D10DE6"/>
    <w:rsid w:val="00D119DD"/>
    <w:rsid w:val="00D14AA8"/>
    <w:rsid w:val="00D160F2"/>
    <w:rsid w:val="00D17934"/>
    <w:rsid w:val="00D213DC"/>
    <w:rsid w:val="00D22B9C"/>
    <w:rsid w:val="00D23514"/>
    <w:rsid w:val="00D2407A"/>
    <w:rsid w:val="00D26B06"/>
    <w:rsid w:val="00D30683"/>
    <w:rsid w:val="00D30953"/>
    <w:rsid w:val="00D328A5"/>
    <w:rsid w:val="00D32A78"/>
    <w:rsid w:val="00D33C8C"/>
    <w:rsid w:val="00D36511"/>
    <w:rsid w:val="00D3654C"/>
    <w:rsid w:val="00D3706E"/>
    <w:rsid w:val="00D37948"/>
    <w:rsid w:val="00D41CB7"/>
    <w:rsid w:val="00D42D5F"/>
    <w:rsid w:val="00D43931"/>
    <w:rsid w:val="00D44F9E"/>
    <w:rsid w:val="00D46285"/>
    <w:rsid w:val="00D46E25"/>
    <w:rsid w:val="00D471F2"/>
    <w:rsid w:val="00D4743E"/>
    <w:rsid w:val="00D50138"/>
    <w:rsid w:val="00D52544"/>
    <w:rsid w:val="00D53F6F"/>
    <w:rsid w:val="00D5443E"/>
    <w:rsid w:val="00D555E6"/>
    <w:rsid w:val="00D57C26"/>
    <w:rsid w:val="00D57F31"/>
    <w:rsid w:val="00D61130"/>
    <w:rsid w:val="00D61F1B"/>
    <w:rsid w:val="00D628DE"/>
    <w:rsid w:val="00D6301D"/>
    <w:rsid w:val="00D651F1"/>
    <w:rsid w:val="00D65501"/>
    <w:rsid w:val="00D66EE5"/>
    <w:rsid w:val="00D67AD5"/>
    <w:rsid w:val="00D67B7D"/>
    <w:rsid w:val="00D712A7"/>
    <w:rsid w:val="00D71A66"/>
    <w:rsid w:val="00D73544"/>
    <w:rsid w:val="00D841A5"/>
    <w:rsid w:val="00D85332"/>
    <w:rsid w:val="00D9497C"/>
    <w:rsid w:val="00D955B5"/>
    <w:rsid w:val="00D97270"/>
    <w:rsid w:val="00D97ABB"/>
    <w:rsid w:val="00D97E1D"/>
    <w:rsid w:val="00DA33B4"/>
    <w:rsid w:val="00DB31C8"/>
    <w:rsid w:val="00DB3E22"/>
    <w:rsid w:val="00DB4528"/>
    <w:rsid w:val="00DB5A35"/>
    <w:rsid w:val="00DB5E8D"/>
    <w:rsid w:val="00DB6992"/>
    <w:rsid w:val="00DB7565"/>
    <w:rsid w:val="00DB7CC1"/>
    <w:rsid w:val="00DC0E99"/>
    <w:rsid w:val="00DC1BCA"/>
    <w:rsid w:val="00DC4723"/>
    <w:rsid w:val="00DC4FE3"/>
    <w:rsid w:val="00DC65AB"/>
    <w:rsid w:val="00DC6AB6"/>
    <w:rsid w:val="00DD1210"/>
    <w:rsid w:val="00DD287F"/>
    <w:rsid w:val="00DD62B2"/>
    <w:rsid w:val="00DD7B37"/>
    <w:rsid w:val="00DE0187"/>
    <w:rsid w:val="00DE1139"/>
    <w:rsid w:val="00DE5587"/>
    <w:rsid w:val="00DE79DD"/>
    <w:rsid w:val="00DE7A04"/>
    <w:rsid w:val="00DE7C59"/>
    <w:rsid w:val="00DF4B6C"/>
    <w:rsid w:val="00DF4FDA"/>
    <w:rsid w:val="00DF7EA0"/>
    <w:rsid w:val="00E016E0"/>
    <w:rsid w:val="00E02D54"/>
    <w:rsid w:val="00E041D6"/>
    <w:rsid w:val="00E06C13"/>
    <w:rsid w:val="00E06F49"/>
    <w:rsid w:val="00E07220"/>
    <w:rsid w:val="00E10BB2"/>
    <w:rsid w:val="00E1484D"/>
    <w:rsid w:val="00E171C5"/>
    <w:rsid w:val="00E2036F"/>
    <w:rsid w:val="00E21636"/>
    <w:rsid w:val="00E22388"/>
    <w:rsid w:val="00E24AE5"/>
    <w:rsid w:val="00E252BA"/>
    <w:rsid w:val="00E256E7"/>
    <w:rsid w:val="00E25A59"/>
    <w:rsid w:val="00E260CD"/>
    <w:rsid w:val="00E2747A"/>
    <w:rsid w:val="00E304CC"/>
    <w:rsid w:val="00E31059"/>
    <w:rsid w:val="00E33242"/>
    <w:rsid w:val="00E33B77"/>
    <w:rsid w:val="00E351D0"/>
    <w:rsid w:val="00E35269"/>
    <w:rsid w:val="00E35507"/>
    <w:rsid w:val="00E37229"/>
    <w:rsid w:val="00E40380"/>
    <w:rsid w:val="00E41301"/>
    <w:rsid w:val="00E42ADE"/>
    <w:rsid w:val="00E4652B"/>
    <w:rsid w:val="00E50005"/>
    <w:rsid w:val="00E50536"/>
    <w:rsid w:val="00E52212"/>
    <w:rsid w:val="00E53791"/>
    <w:rsid w:val="00E53BF2"/>
    <w:rsid w:val="00E54D68"/>
    <w:rsid w:val="00E55E0B"/>
    <w:rsid w:val="00E56705"/>
    <w:rsid w:val="00E5734B"/>
    <w:rsid w:val="00E614E2"/>
    <w:rsid w:val="00E6187E"/>
    <w:rsid w:val="00E629B0"/>
    <w:rsid w:val="00E62E83"/>
    <w:rsid w:val="00E638B8"/>
    <w:rsid w:val="00E642B0"/>
    <w:rsid w:val="00E64558"/>
    <w:rsid w:val="00E64E59"/>
    <w:rsid w:val="00E66F6B"/>
    <w:rsid w:val="00E750DA"/>
    <w:rsid w:val="00E755AB"/>
    <w:rsid w:val="00E80320"/>
    <w:rsid w:val="00E83326"/>
    <w:rsid w:val="00E8466E"/>
    <w:rsid w:val="00E86DC6"/>
    <w:rsid w:val="00E87414"/>
    <w:rsid w:val="00E94BBB"/>
    <w:rsid w:val="00E961C4"/>
    <w:rsid w:val="00EA113D"/>
    <w:rsid w:val="00EA1140"/>
    <w:rsid w:val="00EA171C"/>
    <w:rsid w:val="00EA3227"/>
    <w:rsid w:val="00EA41D7"/>
    <w:rsid w:val="00EB60A1"/>
    <w:rsid w:val="00EB6FE0"/>
    <w:rsid w:val="00EB72FE"/>
    <w:rsid w:val="00EC1E53"/>
    <w:rsid w:val="00EC7ED2"/>
    <w:rsid w:val="00ED2E27"/>
    <w:rsid w:val="00ED5B90"/>
    <w:rsid w:val="00ED671E"/>
    <w:rsid w:val="00ED788D"/>
    <w:rsid w:val="00EE45F1"/>
    <w:rsid w:val="00EE4605"/>
    <w:rsid w:val="00EF1E53"/>
    <w:rsid w:val="00EF417E"/>
    <w:rsid w:val="00EF4EB6"/>
    <w:rsid w:val="00EF6551"/>
    <w:rsid w:val="00EF6C7B"/>
    <w:rsid w:val="00F00FCA"/>
    <w:rsid w:val="00F02F61"/>
    <w:rsid w:val="00F0356F"/>
    <w:rsid w:val="00F06610"/>
    <w:rsid w:val="00F11388"/>
    <w:rsid w:val="00F22949"/>
    <w:rsid w:val="00F25551"/>
    <w:rsid w:val="00F2568C"/>
    <w:rsid w:val="00F32362"/>
    <w:rsid w:val="00F33F4B"/>
    <w:rsid w:val="00F3697A"/>
    <w:rsid w:val="00F36CFD"/>
    <w:rsid w:val="00F36E2F"/>
    <w:rsid w:val="00F411DF"/>
    <w:rsid w:val="00F41379"/>
    <w:rsid w:val="00F4145C"/>
    <w:rsid w:val="00F41751"/>
    <w:rsid w:val="00F42C88"/>
    <w:rsid w:val="00F462CE"/>
    <w:rsid w:val="00F462DE"/>
    <w:rsid w:val="00F510FB"/>
    <w:rsid w:val="00F51574"/>
    <w:rsid w:val="00F5514B"/>
    <w:rsid w:val="00F5785E"/>
    <w:rsid w:val="00F63541"/>
    <w:rsid w:val="00F63FC3"/>
    <w:rsid w:val="00F65B6A"/>
    <w:rsid w:val="00F66103"/>
    <w:rsid w:val="00F6641C"/>
    <w:rsid w:val="00F670C7"/>
    <w:rsid w:val="00F67448"/>
    <w:rsid w:val="00F706C9"/>
    <w:rsid w:val="00F71001"/>
    <w:rsid w:val="00F72558"/>
    <w:rsid w:val="00F73530"/>
    <w:rsid w:val="00F73801"/>
    <w:rsid w:val="00F73D6A"/>
    <w:rsid w:val="00F750AA"/>
    <w:rsid w:val="00F75B3A"/>
    <w:rsid w:val="00F767A6"/>
    <w:rsid w:val="00F80339"/>
    <w:rsid w:val="00F812C2"/>
    <w:rsid w:val="00F81AD2"/>
    <w:rsid w:val="00F84BFC"/>
    <w:rsid w:val="00F851B3"/>
    <w:rsid w:val="00F86A23"/>
    <w:rsid w:val="00F879F0"/>
    <w:rsid w:val="00F92984"/>
    <w:rsid w:val="00F92C6D"/>
    <w:rsid w:val="00F95A95"/>
    <w:rsid w:val="00F96091"/>
    <w:rsid w:val="00F9609E"/>
    <w:rsid w:val="00F96CE6"/>
    <w:rsid w:val="00F96E8D"/>
    <w:rsid w:val="00FA38AD"/>
    <w:rsid w:val="00FA3DC0"/>
    <w:rsid w:val="00FA43B7"/>
    <w:rsid w:val="00FA6B56"/>
    <w:rsid w:val="00FB047D"/>
    <w:rsid w:val="00FB29D0"/>
    <w:rsid w:val="00FB5639"/>
    <w:rsid w:val="00FB7581"/>
    <w:rsid w:val="00FB779F"/>
    <w:rsid w:val="00FC0628"/>
    <w:rsid w:val="00FC1FB3"/>
    <w:rsid w:val="00FC3FEF"/>
    <w:rsid w:val="00FC4C09"/>
    <w:rsid w:val="00FC4EA4"/>
    <w:rsid w:val="00FC5244"/>
    <w:rsid w:val="00FC5B40"/>
    <w:rsid w:val="00FC693F"/>
    <w:rsid w:val="00FD352D"/>
    <w:rsid w:val="00FD5A6C"/>
    <w:rsid w:val="00FD67E6"/>
    <w:rsid w:val="00FD6E0F"/>
    <w:rsid w:val="00FE09B8"/>
    <w:rsid w:val="00FE0D94"/>
    <w:rsid w:val="00FE115D"/>
    <w:rsid w:val="00FE2000"/>
    <w:rsid w:val="00FE5338"/>
    <w:rsid w:val="00FE5D39"/>
    <w:rsid w:val="00FE6856"/>
    <w:rsid w:val="00FE7F8C"/>
    <w:rsid w:val="00FF11CC"/>
    <w:rsid w:val="00FF1F6A"/>
    <w:rsid w:val="00FF4A76"/>
    <w:rsid w:val="00FF4F62"/>
    <w:rsid w:val="00FF5132"/>
    <w:rsid w:val="21A9D3C1"/>
    <w:rsid w:val="332E6F18"/>
    <w:rsid w:val="3AD3638D"/>
    <w:rsid w:val="59E34E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B08CE9"/>
  <w14:defaultImageDpi w14:val="330"/>
  <w15:docId w15:val="{AD013CA5-21C5-F24E-A11C-1B4054A2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379"/>
    <w:rPr>
      <w:rFonts w:ascii="Times New Roman" w:hAnsi="Times New Roman"/>
      <w:sz w:val="24"/>
    </w:rPr>
  </w:style>
  <w:style w:type="paragraph" w:styleId="Heading1">
    <w:name w:val="heading 1"/>
    <w:basedOn w:val="Normal"/>
    <w:next w:val="Normal"/>
    <w:link w:val="Heading1Char"/>
    <w:uiPriority w:val="9"/>
    <w:qFormat/>
    <w:rsid w:val="00B37AFC"/>
    <w:pPr>
      <w:keepNext/>
      <w:keepLines/>
      <w:numPr>
        <w:numId w:val="41"/>
      </w:numPr>
      <w:spacing w:after="240" w:line="360" w:lineRule="auto"/>
      <w:jc w:val="center"/>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B37AFC"/>
    <w:pPr>
      <w:numPr>
        <w:ilvl w:val="1"/>
        <w:numId w:val="39"/>
      </w:numPr>
      <w:spacing w:after="240" w:line="360" w:lineRule="auto"/>
      <w:ind w:right="720"/>
      <w:outlineLvl w:val="1"/>
    </w:pPr>
    <w:rPr>
      <w:rFonts w:eastAsiaTheme="majorEastAsia" w:cs="Times New Roman"/>
      <w:b/>
      <w:bCs/>
      <w:szCs w:val="24"/>
    </w:rPr>
  </w:style>
  <w:style w:type="paragraph" w:styleId="Heading3">
    <w:name w:val="heading 3"/>
    <w:basedOn w:val="Heading2"/>
    <w:next w:val="Normal"/>
    <w:link w:val="Heading3Char"/>
    <w:uiPriority w:val="9"/>
    <w:unhideWhenUsed/>
    <w:qFormat/>
    <w:rsid w:val="00B37AFC"/>
    <w:pPr>
      <w:numPr>
        <w:ilvl w:val="2"/>
      </w:numPr>
      <w:outlineLvl w:val="2"/>
    </w:pPr>
  </w:style>
  <w:style w:type="paragraph" w:styleId="Heading4">
    <w:name w:val="heading 4"/>
    <w:basedOn w:val="Heading3"/>
    <w:next w:val="Normal"/>
    <w:link w:val="Heading4Char"/>
    <w:uiPriority w:val="9"/>
    <w:unhideWhenUsed/>
    <w:qFormat/>
    <w:rsid w:val="00B37AFC"/>
    <w:pPr>
      <w:numPr>
        <w:ilvl w:val="3"/>
      </w:numPr>
      <w:outlineLvl w:val="3"/>
    </w:pPr>
  </w:style>
  <w:style w:type="paragraph" w:styleId="Heading5">
    <w:name w:val="heading 5"/>
    <w:basedOn w:val="Normal"/>
    <w:next w:val="Normal"/>
    <w:link w:val="Heading5Char"/>
    <w:uiPriority w:val="9"/>
    <w:semiHidden/>
    <w:unhideWhenUsed/>
    <w:qFormat/>
    <w:rsid w:val="00FC693F"/>
    <w:pPr>
      <w:keepNext/>
      <w:keepLines/>
      <w:numPr>
        <w:ilvl w:val="4"/>
        <w:numId w:val="4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4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4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41"/>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4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37AFC"/>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B37AFC"/>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B37AFC"/>
    <w:rPr>
      <w:rFonts w:ascii="Times New Roman" w:eastAsiaTheme="majorEastAsia" w:hAnsi="Times New Roman" w:cs="Times New Roman"/>
      <w:b/>
      <w:bCs/>
      <w:sz w:val="24"/>
      <w:szCs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B37AFC"/>
    <w:rPr>
      <w:rFonts w:ascii="Times New Roman" w:eastAsiaTheme="majorEastAsia" w:hAnsi="Times New Roman" w:cs="Times New Roman"/>
      <w:b/>
      <w:bCs/>
      <w:sz w:val="24"/>
      <w:szCs w:val="24"/>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35A48"/>
    <w:rPr>
      <w:color w:val="0000FF" w:themeColor="hyperlink"/>
      <w:u w:val="single"/>
    </w:rPr>
  </w:style>
  <w:style w:type="character" w:styleId="UnresolvedMention">
    <w:name w:val="Unresolved Mention"/>
    <w:basedOn w:val="DefaultParagraphFont"/>
    <w:uiPriority w:val="99"/>
    <w:semiHidden/>
    <w:unhideWhenUsed/>
    <w:rsid w:val="00435A48"/>
    <w:rPr>
      <w:color w:val="605E5C"/>
      <w:shd w:val="clear" w:color="auto" w:fill="E1DFDD"/>
    </w:rPr>
  </w:style>
  <w:style w:type="paragraph" w:customStyle="1" w:styleId="p1">
    <w:name w:val="p1"/>
    <w:basedOn w:val="Normal"/>
    <w:rsid w:val="00792BD9"/>
    <w:pPr>
      <w:spacing w:before="100" w:beforeAutospacing="1" w:after="100" w:afterAutospacing="1" w:line="240" w:lineRule="auto"/>
    </w:pPr>
    <w:rPr>
      <w:rFonts w:cs="Times New Roman"/>
      <w:szCs w:val="24"/>
      <w:lang w:val="en-ID"/>
    </w:rPr>
  </w:style>
  <w:style w:type="character" w:customStyle="1" w:styleId="s1">
    <w:name w:val="s1"/>
    <w:basedOn w:val="DefaultParagraphFont"/>
    <w:rsid w:val="00792BD9"/>
  </w:style>
  <w:style w:type="paragraph" w:customStyle="1" w:styleId="p2">
    <w:name w:val="p2"/>
    <w:basedOn w:val="Normal"/>
    <w:rsid w:val="00792BD9"/>
    <w:pPr>
      <w:spacing w:before="100" w:beforeAutospacing="1" w:after="100" w:afterAutospacing="1" w:line="240" w:lineRule="auto"/>
    </w:pPr>
    <w:rPr>
      <w:rFonts w:cs="Times New Roman"/>
      <w:szCs w:val="24"/>
      <w:lang w:val="en-ID"/>
    </w:rPr>
  </w:style>
  <w:style w:type="character" w:customStyle="1" w:styleId="s3">
    <w:name w:val="s3"/>
    <w:basedOn w:val="DefaultParagraphFont"/>
    <w:rsid w:val="00D01C70"/>
  </w:style>
  <w:style w:type="character" w:customStyle="1" w:styleId="s2">
    <w:name w:val="s2"/>
    <w:basedOn w:val="DefaultParagraphFont"/>
    <w:rsid w:val="00A3374D"/>
  </w:style>
  <w:style w:type="paragraph" w:customStyle="1" w:styleId="p3">
    <w:name w:val="p3"/>
    <w:basedOn w:val="Normal"/>
    <w:rsid w:val="00443CB4"/>
    <w:pPr>
      <w:spacing w:before="100" w:beforeAutospacing="1" w:after="100" w:afterAutospacing="1" w:line="240" w:lineRule="auto"/>
    </w:pPr>
    <w:rPr>
      <w:rFonts w:cs="Times New Roman"/>
      <w:szCs w:val="24"/>
      <w:lang w:val="en-ID"/>
    </w:rPr>
  </w:style>
  <w:style w:type="character" w:styleId="PlaceholderText">
    <w:name w:val="Placeholder Text"/>
    <w:basedOn w:val="DefaultParagraphFont"/>
    <w:uiPriority w:val="99"/>
    <w:semiHidden/>
    <w:rsid w:val="00A4501A"/>
    <w:rPr>
      <w:color w:val="808080"/>
    </w:rPr>
  </w:style>
  <w:style w:type="paragraph" w:styleId="NormalWeb">
    <w:name w:val="Normal (Web)"/>
    <w:basedOn w:val="Normal"/>
    <w:uiPriority w:val="99"/>
    <w:semiHidden/>
    <w:unhideWhenUsed/>
    <w:rsid w:val="00A4501A"/>
    <w:pPr>
      <w:spacing w:before="100" w:beforeAutospacing="1" w:after="100" w:afterAutospacing="1" w:line="240" w:lineRule="auto"/>
    </w:pPr>
    <w:rPr>
      <w:rFonts w:eastAsia="Times New Roman" w:cs="Times New Roman"/>
      <w:szCs w:val="24"/>
      <w:lang w:val="en-ID" w:eastAsia="en-ID"/>
    </w:rPr>
  </w:style>
  <w:style w:type="character" w:customStyle="1" w:styleId="katex-mathml">
    <w:name w:val="katex-mathml"/>
    <w:basedOn w:val="DefaultParagraphFont"/>
    <w:rsid w:val="00A4501A"/>
  </w:style>
  <w:style w:type="character" w:customStyle="1" w:styleId="mord">
    <w:name w:val="mord"/>
    <w:basedOn w:val="DefaultParagraphFont"/>
    <w:rsid w:val="00A4501A"/>
  </w:style>
  <w:style w:type="character" w:customStyle="1" w:styleId="mrel">
    <w:name w:val="mrel"/>
    <w:basedOn w:val="DefaultParagraphFont"/>
    <w:rsid w:val="00A4501A"/>
  </w:style>
  <w:style w:type="character" w:customStyle="1" w:styleId="mbin">
    <w:name w:val="mbin"/>
    <w:basedOn w:val="DefaultParagraphFont"/>
    <w:rsid w:val="00A4501A"/>
  </w:style>
  <w:style w:type="character" w:customStyle="1" w:styleId="vlist-s">
    <w:name w:val="vlist-s"/>
    <w:basedOn w:val="DefaultParagraphFont"/>
    <w:rsid w:val="00A4501A"/>
  </w:style>
  <w:style w:type="paragraph" w:styleId="TOC1">
    <w:name w:val="toc 1"/>
    <w:basedOn w:val="Normal"/>
    <w:next w:val="Normal"/>
    <w:autoRedefine/>
    <w:uiPriority w:val="39"/>
    <w:unhideWhenUsed/>
    <w:rsid w:val="00174646"/>
    <w:pPr>
      <w:spacing w:after="100"/>
    </w:pPr>
  </w:style>
  <w:style w:type="paragraph" w:styleId="TOC2">
    <w:name w:val="toc 2"/>
    <w:basedOn w:val="Normal"/>
    <w:next w:val="Normal"/>
    <w:autoRedefine/>
    <w:uiPriority w:val="39"/>
    <w:unhideWhenUsed/>
    <w:rsid w:val="00174646"/>
    <w:pPr>
      <w:spacing w:after="100"/>
      <w:ind w:left="240"/>
    </w:pPr>
  </w:style>
  <w:style w:type="paragraph" w:styleId="TOC3">
    <w:name w:val="toc 3"/>
    <w:basedOn w:val="Normal"/>
    <w:next w:val="Normal"/>
    <w:autoRedefine/>
    <w:uiPriority w:val="39"/>
    <w:unhideWhenUsed/>
    <w:rsid w:val="00174646"/>
    <w:pPr>
      <w:spacing w:after="100"/>
      <w:ind w:left="480"/>
    </w:pPr>
  </w:style>
  <w:style w:type="paragraph" w:styleId="TableofFigures">
    <w:name w:val="table of figures"/>
    <w:basedOn w:val="Normal"/>
    <w:next w:val="Normal"/>
    <w:uiPriority w:val="99"/>
    <w:unhideWhenUsed/>
    <w:rsid w:val="00432318"/>
    <w:pPr>
      <w:spacing w:after="0"/>
    </w:pPr>
  </w:style>
  <w:style w:type="character" w:styleId="CommentReference">
    <w:name w:val="annotation reference"/>
    <w:basedOn w:val="DefaultParagraphFont"/>
    <w:uiPriority w:val="99"/>
    <w:semiHidden/>
    <w:unhideWhenUsed/>
    <w:rsid w:val="00223E1D"/>
    <w:rPr>
      <w:sz w:val="16"/>
      <w:szCs w:val="16"/>
    </w:rPr>
  </w:style>
  <w:style w:type="paragraph" w:styleId="CommentText">
    <w:name w:val="annotation text"/>
    <w:basedOn w:val="Normal"/>
    <w:link w:val="CommentTextChar"/>
    <w:uiPriority w:val="99"/>
    <w:semiHidden/>
    <w:unhideWhenUsed/>
    <w:rsid w:val="00223E1D"/>
    <w:pPr>
      <w:spacing w:line="240" w:lineRule="auto"/>
    </w:pPr>
    <w:rPr>
      <w:sz w:val="20"/>
      <w:szCs w:val="20"/>
    </w:rPr>
  </w:style>
  <w:style w:type="character" w:customStyle="1" w:styleId="CommentTextChar">
    <w:name w:val="Comment Text Char"/>
    <w:basedOn w:val="DefaultParagraphFont"/>
    <w:link w:val="CommentText"/>
    <w:uiPriority w:val="99"/>
    <w:semiHidden/>
    <w:rsid w:val="00223E1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23E1D"/>
    <w:rPr>
      <w:b/>
      <w:bCs/>
    </w:rPr>
  </w:style>
  <w:style w:type="character" w:customStyle="1" w:styleId="CommentSubjectChar">
    <w:name w:val="Comment Subject Char"/>
    <w:basedOn w:val="CommentTextChar"/>
    <w:link w:val="CommentSubject"/>
    <w:uiPriority w:val="99"/>
    <w:semiHidden/>
    <w:rsid w:val="00223E1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3934">
      <w:bodyDiv w:val="1"/>
      <w:marLeft w:val="0"/>
      <w:marRight w:val="0"/>
      <w:marTop w:val="0"/>
      <w:marBottom w:val="0"/>
      <w:divBdr>
        <w:top w:val="none" w:sz="0" w:space="0" w:color="auto"/>
        <w:left w:val="none" w:sz="0" w:space="0" w:color="auto"/>
        <w:bottom w:val="none" w:sz="0" w:space="0" w:color="auto"/>
        <w:right w:val="none" w:sz="0" w:space="0" w:color="auto"/>
      </w:divBdr>
    </w:div>
    <w:div w:id="146823562">
      <w:bodyDiv w:val="1"/>
      <w:marLeft w:val="0"/>
      <w:marRight w:val="0"/>
      <w:marTop w:val="0"/>
      <w:marBottom w:val="0"/>
      <w:divBdr>
        <w:top w:val="none" w:sz="0" w:space="0" w:color="auto"/>
        <w:left w:val="none" w:sz="0" w:space="0" w:color="auto"/>
        <w:bottom w:val="none" w:sz="0" w:space="0" w:color="auto"/>
        <w:right w:val="none" w:sz="0" w:space="0" w:color="auto"/>
      </w:divBdr>
    </w:div>
    <w:div w:id="153882863">
      <w:bodyDiv w:val="1"/>
      <w:marLeft w:val="0"/>
      <w:marRight w:val="0"/>
      <w:marTop w:val="0"/>
      <w:marBottom w:val="0"/>
      <w:divBdr>
        <w:top w:val="none" w:sz="0" w:space="0" w:color="auto"/>
        <w:left w:val="none" w:sz="0" w:space="0" w:color="auto"/>
        <w:bottom w:val="none" w:sz="0" w:space="0" w:color="auto"/>
        <w:right w:val="none" w:sz="0" w:space="0" w:color="auto"/>
      </w:divBdr>
      <w:divsChild>
        <w:div w:id="186990743">
          <w:marLeft w:val="0"/>
          <w:marRight w:val="0"/>
          <w:marTop w:val="0"/>
          <w:marBottom w:val="0"/>
          <w:divBdr>
            <w:top w:val="none" w:sz="0" w:space="0" w:color="auto"/>
            <w:left w:val="none" w:sz="0" w:space="0" w:color="auto"/>
            <w:bottom w:val="none" w:sz="0" w:space="0" w:color="auto"/>
            <w:right w:val="none" w:sz="0" w:space="0" w:color="auto"/>
          </w:divBdr>
        </w:div>
      </w:divsChild>
    </w:div>
    <w:div w:id="284120933">
      <w:bodyDiv w:val="1"/>
      <w:marLeft w:val="0"/>
      <w:marRight w:val="0"/>
      <w:marTop w:val="0"/>
      <w:marBottom w:val="0"/>
      <w:divBdr>
        <w:top w:val="none" w:sz="0" w:space="0" w:color="auto"/>
        <w:left w:val="none" w:sz="0" w:space="0" w:color="auto"/>
        <w:bottom w:val="none" w:sz="0" w:space="0" w:color="auto"/>
        <w:right w:val="none" w:sz="0" w:space="0" w:color="auto"/>
      </w:divBdr>
    </w:div>
    <w:div w:id="370765042">
      <w:bodyDiv w:val="1"/>
      <w:marLeft w:val="0"/>
      <w:marRight w:val="0"/>
      <w:marTop w:val="0"/>
      <w:marBottom w:val="0"/>
      <w:divBdr>
        <w:top w:val="none" w:sz="0" w:space="0" w:color="auto"/>
        <w:left w:val="none" w:sz="0" w:space="0" w:color="auto"/>
        <w:bottom w:val="none" w:sz="0" w:space="0" w:color="auto"/>
        <w:right w:val="none" w:sz="0" w:space="0" w:color="auto"/>
      </w:divBdr>
    </w:div>
    <w:div w:id="375006009">
      <w:bodyDiv w:val="1"/>
      <w:marLeft w:val="0"/>
      <w:marRight w:val="0"/>
      <w:marTop w:val="0"/>
      <w:marBottom w:val="0"/>
      <w:divBdr>
        <w:top w:val="none" w:sz="0" w:space="0" w:color="auto"/>
        <w:left w:val="none" w:sz="0" w:space="0" w:color="auto"/>
        <w:bottom w:val="none" w:sz="0" w:space="0" w:color="auto"/>
        <w:right w:val="none" w:sz="0" w:space="0" w:color="auto"/>
      </w:divBdr>
    </w:div>
    <w:div w:id="423035168">
      <w:bodyDiv w:val="1"/>
      <w:marLeft w:val="0"/>
      <w:marRight w:val="0"/>
      <w:marTop w:val="0"/>
      <w:marBottom w:val="0"/>
      <w:divBdr>
        <w:top w:val="none" w:sz="0" w:space="0" w:color="auto"/>
        <w:left w:val="none" w:sz="0" w:space="0" w:color="auto"/>
        <w:bottom w:val="none" w:sz="0" w:space="0" w:color="auto"/>
        <w:right w:val="none" w:sz="0" w:space="0" w:color="auto"/>
      </w:divBdr>
      <w:divsChild>
        <w:div w:id="5564293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14461880">
      <w:bodyDiv w:val="1"/>
      <w:marLeft w:val="0"/>
      <w:marRight w:val="0"/>
      <w:marTop w:val="0"/>
      <w:marBottom w:val="0"/>
      <w:divBdr>
        <w:top w:val="none" w:sz="0" w:space="0" w:color="auto"/>
        <w:left w:val="none" w:sz="0" w:space="0" w:color="auto"/>
        <w:bottom w:val="none" w:sz="0" w:space="0" w:color="auto"/>
        <w:right w:val="none" w:sz="0" w:space="0" w:color="auto"/>
      </w:divBdr>
    </w:div>
    <w:div w:id="546450935">
      <w:bodyDiv w:val="1"/>
      <w:marLeft w:val="0"/>
      <w:marRight w:val="0"/>
      <w:marTop w:val="0"/>
      <w:marBottom w:val="0"/>
      <w:divBdr>
        <w:top w:val="none" w:sz="0" w:space="0" w:color="auto"/>
        <w:left w:val="none" w:sz="0" w:space="0" w:color="auto"/>
        <w:bottom w:val="none" w:sz="0" w:space="0" w:color="auto"/>
        <w:right w:val="none" w:sz="0" w:space="0" w:color="auto"/>
      </w:divBdr>
    </w:div>
    <w:div w:id="589511337">
      <w:bodyDiv w:val="1"/>
      <w:marLeft w:val="0"/>
      <w:marRight w:val="0"/>
      <w:marTop w:val="0"/>
      <w:marBottom w:val="0"/>
      <w:divBdr>
        <w:top w:val="none" w:sz="0" w:space="0" w:color="auto"/>
        <w:left w:val="none" w:sz="0" w:space="0" w:color="auto"/>
        <w:bottom w:val="none" w:sz="0" w:space="0" w:color="auto"/>
        <w:right w:val="none" w:sz="0" w:space="0" w:color="auto"/>
      </w:divBdr>
    </w:div>
    <w:div w:id="597063599">
      <w:bodyDiv w:val="1"/>
      <w:marLeft w:val="0"/>
      <w:marRight w:val="0"/>
      <w:marTop w:val="0"/>
      <w:marBottom w:val="0"/>
      <w:divBdr>
        <w:top w:val="none" w:sz="0" w:space="0" w:color="auto"/>
        <w:left w:val="none" w:sz="0" w:space="0" w:color="auto"/>
        <w:bottom w:val="none" w:sz="0" w:space="0" w:color="auto"/>
        <w:right w:val="none" w:sz="0" w:space="0" w:color="auto"/>
      </w:divBdr>
      <w:divsChild>
        <w:div w:id="1318534507">
          <w:marLeft w:val="0"/>
          <w:marRight w:val="0"/>
          <w:marTop w:val="0"/>
          <w:marBottom w:val="0"/>
          <w:divBdr>
            <w:top w:val="none" w:sz="0" w:space="0" w:color="auto"/>
            <w:left w:val="none" w:sz="0" w:space="0" w:color="auto"/>
            <w:bottom w:val="none" w:sz="0" w:space="0" w:color="auto"/>
            <w:right w:val="none" w:sz="0" w:space="0" w:color="auto"/>
          </w:divBdr>
        </w:div>
      </w:divsChild>
    </w:div>
    <w:div w:id="703286289">
      <w:bodyDiv w:val="1"/>
      <w:marLeft w:val="0"/>
      <w:marRight w:val="0"/>
      <w:marTop w:val="0"/>
      <w:marBottom w:val="0"/>
      <w:divBdr>
        <w:top w:val="none" w:sz="0" w:space="0" w:color="auto"/>
        <w:left w:val="none" w:sz="0" w:space="0" w:color="auto"/>
        <w:bottom w:val="none" w:sz="0" w:space="0" w:color="auto"/>
        <w:right w:val="none" w:sz="0" w:space="0" w:color="auto"/>
      </w:divBdr>
      <w:divsChild>
        <w:div w:id="4491273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9448117">
      <w:bodyDiv w:val="1"/>
      <w:marLeft w:val="0"/>
      <w:marRight w:val="0"/>
      <w:marTop w:val="0"/>
      <w:marBottom w:val="0"/>
      <w:divBdr>
        <w:top w:val="none" w:sz="0" w:space="0" w:color="auto"/>
        <w:left w:val="none" w:sz="0" w:space="0" w:color="auto"/>
        <w:bottom w:val="none" w:sz="0" w:space="0" w:color="auto"/>
        <w:right w:val="none" w:sz="0" w:space="0" w:color="auto"/>
      </w:divBdr>
    </w:div>
    <w:div w:id="759059591">
      <w:bodyDiv w:val="1"/>
      <w:marLeft w:val="0"/>
      <w:marRight w:val="0"/>
      <w:marTop w:val="0"/>
      <w:marBottom w:val="0"/>
      <w:divBdr>
        <w:top w:val="none" w:sz="0" w:space="0" w:color="auto"/>
        <w:left w:val="none" w:sz="0" w:space="0" w:color="auto"/>
        <w:bottom w:val="none" w:sz="0" w:space="0" w:color="auto"/>
        <w:right w:val="none" w:sz="0" w:space="0" w:color="auto"/>
      </w:divBdr>
    </w:div>
    <w:div w:id="871115323">
      <w:bodyDiv w:val="1"/>
      <w:marLeft w:val="0"/>
      <w:marRight w:val="0"/>
      <w:marTop w:val="0"/>
      <w:marBottom w:val="0"/>
      <w:divBdr>
        <w:top w:val="none" w:sz="0" w:space="0" w:color="auto"/>
        <w:left w:val="none" w:sz="0" w:space="0" w:color="auto"/>
        <w:bottom w:val="none" w:sz="0" w:space="0" w:color="auto"/>
        <w:right w:val="none" w:sz="0" w:space="0" w:color="auto"/>
      </w:divBdr>
    </w:div>
    <w:div w:id="901907764">
      <w:bodyDiv w:val="1"/>
      <w:marLeft w:val="0"/>
      <w:marRight w:val="0"/>
      <w:marTop w:val="0"/>
      <w:marBottom w:val="0"/>
      <w:divBdr>
        <w:top w:val="none" w:sz="0" w:space="0" w:color="auto"/>
        <w:left w:val="none" w:sz="0" w:space="0" w:color="auto"/>
        <w:bottom w:val="none" w:sz="0" w:space="0" w:color="auto"/>
        <w:right w:val="none" w:sz="0" w:space="0" w:color="auto"/>
      </w:divBdr>
    </w:div>
    <w:div w:id="908072471">
      <w:bodyDiv w:val="1"/>
      <w:marLeft w:val="0"/>
      <w:marRight w:val="0"/>
      <w:marTop w:val="0"/>
      <w:marBottom w:val="0"/>
      <w:divBdr>
        <w:top w:val="none" w:sz="0" w:space="0" w:color="auto"/>
        <w:left w:val="none" w:sz="0" w:space="0" w:color="auto"/>
        <w:bottom w:val="none" w:sz="0" w:space="0" w:color="auto"/>
        <w:right w:val="none" w:sz="0" w:space="0" w:color="auto"/>
      </w:divBdr>
    </w:div>
    <w:div w:id="921067103">
      <w:bodyDiv w:val="1"/>
      <w:marLeft w:val="0"/>
      <w:marRight w:val="0"/>
      <w:marTop w:val="0"/>
      <w:marBottom w:val="0"/>
      <w:divBdr>
        <w:top w:val="none" w:sz="0" w:space="0" w:color="auto"/>
        <w:left w:val="none" w:sz="0" w:space="0" w:color="auto"/>
        <w:bottom w:val="none" w:sz="0" w:space="0" w:color="auto"/>
        <w:right w:val="none" w:sz="0" w:space="0" w:color="auto"/>
      </w:divBdr>
    </w:div>
    <w:div w:id="953097805">
      <w:bodyDiv w:val="1"/>
      <w:marLeft w:val="0"/>
      <w:marRight w:val="0"/>
      <w:marTop w:val="0"/>
      <w:marBottom w:val="0"/>
      <w:divBdr>
        <w:top w:val="none" w:sz="0" w:space="0" w:color="auto"/>
        <w:left w:val="none" w:sz="0" w:space="0" w:color="auto"/>
        <w:bottom w:val="none" w:sz="0" w:space="0" w:color="auto"/>
        <w:right w:val="none" w:sz="0" w:space="0" w:color="auto"/>
      </w:divBdr>
    </w:div>
    <w:div w:id="961502483">
      <w:bodyDiv w:val="1"/>
      <w:marLeft w:val="0"/>
      <w:marRight w:val="0"/>
      <w:marTop w:val="0"/>
      <w:marBottom w:val="0"/>
      <w:divBdr>
        <w:top w:val="none" w:sz="0" w:space="0" w:color="auto"/>
        <w:left w:val="none" w:sz="0" w:space="0" w:color="auto"/>
        <w:bottom w:val="none" w:sz="0" w:space="0" w:color="auto"/>
        <w:right w:val="none" w:sz="0" w:space="0" w:color="auto"/>
      </w:divBdr>
      <w:divsChild>
        <w:div w:id="969934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79383797">
      <w:bodyDiv w:val="1"/>
      <w:marLeft w:val="0"/>
      <w:marRight w:val="0"/>
      <w:marTop w:val="0"/>
      <w:marBottom w:val="0"/>
      <w:divBdr>
        <w:top w:val="none" w:sz="0" w:space="0" w:color="auto"/>
        <w:left w:val="none" w:sz="0" w:space="0" w:color="auto"/>
        <w:bottom w:val="none" w:sz="0" w:space="0" w:color="auto"/>
        <w:right w:val="none" w:sz="0" w:space="0" w:color="auto"/>
      </w:divBdr>
    </w:div>
    <w:div w:id="983775163">
      <w:bodyDiv w:val="1"/>
      <w:marLeft w:val="0"/>
      <w:marRight w:val="0"/>
      <w:marTop w:val="0"/>
      <w:marBottom w:val="0"/>
      <w:divBdr>
        <w:top w:val="none" w:sz="0" w:space="0" w:color="auto"/>
        <w:left w:val="none" w:sz="0" w:space="0" w:color="auto"/>
        <w:bottom w:val="none" w:sz="0" w:space="0" w:color="auto"/>
        <w:right w:val="none" w:sz="0" w:space="0" w:color="auto"/>
      </w:divBdr>
    </w:div>
    <w:div w:id="989600845">
      <w:bodyDiv w:val="1"/>
      <w:marLeft w:val="0"/>
      <w:marRight w:val="0"/>
      <w:marTop w:val="0"/>
      <w:marBottom w:val="0"/>
      <w:divBdr>
        <w:top w:val="none" w:sz="0" w:space="0" w:color="auto"/>
        <w:left w:val="none" w:sz="0" w:space="0" w:color="auto"/>
        <w:bottom w:val="none" w:sz="0" w:space="0" w:color="auto"/>
        <w:right w:val="none" w:sz="0" w:space="0" w:color="auto"/>
      </w:divBdr>
      <w:divsChild>
        <w:div w:id="265815145">
          <w:marLeft w:val="0"/>
          <w:marRight w:val="0"/>
          <w:marTop w:val="0"/>
          <w:marBottom w:val="0"/>
          <w:divBdr>
            <w:top w:val="none" w:sz="0" w:space="0" w:color="auto"/>
            <w:left w:val="none" w:sz="0" w:space="0" w:color="auto"/>
            <w:bottom w:val="none" w:sz="0" w:space="0" w:color="auto"/>
            <w:right w:val="none" w:sz="0" w:space="0" w:color="auto"/>
          </w:divBdr>
          <w:divsChild>
            <w:div w:id="15689509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21616618">
          <w:marLeft w:val="0"/>
          <w:marRight w:val="0"/>
          <w:marTop w:val="0"/>
          <w:marBottom w:val="0"/>
          <w:divBdr>
            <w:top w:val="none" w:sz="0" w:space="0" w:color="auto"/>
            <w:left w:val="none" w:sz="0" w:space="0" w:color="auto"/>
            <w:bottom w:val="none" w:sz="0" w:space="0" w:color="auto"/>
            <w:right w:val="none" w:sz="0" w:space="0" w:color="auto"/>
          </w:divBdr>
          <w:divsChild>
            <w:div w:id="14532117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4500595">
          <w:marLeft w:val="0"/>
          <w:marRight w:val="0"/>
          <w:marTop w:val="0"/>
          <w:marBottom w:val="0"/>
          <w:divBdr>
            <w:top w:val="none" w:sz="0" w:space="0" w:color="auto"/>
            <w:left w:val="none" w:sz="0" w:space="0" w:color="auto"/>
            <w:bottom w:val="none" w:sz="0" w:space="0" w:color="auto"/>
            <w:right w:val="none" w:sz="0" w:space="0" w:color="auto"/>
          </w:divBdr>
        </w:div>
      </w:divsChild>
    </w:div>
    <w:div w:id="1007902972">
      <w:bodyDiv w:val="1"/>
      <w:marLeft w:val="0"/>
      <w:marRight w:val="0"/>
      <w:marTop w:val="0"/>
      <w:marBottom w:val="0"/>
      <w:divBdr>
        <w:top w:val="none" w:sz="0" w:space="0" w:color="auto"/>
        <w:left w:val="none" w:sz="0" w:space="0" w:color="auto"/>
        <w:bottom w:val="none" w:sz="0" w:space="0" w:color="auto"/>
        <w:right w:val="none" w:sz="0" w:space="0" w:color="auto"/>
      </w:divBdr>
      <w:divsChild>
        <w:div w:id="2004697686">
          <w:marLeft w:val="0"/>
          <w:marRight w:val="0"/>
          <w:marTop w:val="0"/>
          <w:marBottom w:val="0"/>
          <w:divBdr>
            <w:top w:val="none" w:sz="0" w:space="0" w:color="auto"/>
            <w:left w:val="none" w:sz="0" w:space="0" w:color="auto"/>
            <w:bottom w:val="none" w:sz="0" w:space="0" w:color="auto"/>
            <w:right w:val="none" w:sz="0" w:space="0" w:color="auto"/>
          </w:divBdr>
        </w:div>
      </w:divsChild>
    </w:div>
    <w:div w:id="1023096254">
      <w:bodyDiv w:val="1"/>
      <w:marLeft w:val="0"/>
      <w:marRight w:val="0"/>
      <w:marTop w:val="0"/>
      <w:marBottom w:val="0"/>
      <w:divBdr>
        <w:top w:val="none" w:sz="0" w:space="0" w:color="auto"/>
        <w:left w:val="none" w:sz="0" w:space="0" w:color="auto"/>
        <w:bottom w:val="none" w:sz="0" w:space="0" w:color="auto"/>
        <w:right w:val="none" w:sz="0" w:space="0" w:color="auto"/>
      </w:divBdr>
    </w:div>
    <w:div w:id="1077823469">
      <w:bodyDiv w:val="1"/>
      <w:marLeft w:val="0"/>
      <w:marRight w:val="0"/>
      <w:marTop w:val="0"/>
      <w:marBottom w:val="0"/>
      <w:divBdr>
        <w:top w:val="none" w:sz="0" w:space="0" w:color="auto"/>
        <w:left w:val="none" w:sz="0" w:space="0" w:color="auto"/>
        <w:bottom w:val="none" w:sz="0" w:space="0" w:color="auto"/>
        <w:right w:val="none" w:sz="0" w:space="0" w:color="auto"/>
      </w:divBdr>
    </w:div>
    <w:div w:id="1144271423">
      <w:bodyDiv w:val="1"/>
      <w:marLeft w:val="0"/>
      <w:marRight w:val="0"/>
      <w:marTop w:val="0"/>
      <w:marBottom w:val="0"/>
      <w:divBdr>
        <w:top w:val="none" w:sz="0" w:space="0" w:color="auto"/>
        <w:left w:val="none" w:sz="0" w:space="0" w:color="auto"/>
        <w:bottom w:val="none" w:sz="0" w:space="0" w:color="auto"/>
        <w:right w:val="none" w:sz="0" w:space="0" w:color="auto"/>
      </w:divBdr>
    </w:div>
    <w:div w:id="1166556538">
      <w:bodyDiv w:val="1"/>
      <w:marLeft w:val="0"/>
      <w:marRight w:val="0"/>
      <w:marTop w:val="0"/>
      <w:marBottom w:val="0"/>
      <w:divBdr>
        <w:top w:val="none" w:sz="0" w:space="0" w:color="auto"/>
        <w:left w:val="none" w:sz="0" w:space="0" w:color="auto"/>
        <w:bottom w:val="none" w:sz="0" w:space="0" w:color="auto"/>
        <w:right w:val="none" w:sz="0" w:space="0" w:color="auto"/>
      </w:divBdr>
    </w:div>
    <w:div w:id="1194459138">
      <w:bodyDiv w:val="1"/>
      <w:marLeft w:val="0"/>
      <w:marRight w:val="0"/>
      <w:marTop w:val="0"/>
      <w:marBottom w:val="0"/>
      <w:divBdr>
        <w:top w:val="none" w:sz="0" w:space="0" w:color="auto"/>
        <w:left w:val="none" w:sz="0" w:space="0" w:color="auto"/>
        <w:bottom w:val="none" w:sz="0" w:space="0" w:color="auto"/>
        <w:right w:val="none" w:sz="0" w:space="0" w:color="auto"/>
      </w:divBdr>
    </w:div>
    <w:div w:id="1385787109">
      <w:bodyDiv w:val="1"/>
      <w:marLeft w:val="0"/>
      <w:marRight w:val="0"/>
      <w:marTop w:val="0"/>
      <w:marBottom w:val="0"/>
      <w:divBdr>
        <w:top w:val="none" w:sz="0" w:space="0" w:color="auto"/>
        <w:left w:val="none" w:sz="0" w:space="0" w:color="auto"/>
        <w:bottom w:val="none" w:sz="0" w:space="0" w:color="auto"/>
        <w:right w:val="none" w:sz="0" w:space="0" w:color="auto"/>
      </w:divBdr>
    </w:div>
    <w:div w:id="1415012287">
      <w:bodyDiv w:val="1"/>
      <w:marLeft w:val="0"/>
      <w:marRight w:val="0"/>
      <w:marTop w:val="0"/>
      <w:marBottom w:val="0"/>
      <w:divBdr>
        <w:top w:val="none" w:sz="0" w:space="0" w:color="auto"/>
        <w:left w:val="none" w:sz="0" w:space="0" w:color="auto"/>
        <w:bottom w:val="none" w:sz="0" w:space="0" w:color="auto"/>
        <w:right w:val="none" w:sz="0" w:space="0" w:color="auto"/>
      </w:divBdr>
    </w:div>
    <w:div w:id="1460801922">
      <w:bodyDiv w:val="1"/>
      <w:marLeft w:val="0"/>
      <w:marRight w:val="0"/>
      <w:marTop w:val="0"/>
      <w:marBottom w:val="0"/>
      <w:divBdr>
        <w:top w:val="none" w:sz="0" w:space="0" w:color="auto"/>
        <w:left w:val="none" w:sz="0" w:space="0" w:color="auto"/>
        <w:bottom w:val="none" w:sz="0" w:space="0" w:color="auto"/>
        <w:right w:val="none" w:sz="0" w:space="0" w:color="auto"/>
      </w:divBdr>
    </w:div>
    <w:div w:id="1487017423">
      <w:bodyDiv w:val="1"/>
      <w:marLeft w:val="0"/>
      <w:marRight w:val="0"/>
      <w:marTop w:val="0"/>
      <w:marBottom w:val="0"/>
      <w:divBdr>
        <w:top w:val="none" w:sz="0" w:space="0" w:color="auto"/>
        <w:left w:val="none" w:sz="0" w:space="0" w:color="auto"/>
        <w:bottom w:val="none" w:sz="0" w:space="0" w:color="auto"/>
        <w:right w:val="none" w:sz="0" w:space="0" w:color="auto"/>
      </w:divBdr>
    </w:div>
    <w:div w:id="1539509054">
      <w:bodyDiv w:val="1"/>
      <w:marLeft w:val="0"/>
      <w:marRight w:val="0"/>
      <w:marTop w:val="0"/>
      <w:marBottom w:val="0"/>
      <w:divBdr>
        <w:top w:val="none" w:sz="0" w:space="0" w:color="auto"/>
        <w:left w:val="none" w:sz="0" w:space="0" w:color="auto"/>
        <w:bottom w:val="none" w:sz="0" w:space="0" w:color="auto"/>
        <w:right w:val="none" w:sz="0" w:space="0" w:color="auto"/>
      </w:divBdr>
    </w:div>
    <w:div w:id="1573545169">
      <w:bodyDiv w:val="1"/>
      <w:marLeft w:val="0"/>
      <w:marRight w:val="0"/>
      <w:marTop w:val="0"/>
      <w:marBottom w:val="0"/>
      <w:divBdr>
        <w:top w:val="none" w:sz="0" w:space="0" w:color="auto"/>
        <w:left w:val="none" w:sz="0" w:space="0" w:color="auto"/>
        <w:bottom w:val="none" w:sz="0" w:space="0" w:color="auto"/>
        <w:right w:val="none" w:sz="0" w:space="0" w:color="auto"/>
      </w:divBdr>
      <w:divsChild>
        <w:div w:id="3574655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75449932">
      <w:bodyDiv w:val="1"/>
      <w:marLeft w:val="0"/>
      <w:marRight w:val="0"/>
      <w:marTop w:val="0"/>
      <w:marBottom w:val="0"/>
      <w:divBdr>
        <w:top w:val="none" w:sz="0" w:space="0" w:color="auto"/>
        <w:left w:val="none" w:sz="0" w:space="0" w:color="auto"/>
        <w:bottom w:val="none" w:sz="0" w:space="0" w:color="auto"/>
        <w:right w:val="none" w:sz="0" w:space="0" w:color="auto"/>
      </w:divBdr>
      <w:divsChild>
        <w:div w:id="12723924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00661460">
      <w:bodyDiv w:val="1"/>
      <w:marLeft w:val="0"/>
      <w:marRight w:val="0"/>
      <w:marTop w:val="0"/>
      <w:marBottom w:val="0"/>
      <w:divBdr>
        <w:top w:val="none" w:sz="0" w:space="0" w:color="auto"/>
        <w:left w:val="none" w:sz="0" w:space="0" w:color="auto"/>
        <w:bottom w:val="none" w:sz="0" w:space="0" w:color="auto"/>
        <w:right w:val="none" w:sz="0" w:space="0" w:color="auto"/>
      </w:divBdr>
    </w:div>
    <w:div w:id="1773933760">
      <w:bodyDiv w:val="1"/>
      <w:marLeft w:val="0"/>
      <w:marRight w:val="0"/>
      <w:marTop w:val="0"/>
      <w:marBottom w:val="0"/>
      <w:divBdr>
        <w:top w:val="none" w:sz="0" w:space="0" w:color="auto"/>
        <w:left w:val="none" w:sz="0" w:space="0" w:color="auto"/>
        <w:bottom w:val="none" w:sz="0" w:space="0" w:color="auto"/>
        <w:right w:val="none" w:sz="0" w:space="0" w:color="auto"/>
      </w:divBdr>
    </w:div>
    <w:div w:id="1778060202">
      <w:bodyDiv w:val="1"/>
      <w:marLeft w:val="0"/>
      <w:marRight w:val="0"/>
      <w:marTop w:val="0"/>
      <w:marBottom w:val="0"/>
      <w:divBdr>
        <w:top w:val="none" w:sz="0" w:space="0" w:color="auto"/>
        <w:left w:val="none" w:sz="0" w:space="0" w:color="auto"/>
        <w:bottom w:val="none" w:sz="0" w:space="0" w:color="auto"/>
        <w:right w:val="none" w:sz="0" w:space="0" w:color="auto"/>
      </w:divBdr>
    </w:div>
    <w:div w:id="1834686833">
      <w:bodyDiv w:val="1"/>
      <w:marLeft w:val="0"/>
      <w:marRight w:val="0"/>
      <w:marTop w:val="0"/>
      <w:marBottom w:val="0"/>
      <w:divBdr>
        <w:top w:val="none" w:sz="0" w:space="0" w:color="auto"/>
        <w:left w:val="none" w:sz="0" w:space="0" w:color="auto"/>
        <w:bottom w:val="none" w:sz="0" w:space="0" w:color="auto"/>
        <w:right w:val="none" w:sz="0" w:space="0" w:color="auto"/>
      </w:divBdr>
    </w:div>
    <w:div w:id="1868592078">
      <w:bodyDiv w:val="1"/>
      <w:marLeft w:val="0"/>
      <w:marRight w:val="0"/>
      <w:marTop w:val="0"/>
      <w:marBottom w:val="0"/>
      <w:divBdr>
        <w:top w:val="none" w:sz="0" w:space="0" w:color="auto"/>
        <w:left w:val="none" w:sz="0" w:space="0" w:color="auto"/>
        <w:bottom w:val="none" w:sz="0" w:space="0" w:color="auto"/>
        <w:right w:val="none" w:sz="0" w:space="0" w:color="auto"/>
      </w:divBdr>
    </w:div>
    <w:div w:id="1917664632">
      <w:bodyDiv w:val="1"/>
      <w:marLeft w:val="0"/>
      <w:marRight w:val="0"/>
      <w:marTop w:val="0"/>
      <w:marBottom w:val="0"/>
      <w:divBdr>
        <w:top w:val="none" w:sz="0" w:space="0" w:color="auto"/>
        <w:left w:val="none" w:sz="0" w:space="0" w:color="auto"/>
        <w:bottom w:val="none" w:sz="0" w:space="0" w:color="auto"/>
        <w:right w:val="none" w:sz="0" w:space="0" w:color="auto"/>
      </w:divBdr>
    </w:div>
    <w:div w:id="1957298241">
      <w:bodyDiv w:val="1"/>
      <w:marLeft w:val="0"/>
      <w:marRight w:val="0"/>
      <w:marTop w:val="0"/>
      <w:marBottom w:val="0"/>
      <w:divBdr>
        <w:top w:val="none" w:sz="0" w:space="0" w:color="auto"/>
        <w:left w:val="none" w:sz="0" w:space="0" w:color="auto"/>
        <w:bottom w:val="none" w:sz="0" w:space="0" w:color="auto"/>
        <w:right w:val="none" w:sz="0" w:space="0" w:color="auto"/>
      </w:divBdr>
    </w:div>
    <w:div w:id="1987397188">
      <w:bodyDiv w:val="1"/>
      <w:marLeft w:val="0"/>
      <w:marRight w:val="0"/>
      <w:marTop w:val="0"/>
      <w:marBottom w:val="0"/>
      <w:divBdr>
        <w:top w:val="none" w:sz="0" w:space="0" w:color="auto"/>
        <w:left w:val="none" w:sz="0" w:space="0" w:color="auto"/>
        <w:bottom w:val="none" w:sz="0" w:space="0" w:color="auto"/>
        <w:right w:val="none" w:sz="0" w:space="0" w:color="auto"/>
      </w:divBdr>
    </w:div>
    <w:div w:id="2097632466">
      <w:bodyDiv w:val="1"/>
      <w:marLeft w:val="0"/>
      <w:marRight w:val="0"/>
      <w:marTop w:val="0"/>
      <w:marBottom w:val="0"/>
      <w:divBdr>
        <w:top w:val="none" w:sz="0" w:space="0" w:color="auto"/>
        <w:left w:val="none" w:sz="0" w:space="0" w:color="auto"/>
        <w:bottom w:val="none" w:sz="0" w:space="0" w:color="auto"/>
        <w:right w:val="none" w:sz="0" w:space="0" w:color="auto"/>
      </w:divBdr>
    </w:div>
    <w:div w:id="2113284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docs.live.net/8683ac18b5b9870e/Skripsi%20Shaskia%20Azahra/REVISI%20SIDANG%20SA230726_BAB%20I-V%20SKRIPSI%20-%20SHASKIA%20AZAHRA_04062026_REV1%20SA23062026_REV2%20SA26062026.docx"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docs.live.net/8683ac18b5b9870e/Skripsi%20Shaskia%20Azahra/REVISI%20SIDANG%20SA230726_BAB%20I-V%20SKRIPSI%20-%20SHASKIA%20AZAHRA_04062026_REV1%20SA23062026_REV2%20SA26062026.docx"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docs.live.net/8683ac18b5b9870e/Skripsi%20Shaskia%20Azahra/REVISI%20SIDANG%20SA230726_BAB%20I-V%20SKRIPSI%20-%20SHASKIA%20AZAHRA_04062026_REV1%20SA23062026_REV2%20SA26062026.docx"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d.docs.live.net/8683ac18b5b9870e/Skripsi%20Shaskia%20Azahra/REVISI%20SIDANG%20SA230726_BAB%20I-V%20SKRIPSI%20-%20SHASKIA%20AZAHRA_04062026_REV1%20SA23062026_REV2%20SA26062026.docx" TargetMode="External"/><Relationship Id="rId23" Type="http://schemas.openxmlformats.org/officeDocument/2006/relationships/header" Target="header4.xml"/><Relationship Id="rId10" Type="http://schemas.openxmlformats.org/officeDocument/2006/relationships/hyperlink" Target="https://d.docs.live.net/8683ac18b5b9870e/Skripsi%20Shaskia%20Azahra/REVISI%20SIDANG%20SA230726_BAB%20I-V%20SKRIPSI%20-%20SHASKIA%20AZAHRA_04062026_REV1%20SA23062026_REV2%20SA26062026.doc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docs.live.net/8683ac18b5b9870e/Skripsi%20Shaskia%20Azahra/REVISI%20SIDANG%20SA230726_BAB%20I-V%20SKRIPSI%20-%20SHASKIA%20AZAHRA_04062026_REV1%20SA23062026_REV2%20SA26062026.docx" TargetMode="External"/><Relationship Id="rId14" Type="http://schemas.openxmlformats.org/officeDocument/2006/relationships/hyperlink" Target="https://d.docs.live.net/8683ac18b5b9870e/Skripsi%20Shaskia%20Azahra/REVISI%20SIDANG%20SA230726_BAB%20I-V%20SKRIPSI%20-%20SHASKIA%20AZAHRA_04062026_REV1%20SA23062026_REV2%20SA26062026.docx"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3184</Words>
  <Characters>18151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Shaskia Azahra</cp:lastModifiedBy>
  <cp:revision>11</cp:revision>
  <cp:lastPrinted>2026-08-11T13:53:00Z</cp:lastPrinted>
  <dcterms:created xsi:type="dcterms:W3CDTF">2026-08-29T01:26:00Z</dcterms:created>
  <dcterms:modified xsi:type="dcterms:W3CDTF">2026-08-29T01:40:00Z</dcterms:modified>
  <cp:category/>
</cp:coreProperties>
</file>